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E36FE" w14:textId="4E7F2216" w:rsidR="0033518B" w:rsidRPr="00BD5B6D" w:rsidRDefault="00B119E8" w:rsidP="00BD5B6D">
      <w:pPr>
        <w:spacing w:after="0"/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TÀI LI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Ệ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U HƯ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Ớ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NG D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Ẫ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 S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Ử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D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Ụ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NG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br/>
        <w:t>H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Ệ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TH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Ố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NG VI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Ệ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C LÀM XANH</w:t>
      </w:r>
    </w:p>
    <w:p w14:paraId="5E46A23F" w14:textId="77777777" w:rsidR="00BD5B6D" w:rsidRPr="00BD5B6D" w:rsidRDefault="00B119E8" w:rsidP="00BD5B6D">
      <w:pPr>
        <w:spacing w:after="0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HƯ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Ớ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NG D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Ẫ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 CHI TI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Ế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T DÀNH CHO NGƯ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Ờ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I LAO Đ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Ộ</w:t>
      </w:r>
      <w:r w:rsidRPr="00BD5B6D">
        <w:rPr>
          <w:rFonts w:ascii="Times New Roman" w:hAnsi="Times New Roman" w:cs="Times New Roman"/>
          <w:b/>
          <w:color w:val="0070C0"/>
          <w:sz w:val="32"/>
          <w:szCs w:val="32"/>
        </w:rPr>
        <w:t>NG (NLĐ)</w:t>
      </w:r>
    </w:p>
    <w:p w14:paraId="380DFFF0" w14:textId="77777777" w:rsidR="00BD5B6D" w:rsidRDefault="00B119E8" w:rsidP="00BD5B6D">
      <w:pPr>
        <w:spacing w:after="320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Đơn v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ị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phát tri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ể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n: Công ty TNHH Cung 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Ứ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ng Nhân L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ự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c Nhân Ki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ệ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N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ề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 t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ả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ứ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ng d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ụ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ng: https://www.vieclamxanh.ai.vn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Phiên b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ả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 tài li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ệ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u: 1.0.0 (C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ậ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p nh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ậ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 hoàn 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ệ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n: 22/07/2026)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H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ệ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đi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ề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u hành h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ỗ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tr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ợ</w:t>
      </w:r>
      <w:r w:rsidRPr="00BD5B6D">
        <w:rPr>
          <w:rFonts w:ascii="Times New Roman" w:hAnsi="Times New Roman" w:cs="Times New Roman"/>
          <w:color w:val="000000" w:themeColor="text1"/>
          <w:sz w:val="28"/>
          <w:szCs w:val="28"/>
        </w:rPr>
        <w:t>: Android, iOS, Windows, macOS (PWA)</w:t>
      </w:r>
    </w:p>
    <w:p w14:paraId="437240DE" w14:textId="0699097F" w:rsidR="0033518B" w:rsidRPr="00BD5B6D" w:rsidRDefault="00B119E8" w:rsidP="00BD5B6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5B6D">
        <w:rPr>
          <w:rFonts w:ascii="Arial" w:hAnsi="Arial"/>
          <w:b/>
          <w:color w:val="1B5E20"/>
          <w:sz w:val="28"/>
          <w:szCs w:val="28"/>
        </w:rPr>
        <w:t>L</w:t>
      </w:r>
      <w:r w:rsidRPr="00BD5B6D">
        <w:rPr>
          <w:rFonts w:ascii="Arial" w:hAnsi="Arial"/>
          <w:b/>
          <w:color w:val="1B5E20"/>
          <w:sz w:val="28"/>
          <w:szCs w:val="28"/>
        </w:rPr>
        <w:t>Ờ</w:t>
      </w:r>
      <w:r w:rsidRPr="00BD5B6D">
        <w:rPr>
          <w:rFonts w:ascii="Arial" w:hAnsi="Arial"/>
          <w:b/>
          <w:color w:val="1B5E20"/>
          <w:sz w:val="28"/>
          <w:szCs w:val="28"/>
        </w:rPr>
        <w:t>I GI</w:t>
      </w:r>
      <w:r w:rsidRPr="00BD5B6D">
        <w:rPr>
          <w:rFonts w:ascii="Arial" w:hAnsi="Arial"/>
          <w:b/>
          <w:color w:val="1B5E20"/>
          <w:sz w:val="28"/>
          <w:szCs w:val="28"/>
        </w:rPr>
        <w:t>Ớ</w:t>
      </w:r>
      <w:r w:rsidRPr="00BD5B6D">
        <w:rPr>
          <w:rFonts w:ascii="Arial" w:hAnsi="Arial"/>
          <w:b/>
          <w:color w:val="1B5E20"/>
          <w:sz w:val="28"/>
          <w:szCs w:val="28"/>
        </w:rPr>
        <w:t>I THI</w:t>
      </w:r>
      <w:r w:rsidRPr="00BD5B6D">
        <w:rPr>
          <w:rFonts w:ascii="Arial" w:hAnsi="Arial"/>
          <w:b/>
          <w:color w:val="1B5E20"/>
          <w:sz w:val="28"/>
          <w:szCs w:val="28"/>
        </w:rPr>
        <w:t>Ệ</w:t>
      </w:r>
      <w:r w:rsidRPr="00BD5B6D">
        <w:rPr>
          <w:rFonts w:ascii="Arial" w:hAnsi="Arial"/>
          <w:b/>
          <w:color w:val="1B5E20"/>
          <w:sz w:val="28"/>
          <w:szCs w:val="28"/>
        </w:rPr>
        <w:t>U CHUNG</w:t>
      </w:r>
    </w:p>
    <w:p w14:paraId="112F5F2A" w14:textId="1F86E631" w:rsidR="0033518B" w:rsidRPr="00BD5B6D" w:rsidRDefault="00B119E8" w:rsidP="00BD5B6D">
      <w:pPr>
        <w:spacing w:after="0"/>
        <w:ind w:firstLine="720"/>
        <w:jc w:val="both"/>
        <w:rPr>
          <w:rFonts w:ascii="Arial" w:hAnsi="Arial"/>
          <w:color w:val="212121"/>
          <w:sz w:val="28"/>
          <w:szCs w:val="28"/>
        </w:rPr>
      </w:pPr>
      <w:r w:rsidRPr="00BD5B6D">
        <w:rPr>
          <w:rFonts w:ascii="Arial" w:hAnsi="Arial"/>
          <w:color w:val="212121"/>
          <w:sz w:val="28"/>
          <w:szCs w:val="28"/>
        </w:rPr>
        <w:t>H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 xml:space="preserve"> th</w:t>
      </w:r>
      <w:r w:rsidRPr="00BD5B6D">
        <w:rPr>
          <w:rFonts w:ascii="Arial" w:hAnsi="Arial"/>
          <w:color w:val="212121"/>
          <w:sz w:val="28"/>
          <w:szCs w:val="28"/>
        </w:rPr>
        <w:t>ố</w:t>
      </w:r>
      <w:r w:rsidRPr="00BD5B6D">
        <w:rPr>
          <w:rFonts w:ascii="Arial" w:hAnsi="Arial"/>
          <w:color w:val="212121"/>
          <w:sz w:val="28"/>
          <w:szCs w:val="28"/>
        </w:rPr>
        <w:t>ng Vi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c Làm Xanh là n</w:t>
      </w:r>
      <w:r w:rsidRPr="00BD5B6D">
        <w:rPr>
          <w:rFonts w:ascii="Arial" w:hAnsi="Arial"/>
          <w:color w:val="212121"/>
          <w:sz w:val="28"/>
          <w:szCs w:val="28"/>
        </w:rPr>
        <w:t>ề</w:t>
      </w:r>
      <w:r w:rsidRPr="00BD5B6D">
        <w:rPr>
          <w:rFonts w:ascii="Arial" w:hAnsi="Arial"/>
          <w:color w:val="212121"/>
          <w:sz w:val="28"/>
          <w:szCs w:val="28"/>
        </w:rPr>
        <w:t>n t</w:t>
      </w:r>
      <w:r w:rsidRPr="00BD5B6D">
        <w:rPr>
          <w:rFonts w:ascii="Arial" w:hAnsi="Arial"/>
          <w:color w:val="212121"/>
          <w:sz w:val="28"/>
          <w:szCs w:val="28"/>
        </w:rPr>
        <w:t>ả</w:t>
      </w:r>
      <w:r w:rsidRPr="00BD5B6D">
        <w:rPr>
          <w:rFonts w:ascii="Arial" w:hAnsi="Arial"/>
          <w:color w:val="212121"/>
          <w:sz w:val="28"/>
          <w:szCs w:val="28"/>
        </w:rPr>
        <w:t>ng công ngh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 xml:space="preserve"> tuy</w:t>
      </w:r>
      <w:r w:rsidRPr="00BD5B6D">
        <w:rPr>
          <w:rFonts w:ascii="Arial" w:hAnsi="Arial"/>
          <w:color w:val="212121"/>
          <w:sz w:val="28"/>
          <w:szCs w:val="28"/>
        </w:rPr>
        <w:t>ể</w:t>
      </w:r>
      <w:r w:rsidRPr="00BD5B6D">
        <w:rPr>
          <w:rFonts w:ascii="Arial" w:hAnsi="Arial"/>
          <w:color w:val="212121"/>
          <w:sz w:val="28"/>
          <w:szCs w:val="28"/>
        </w:rPr>
        <w:t>n d</w:t>
      </w:r>
      <w:r w:rsidRPr="00BD5B6D">
        <w:rPr>
          <w:rFonts w:ascii="Arial" w:hAnsi="Arial"/>
          <w:color w:val="212121"/>
          <w:sz w:val="28"/>
          <w:szCs w:val="28"/>
        </w:rPr>
        <w:t>ụ</w:t>
      </w:r>
      <w:r w:rsidRPr="00BD5B6D">
        <w:rPr>
          <w:rFonts w:ascii="Arial" w:hAnsi="Arial"/>
          <w:color w:val="212121"/>
          <w:sz w:val="28"/>
          <w:szCs w:val="28"/>
        </w:rPr>
        <w:t>ng và tìm ki</w:t>
      </w:r>
      <w:r w:rsidRPr="00BD5B6D">
        <w:rPr>
          <w:rFonts w:ascii="Arial" w:hAnsi="Arial"/>
          <w:color w:val="212121"/>
          <w:sz w:val="28"/>
          <w:szCs w:val="28"/>
        </w:rPr>
        <w:t>ế</w:t>
      </w:r>
      <w:r w:rsidRPr="00BD5B6D">
        <w:rPr>
          <w:rFonts w:ascii="Arial" w:hAnsi="Arial"/>
          <w:color w:val="212121"/>
          <w:sz w:val="28"/>
          <w:szCs w:val="28"/>
        </w:rPr>
        <w:t>m vi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c làm hi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n đ</w:t>
      </w:r>
      <w:r w:rsidRPr="00BD5B6D">
        <w:rPr>
          <w:rFonts w:ascii="Arial" w:hAnsi="Arial"/>
          <w:color w:val="212121"/>
          <w:sz w:val="28"/>
          <w:szCs w:val="28"/>
        </w:rPr>
        <w:t>ạ</w:t>
      </w:r>
      <w:r w:rsidRPr="00BD5B6D">
        <w:rPr>
          <w:rFonts w:ascii="Arial" w:hAnsi="Arial"/>
          <w:color w:val="212121"/>
          <w:sz w:val="28"/>
          <w:szCs w:val="28"/>
        </w:rPr>
        <w:t>i hàng đ</w:t>
      </w:r>
      <w:r w:rsidRPr="00BD5B6D">
        <w:rPr>
          <w:rFonts w:ascii="Arial" w:hAnsi="Arial"/>
          <w:color w:val="212121"/>
          <w:sz w:val="28"/>
          <w:szCs w:val="28"/>
        </w:rPr>
        <w:t>ầ</w:t>
      </w:r>
      <w:r w:rsidRPr="00BD5B6D">
        <w:rPr>
          <w:rFonts w:ascii="Arial" w:hAnsi="Arial"/>
          <w:color w:val="212121"/>
          <w:sz w:val="28"/>
          <w:szCs w:val="28"/>
        </w:rPr>
        <w:t>u Vi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t Nam, đư</w:t>
      </w:r>
      <w:r w:rsidRPr="00BD5B6D">
        <w:rPr>
          <w:rFonts w:ascii="Arial" w:hAnsi="Arial"/>
          <w:color w:val="212121"/>
          <w:sz w:val="28"/>
          <w:szCs w:val="28"/>
        </w:rPr>
        <w:t>ợ</w:t>
      </w:r>
      <w:r w:rsidRPr="00BD5B6D">
        <w:rPr>
          <w:rFonts w:ascii="Arial" w:hAnsi="Arial"/>
          <w:color w:val="212121"/>
          <w:sz w:val="28"/>
          <w:szCs w:val="28"/>
        </w:rPr>
        <w:t>c xây d</w:t>
      </w:r>
      <w:r w:rsidRPr="00BD5B6D">
        <w:rPr>
          <w:rFonts w:ascii="Arial" w:hAnsi="Arial"/>
          <w:color w:val="212121"/>
          <w:sz w:val="28"/>
          <w:szCs w:val="28"/>
        </w:rPr>
        <w:t>ự</w:t>
      </w:r>
      <w:r w:rsidRPr="00BD5B6D">
        <w:rPr>
          <w:rFonts w:ascii="Arial" w:hAnsi="Arial"/>
          <w:color w:val="212121"/>
          <w:sz w:val="28"/>
          <w:szCs w:val="28"/>
        </w:rPr>
        <w:t>ng và v</w:t>
      </w:r>
      <w:r w:rsidRPr="00BD5B6D">
        <w:rPr>
          <w:rFonts w:ascii="Arial" w:hAnsi="Arial"/>
          <w:color w:val="212121"/>
          <w:sz w:val="28"/>
          <w:szCs w:val="28"/>
        </w:rPr>
        <w:t>ậ</w:t>
      </w:r>
      <w:r w:rsidRPr="00BD5B6D">
        <w:rPr>
          <w:rFonts w:ascii="Arial" w:hAnsi="Arial"/>
          <w:color w:val="212121"/>
          <w:sz w:val="28"/>
          <w:szCs w:val="28"/>
        </w:rPr>
        <w:t>n hành nh</w:t>
      </w:r>
      <w:r w:rsidRPr="00BD5B6D">
        <w:rPr>
          <w:rFonts w:ascii="Arial" w:hAnsi="Arial"/>
          <w:color w:val="212121"/>
          <w:sz w:val="28"/>
          <w:szCs w:val="28"/>
        </w:rPr>
        <w:t>ằ</w:t>
      </w:r>
      <w:r w:rsidRPr="00BD5B6D">
        <w:rPr>
          <w:rFonts w:ascii="Arial" w:hAnsi="Arial"/>
          <w:color w:val="212121"/>
          <w:sz w:val="28"/>
          <w:szCs w:val="28"/>
        </w:rPr>
        <w:t>m gi</w:t>
      </w:r>
      <w:r w:rsidRPr="00BD5B6D">
        <w:rPr>
          <w:rFonts w:ascii="Arial" w:hAnsi="Arial"/>
          <w:color w:val="212121"/>
          <w:sz w:val="28"/>
          <w:szCs w:val="28"/>
        </w:rPr>
        <w:t>ả</w:t>
      </w:r>
      <w:r w:rsidRPr="00BD5B6D">
        <w:rPr>
          <w:rFonts w:ascii="Arial" w:hAnsi="Arial"/>
          <w:color w:val="212121"/>
          <w:sz w:val="28"/>
          <w:szCs w:val="28"/>
        </w:rPr>
        <w:t>i quy</w:t>
      </w:r>
      <w:r w:rsidRPr="00BD5B6D">
        <w:rPr>
          <w:rFonts w:ascii="Arial" w:hAnsi="Arial"/>
          <w:color w:val="212121"/>
          <w:sz w:val="28"/>
          <w:szCs w:val="28"/>
        </w:rPr>
        <w:t>ế</w:t>
      </w:r>
      <w:r w:rsidRPr="00BD5B6D">
        <w:rPr>
          <w:rFonts w:ascii="Arial" w:hAnsi="Arial"/>
          <w:color w:val="212121"/>
          <w:sz w:val="28"/>
          <w:szCs w:val="28"/>
        </w:rPr>
        <w:t>t tr</w:t>
      </w:r>
      <w:r w:rsidRPr="00BD5B6D">
        <w:rPr>
          <w:rFonts w:ascii="Arial" w:hAnsi="Arial"/>
          <w:color w:val="212121"/>
          <w:sz w:val="28"/>
          <w:szCs w:val="28"/>
        </w:rPr>
        <w:t>ự</w:t>
      </w:r>
      <w:r w:rsidRPr="00BD5B6D">
        <w:rPr>
          <w:rFonts w:ascii="Arial" w:hAnsi="Arial"/>
          <w:color w:val="212121"/>
          <w:sz w:val="28"/>
          <w:szCs w:val="28"/>
        </w:rPr>
        <w:t>c ti</w:t>
      </w:r>
      <w:r w:rsidRPr="00BD5B6D">
        <w:rPr>
          <w:rFonts w:ascii="Arial" w:hAnsi="Arial"/>
          <w:color w:val="212121"/>
          <w:sz w:val="28"/>
          <w:szCs w:val="28"/>
        </w:rPr>
        <w:t>ế</w:t>
      </w:r>
      <w:r w:rsidRPr="00BD5B6D">
        <w:rPr>
          <w:rFonts w:ascii="Arial" w:hAnsi="Arial"/>
          <w:color w:val="212121"/>
          <w:sz w:val="28"/>
          <w:szCs w:val="28"/>
        </w:rPr>
        <w:t>p n</w:t>
      </w:r>
      <w:r w:rsidRPr="00BD5B6D">
        <w:rPr>
          <w:rFonts w:ascii="Arial" w:hAnsi="Arial"/>
          <w:color w:val="212121"/>
          <w:sz w:val="28"/>
          <w:szCs w:val="28"/>
        </w:rPr>
        <w:t>hu c</w:t>
      </w:r>
      <w:r w:rsidRPr="00BD5B6D">
        <w:rPr>
          <w:rFonts w:ascii="Arial" w:hAnsi="Arial"/>
          <w:color w:val="212121"/>
          <w:sz w:val="28"/>
          <w:szCs w:val="28"/>
        </w:rPr>
        <w:t>ầ</w:t>
      </w:r>
      <w:r w:rsidRPr="00BD5B6D">
        <w:rPr>
          <w:rFonts w:ascii="Arial" w:hAnsi="Arial"/>
          <w:color w:val="212121"/>
          <w:sz w:val="28"/>
          <w:szCs w:val="28"/>
        </w:rPr>
        <w:t>u k</w:t>
      </w:r>
      <w:r w:rsidRPr="00BD5B6D">
        <w:rPr>
          <w:rFonts w:ascii="Arial" w:hAnsi="Arial"/>
          <w:color w:val="212121"/>
          <w:sz w:val="28"/>
          <w:szCs w:val="28"/>
        </w:rPr>
        <w:t>ế</w:t>
      </w:r>
      <w:r w:rsidRPr="00BD5B6D">
        <w:rPr>
          <w:rFonts w:ascii="Arial" w:hAnsi="Arial"/>
          <w:color w:val="212121"/>
          <w:sz w:val="28"/>
          <w:szCs w:val="28"/>
        </w:rPr>
        <w:t>t n</w:t>
      </w:r>
      <w:r w:rsidRPr="00BD5B6D">
        <w:rPr>
          <w:rFonts w:ascii="Arial" w:hAnsi="Arial"/>
          <w:color w:val="212121"/>
          <w:sz w:val="28"/>
          <w:szCs w:val="28"/>
        </w:rPr>
        <w:t>ố</w:t>
      </w:r>
      <w:r w:rsidRPr="00BD5B6D">
        <w:rPr>
          <w:rFonts w:ascii="Arial" w:hAnsi="Arial"/>
          <w:color w:val="212121"/>
          <w:sz w:val="28"/>
          <w:szCs w:val="28"/>
        </w:rPr>
        <w:t>i lao đ</w:t>
      </w:r>
      <w:r w:rsidRPr="00BD5B6D">
        <w:rPr>
          <w:rFonts w:ascii="Arial" w:hAnsi="Arial"/>
          <w:color w:val="212121"/>
          <w:sz w:val="28"/>
          <w:szCs w:val="28"/>
        </w:rPr>
        <w:t>ộ</w:t>
      </w:r>
      <w:r w:rsidRPr="00BD5B6D">
        <w:rPr>
          <w:rFonts w:ascii="Arial" w:hAnsi="Arial"/>
          <w:color w:val="212121"/>
          <w:sz w:val="28"/>
          <w:szCs w:val="28"/>
        </w:rPr>
        <w:t>ng t</w:t>
      </w:r>
      <w:r w:rsidRPr="00BD5B6D">
        <w:rPr>
          <w:rFonts w:ascii="Arial" w:hAnsi="Arial"/>
          <w:color w:val="212121"/>
          <w:sz w:val="28"/>
          <w:szCs w:val="28"/>
        </w:rPr>
        <w:t>ạ</w:t>
      </w:r>
      <w:r w:rsidRPr="00BD5B6D">
        <w:rPr>
          <w:rFonts w:ascii="Arial" w:hAnsi="Arial"/>
          <w:color w:val="212121"/>
          <w:sz w:val="28"/>
          <w:szCs w:val="28"/>
        </w:rPr>
        <w:t>i các Khu Công Nghi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p (KCN) tr</w:t>
      </w:r>
      <w:r w:rsidRPr="00BD5B6D">
        <w:rPr>
          <w:rFonts w:ascii="Arial" w:hAnsi="Arial"/>
          <w:color w:val="212121"/>
          <w:sz w:val="28"/>
          <w:szCs w:val="28"/>
        </w:rPr>
        <w:t>ọ</w:t>
      </w:r>
      <w:r w:rsidRPr="00BD5B6D">
        <w:rPr>
          <w:rFonts w:ascii="Arial" w:hAnsi="Arial"/>
          <w:color w:val="212121"/>
          <w:sz w:val="28"/>
          <w:szCs w:val="28"/>
        </w:rPr>
        <w:t>ng đi</w:t>
      </w:r>
      <w:r w:rsidRPr="00BD5B6D">
        <w:rPr>
          <w:rFonts w:ascii="Arial" w:hAnsi="Arial"/>
          <w:color w:val="212121"/>
          <w:sz w:val="28"/>
          <w:szCs w:val="28"/>
        </w:rPr>
        <w:t>ể</w:t>
      </w:r>
      <w:r w:rsidRPr="00BD5B6D">
        <w:rPr>
          <w:rFonts w:ascii="Arial" w:hAnsi="Arial"/>
          <w:color w:val="212121"/>
          <w:sz w:val="28"/>
          <w:szCs w:val="28"/>
        </w:rPr>
        <w:t>m như KCN VSIP, KCN Sóng Th</w:t>
      </w:r>
      <w:r w:rsidRPr="00BD5B6D">
        <w:rPr>
          <w:rFonts w:ascii="Arial" w:hAnsi="Arial"/>
          <w:color w:val="212121"/>
          <w:sz w:val="28"/>
          <w:szCs w:val="28"/>
        </w:rPr>
        <w:t>ầ</w:t>
      </w:r>
      <w:r w:rsidRPr="00BD5B6D">
        <w:rPr>
          <w:rFonts w:ascii="Arial" w:hAnsi="Arial"/>
          <w:color w:val="212121"/>
          <w:sz w:val="28"/>
          <w:szCs w:val="28"/>
        </w:rPr>
        <w:t>n, KCN Đ</w:t>
      </w:r>
      <w:r w:rsidRPr="00BD5B6D">
        <w:rPr>
          <w:rFonts w:ascii="Arial" w:hAnsi="Arial"/>
          <w:color w:val="212121"/>
          <w:sz w:val="28"/>
          <w:szCs w:val="28"/>
        </w:rPr>
        <w:t>ồ</w:t>
      </w:r>
      <w:r w:rsidRPr="00BD5B6D">
        <w:rPr>
          <w:rFonts w:ascii="Arial" w:hAnsi="Arial"/>
          <w:color w:val="212121"/>
          <w:sz w:val="28"/>
          <w:szCs w:val="28"/>
        </w:rPr>
        <w:t>ng An (Bình Dương), KCN Amata, KCN Biên Hòa (Đ</w:t>
      </w:r>
      <w:r w:rsidRPr="00BD5B6D">
        <w:rPr>
          <w:rFonts w:ascii="Arial" w:hAnsi="Arial"/>
          <w:color w:val="212121"/>
          <w:sz w:val="28"/>
          <w:szCs w:val="28"/>
        </w:rPr>
        <w:t>ồ</w:t>
      </w:r>
      <w:r w:rsidRPr="00BD5B6D">
        <w:rPr>
          <w:rFonts w:ascii="Arial" w:hAnsi="Arial"/>
          <w:color w:val="212121"/>
          <w:sz w:val="28"/>
          <w:szCs w:val="28"/>
        </w:rPr>
        <w:t>ng Nai) và m</w:t>
      </w:r>
      <w:r w:rsidRPr="00BD5B6D">
        <w:rPr>
          <w:rFonts w:ascii="Arial" w:hAnsi="Arial"/>
          <w:color w:val="212121"/>
          <w:sz w:val="28"/>
          <w:szCs w:val="28"/>
        </w:rPr>
        <w:t>ở</w:t>
      </w:r>
      <w:r w:rsidRPr="00BD5B6D">
        <w:rPr>
          <w:rFonts w:ascii="Arial" w:hAnsi="Arial"/>
          <w:color w:val="212121"/>
          <w:sz w:val="28"/>
          <w:szCs w:val="28"/>
        </w:rPr>
        <w:t xml:space="preserve"> r</w:t>
      </w:r>
      <w:r w:rsidRPr="00BD5B6D">
        <w:rPr>
          <w:rFonts w:ascii="Arial" w:hAnsi="Arial"/>
          <w:color w:val="212121"/>
          <w:sz w:val="28"/>
          <w:szCs w:val="28"/>
        </w:rPr>
        <w:t>ộ</w:t>
      </w:r>
      <w:r w:rsidRPr="00BD5B6D">
        <w:rPr>
          <w:rFonts w:ascii="Arial" w:hAnsi="Arial"/>
          <w:color w:val="212121"/>
          <w:sz w:val="28"/>
          <w:szCs w:val="28"/>
        </w:rPr>
        <w:t>ng ra quy mô toàn qu</w:t>
      </w:r>
      <w:r w:rsidRPr="00BD5B6D">
        <w:rPr>
          <w:rFonts w:ascii="Arial" w:hAnsi="Arial"/>
          <w:color w:val="212121"/>
          <w:sz w:val="28"/>
          <w:szCs w:val="28"/>
        </w:rPr>
        <w:t>ố</w:t>
      </w:r>
      <w:r w:rsidRPr="00BD5B6D">
        <w:rPr>
          <w:rFonts w:ascii="Arial" w:hAnsi="Arial"/>
          <w:color w:val="212121"/>
          <w:sz w:val="28"/>
          <w:szCs w:val="28"/>
        </w:rPr>
        <w:t xml:space="preserve">c. </w:t>
      </w:r>
      <w:r w:rsidRPr="00BD5B6D">
        <w:rPr>
          <w:rFonts w:ascii="Arial" w:hAnsi="Arial"/>
          <w:color w:val="212121"/>
          <w:sz w:val="28"/>
          <w:szCs w:val="28"/>
        </w:rPr>
        <w:t>Ứ</w:t>
      </w:r>
      <w:r w:rsidRPr="00BD5B6D">
        <w:rPr>
          <w:rFonts w:ascii="Arial" w:hAnsi="Arial"/>
          <w:color w:val="212121"/>
          <w:sz w:val="28"/>
          <w:szCs w:val="28"/>
        </w:rPr>
        <w:t>ng d</w:t>
      </w:r>
      <w:r w:rsidRPr="00BD5B6D">
        <w:rPr>
          <w:rFonts w:ascii="Arial" w:hAnsi="Arial"/>
          <w:color w:val="212121"/>
          <w:sz w:val="28"/>
          <w:szCs w:val="28"/>
        </w:rPr>
        <w:t>ụ</w:t>
      </w:r>
      <w:r w:rsidRPr="00BD5B6D">
        <w:rPr>
          <w:rFonts w:ascii="Arial" w:hAnsi="Arial"/>
          <w:color w:val="212121"/>
          <w:sz w:val="28"/>
          <w:szCs w:val="28"/>
        </w:rPr>
        <w:t>ng Vi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c Làm Xanh lo</w:t>
      </w:r>
      <w:r w:rsidRPr="00BD5B6D">
        <w:rPr>
          <w:rFonts w:ascii="Arial" w:hAnsi="Arial"/>
          <w:color w:val="212121"/>
          <w:sz w:val="28"/>
          <w:szCs w:val="28"/>
        </w:rPr>
        <w:t>ạ</w:t>
      </w:r>
      <w:r w:rsidRPr="00BD5B6D">
        <w:rPr>
          <w:rFonts w:ascii="Arial" w:hAnsi="Arial"/>
          <w:color w:val="212121"/>
          <w:sz w:val="28"/>
          <w:szCs w:val="28"/>
        </w:rPr>
        <w:t>i b</w:t>
      </w:r>
      <w:r w:rsidRPr="00BD5B6D">
        <w:rPr>
          <w:rFonts w:ascii="Arial" w:hAnsi="Arial"/>
          <w:color w:val="212121"/>
          <w:sz w:val="28"/>
          <w:szCs w:val="28"/>
        </w:rPr>
        <w:t>ỏ</w:t>
      </w:r>
      <w:r w:rsidRPr="00BD5B6D">
        <w:rPr>
          <w:rFonts w:ascii="Arial" w:hAnsi="Arial"/>
          <w:color w:val="212121"/>
          <w:sz w:val="28"/>
          <w:szCs w:val="28"/>
        </w:rPr>
        <w:t xml:space="preserve"> hoàn toàn các hình th</w:t>
      </w:r>
      <w:r w:rsidRPr="00BD5B6D">
        <w:rPr>
          <w:rFonts w:ascii="Arial" w:hAnsi="Arial"/>
          <w:color w:val="212121"/>
          <w:sz w:val="28"/>
          <w:szCs w:val="28"/>
        </w:rPr>
        <w:t>ứ</w:t>
      </w:r>
      <w:r w:rsidRPr="00BD5B6D">
        <w:rPr>
          <w:rFonts w:ascii="Arial" w:hAnsi="Arial"/>
          <w:color w:val="212121"/>
          <w:sz w:val="28"/>
          <w:szCs w:val="28"/>
        </w:rPr>
        <w:t>c môi gi</w:t>
      </w:r>
      <w:r w:rsidRPr="00BD5B6D">
        <w:rPr>
          <w:rFonts w:ascii="Arial" w:hAnsi="Arial"/>
          <w:color w:val="212121"/>
          <w:sz w:val="28"/>
          <w:szCs w:val="28"/>
        </w:rPr>
        <w:t>ớ</w:t>
      </w:r>
      <w:r w:rsidRPr="00BD5B6D">
        <w:rPr>
          <w:rFonts w:ascii="Arial" w:hAnsi="Arial"/>
          <w:color w:val="212121"/>
          <w:sz w:val="28"/>
          <w:szCs w:val="28"/>
        </w:rPr>
        <w:t>i trung</w:t>
      </w:r>
      <w:r w:rsidRPr="00BD5B6D">
        <w:rPr>
          <w:rFonts w:ascii="Arial" w:hAnsi="Arial"/>
          <w:color w:val="212121"/>
          <w:sz w:val="28"/>
          <w:szCs w:val="28"/>
        </w:rPr>
        <w:t xml:space="preserve"> gian không rõ ràng, mang l</w:t>
      </w:r>
      <w:r w:rsidRPr="00BD5B6D">
        <w:rPr>
          <w:rFonts w:ascii="Arial" w:hAnsi="Arial"/>
          <w:color w:val="212121"/>
          <w:sz w:val="28"/>
          <w:szCs w:val="28"/>
        </w:rPr>
        <w:t>ạ</w:t>
      </w:r>
      <w:r w:rsidRPr="00BD5B6D">
        <w:rPr>
          <w:rFonts w:ascii="Arial" w:hAnsi="Arial"/>
          <w:color w:val="212121"/>
          <w:sz w:val="28"/>
          <w:szCs w:val="28"/>
        </w:rPr>
        <w:t>i s</w:t>
      </w:r>
      <w:r w:rsidRPr="00BD5B6D">
        <w:rPr>
          <w:rFonts w:ascii="Arial" w:hAnsi="Arial"/>
          <w:color w:val="212121"/>
          <w:sz w:val="28"/>
          <w:szCs w:val="28"/>
        </w:rPr>
        <w:t>ự</w:t>
      </w:r>
      <w:r w:rsidRPr="00BD5B6D">
        <w:rPr>
          <w:rFonts w:ascii="Arial" w:hAnsi="Arial"/>
          <w:color w:val="212121"/>
          <w:sz w:val="28"/>
          <w:szCs w:val="28"/>
        </w:rPr>
        <w:t xml:space="preserve"> minh b</w:t>
      </w:r>
      <w:r w:rsidRPr="00BD5B6D">
        <w:rPr>
          <w:rFonts w:ascii="Arial" w:hAnsi="Arial"/>
          <w:color w:val="212121"/>
          <w:sz w:val="28"/>
          <w:szCs w:val="28"/>
        </w:rPr>
        <w:t>ạ</w:t>
      </w:r>
      <w:r w:rsidRPr="00BD5B6D">
        <w:rPr>
          <w:rFonts w:ascii="Arial" w:hAnsi="Arial"/>
          <w:color w:val="212121"/>
          <w:sz w:val="28"/>
          <w:szCs w:val="28"/>
        </w:rPr>
        <w:t>ch, an toàn và h</w:t>
      </w:r>
      <w:r w:rsidRPr="00BD5B6D">
        <w:rPr>
          <w:rFonts w:ascii="Arial" w:hAnsi="Arial"/>
          <w:color w:val="212121"/>
          <w:sz w:val="28"/>
          <w:szCs w:val="28"/>
        </w:rPr>
        <w:t>ỗ</w:t>
      </w:r>
      <w:r w:rsidRPr="00BD5B6D">
        <w:rPr>
          <w:rFonts w:ascii="Arial" w:hAnsi="Arial"/>
          <w:color w:val="212121"/>
          <w:sz w:val="28"/>
          <w:szCs w:val="28"/>
        </w:rPr>
        <w:t xml:space="preserve"> tr</w:t>
      </w:r>
      <w:r w:rsidRPr="00BD5B6D">
        <w:rPr>
          <w:rFonts w:ascii="Arial" w:hAnsi="Arial"/>
          <w:color w:val="212121"/>
          <w:sz w:val="28"/>
          <w:szCs w:val="28"/>
        </w:rPr>
        <w:t>ợ</w:t>
      </w:r>
      <w:r w:rsidRPr="00BD5B6D">
        <w:rPr>
          <w:rFonts w:ascii="Arial" w:hAnsi="Arial"/>
          <w:color w:val="212121"/>
          <w:sz w:val="28"/>
          <w:szCs w:val="28"/>
        </w:rPr>
        <w:t xml:space="preserve"> tìm vi</w:t>
      </w:r>
      <w:r w:rsidRPr="00BD5B6D">
        <w:rPr>
          <w:rFonts w:ascii="Arial" w:hAnsi="Arial"/>
          <w:color w:val="212121"/>
          <w:sz w:val="28"/>
          <w:szCs w:val="28"/>
        </w:rPr>
        <w:t>ệ</w:t>
      </w:r>
      <w:r w:rsidRPr="00BD5B6D">
        <w:rPr>
          <w:rFonts w:ascii="Arial" w:hAnsi="Arial"/>
          <w:color w:val="212121"/>
          <w:sz w:val="28"/>
          <w:szCs w:val="28"/>
        </w:rPr>
        <w:t>c hoàn toàn mi</w:t>
      </w:r>
      <w:r w:rsidRPr="00BD5B6D">
        <w:rPr>
          <w:rFonts w:ascii="Arial" w:hAnsi="Arial"/>
          <w:color w:val="212121"/>
          <w:sz w:val="28"/>
          <w:szCs w:val="28"/>
        </w:rPr>
        <w:t>ễ</w:t>
      </w:r>
      <w:r w:rsidRPr="00BD5B6D">
        <w:rPr>
          <w:rFonts w:ascii="Arial" w:hAnsi="Arial"/>
          <w:color w:val="212121"/>
          <w:sz w:val="28"/>
          <w:szCs w:val="28"/>
        </w:rPr>
        <w:t>n phí cho Ngư</w:t>
      </w:r>
      <w:r w:rsidRPr="00BD5B6D">
        <w:rPr>
          <w:rFonts w:ascii="Arial" w:hAnsi="Arial"/>
          <w:color w:val="212121"/>
          <w:sz w:val="28"/>
          <w:szCs w:val="28"/>
        </w:rPr>
        <w:t>ờ</w:t>
      </w:r>
      <w:r w:rsidRPr="00BD5B6D">
        <w:rPr>
          <w:rFonts w:ascii="Arial" w:hAnsi="Arial"/>
          <w:color w:val="212121"/>
          <w:sz w:val="28"/>
          <w:szCs w:val="28"/>
        </w:rPr>
        <w:t>i Lao Đ</w:t>
      </w:r>
      <w:r w:rsidRPr="00BD5B6D">
        <w:rPr>
          <w:rFonts w:ascii="Arial" w:hAnsi="Arial"/>
          <w:color w:val="212121"/>
          <w:sz w:val="28"/>
          <w:szCs w:val="28"/>
        </w:rPr>
        <w:t>ộ</w:t>
      </w:r>
      <w:r w:rsidRPr="00BD5B6D">
        <w:rPr>
          <w:rFonts w:ascii="Arial" w:hAnsi="Arial"/>
          <w:color w:val="212121"/>
          <w:sz w:val="28"/>
          <w:szCs w:val="28"/>
        </w:rPr>
        <w:t>ng.</w:t>
      </w:r>
    </w:p>
    <w:p w14:paraId="153998FB" w14:textId="77777777" w:rsidR="00BD5B6D" w:rsidRDefault="00BD5B6D" w:rsidP="00BD5B6D">
      <w:pPr>
        <w:spacing w:after="0"/>
      </w:pPr>
    </w:p>
    <w:p w14:paraId="616291EB" w14:textId="77777777" w:rsidR="0033518B" w:rsidRDefault="00B119E8" w:rsidP="00BD5B6D">
      <w:pPr>
        <w:keepNext/>
        <w:spacing w:after="80"/>
        <w:jc w:val="center"/>
      </w:pPr>
      <w:r>
        <w:rPr>
          <w:noProof/>
        </w:rPr>
        <w:lastRenderedPageBreak/>
        <w:drawing>
          <wp:inline distT="0" distB="0" distL="0" distR="0" wp14:anchorId="08C333D7" wp14:editId="0753B303">
            <wp:extent cx="6133465" cy="366522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1158" cy="367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4BF09" w14:textId="77777777" w:rsidR="0033518B" w:rsidRDefault="00B119E8" w:rsidP="00BD5B6D">
      <w:pPr>
        <w:keepNext/>
        <w:spacing w:after="240"/>
        <w:jc w:val="center"/>
      </w:pPr>
      <w:r>
        <w:rPr>
          <w:rFonts w:ascii="Arial" w:hAnsi="Arial"/>
          <w:i/>
          <w:color w:val="757575"/>
          <w:sz w:val="19"/>
        </w:rPr>
        <w:t>Hình 1: Giao di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trang ch</w:t>
      </w:r>
      <w:r>
        <w:rPr>
          <w:rFonts w:ascii="Arial" w:hAnsi="Arial"/>
          <w:i/>
          <w:color w:val="757575"/>
          <w:sz w:val="19"/>
        </w:rPr>
        <w:t>ủ</w:t>
      </w:r>
      <w:r>
        <w:rPr>
          <w:rFonts w:ascii="Arial" w:hAnsi="Arial"/>
          <w:i/>
          <w:color w:val="757575"/>
          <w:sz w:val="19"/>
        </w:rPr>
        <w:t xml:space="preserve"> Vi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c Làm Xanh hi</w:t>
      </w:r>
      <w:r>
        <w:rPr>
          <w:rFonts w:ascii="Arial" w:hAnsi="Arial"/>
          <w:i/>
          <w:color w:val="757575"/>
          <w:sz w:val="19"/>
        </w:rPr>
        <w:t>ể</w:t>
      </w:r>
      <w:r>
        <w:rPr>
          <w:rFonts w:ascii="Arial" w:hAnsi="Arial"/>
          <w:i/>
          <w:color w:val="757575"/>
          <w:sz w:val="19"/>
        </w:rPr>
        <w:t>n th</w:t>
      </w:r>
      <w:r>
        <w:rPr>
          <w:rFonts w:ascii="Arial" w:hAnsi="Arial"/>
          <w:i/>
          <w:color w:val="757575"/>
          <w:sz w:val="19"/>
        </w:rPr>
        <w:t>ị</w:t>
      </w:r>
      <w:r>
        <w:rPr>
          <w:rFonts w:ascii="Arial" w:hAnsi="Arial"/>
          <w:i/>
          <w:color w:val="757575"/>
          <w:sz w:val="19"/>
        </w:rPr>
        <w:t xml:space="preserve"> trên đi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tho</w:t>
      </w:r>
      <w:r>
        <w:rPr>
          <w:rFonts w:ascii="Arial" w:hAnsi="Arial"/>
          <w:i/>
          <w:color w:val="757575"/>
          <w:sz w:val="19"/>
        </w:rPr>
        <w:t>ạ</w:t>
      </w:r>
      <w:r>
        <w:rPr>
          <w:rFonts w:ascii="Arial" w:hAnsi="Arial"/>
          <w:i/>
          <w:color w:val="757575"/>
          <w:sz w:val="19"/>
        </w:rPr>
        <w:t>i</w:t>
      </w:r>
    </w:p>
    <w:p w14:paraId="08A18DDF" w14:textId="77777777" w:rsidR="0033518B" w:rsidRPr="0012582B" w:rsidRDefault="00B119E8" w:rsidP="0012582B">
      <w:pPr>
        <w:spacing w:after="0"/>
        <w:ind w:firstLine="720"/>
        <w:jc w:val="both"/>
        <w:rPr>
          <w:sz w:val="28"/>
          <w:szCs w:val="28"/>
        </w:rPr>
      </w:pPr>
      <w:r w:rsidRPr="0012582B">
        <w:rPr>
          <w:rFonts w:ascii="Arial" w:hAnsi="Arial"/>
          <w:color w:val="212121"/>
          <w:sz w:val="28"/>
          <w:szCs w:val="28"/>
        </w:rPr>
        <w:t>Tài li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u này cung c</w:t>
      </w:r>
      <w:r w:rsidRPr="0012582B">
        <w:rPr>
          <w:rFonts w:ascii="Arial" w:hAnsi="Arial"/>
          <w:color w:val="212121"/>
          <w:sz w:val="28"/>
          <w:szCs w:val="28"/>
        </w:rPr>
        <w:t>ấ</w:t>
      </w:r>
      <w:r w:rsidRPr="0012582B">
        <w:rPr>
          <w:rFonts w:ascii="Arial" w:hAnsi="Arial"/>
          <w:color w:val="212121"/>
          <w:sz w:val="28"/>
          <w:szCs w:val="28"/>
        </w:rPr>
        <w:t>p hư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>ng d</w:t>
      </w:r>
      <w:r w:rsidRPr="0012582B">
        <w:rPr>
          <w:rFonts w:ascii="Arial" w:hAnsi="Arial"/>
          <w:color w:val="212121"/>
          <w:sz w:val="28"/>
          <w:szCs w:val="28"/>
        </w:rPr>
        <w:t>ẫ</w:t>
      </w:r>
      <w:r w:rsidRPr="0012582B">
        <w:rPr>
          <w:rFonts w:ascii="Arial" w:hAnsi="Arial"/>
          <w:color w:val="212121"/>
          <w:sz w:val="28"/>
          <w:szCs w:val="28"/>
        </w:rPr>
        <w:t>n chi ti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t t</w:t>
      </w:r>
      <w:r w:rsidRPr="0012582B">
        <w:rPr>
          <w:rFonts w:ascii="Arial" w:hAnsi="Arial"/>
          <w:color w:val="212121"/>
          <w:sz w:val="28"/>
          <w:szCs w:val="28"/>
        </w:rPr>
        <w:t>ừ</w:t>
      </w:r>
      <w:r w:rsidRPr="0012582B">
        <w:rPr>
          <w:rFonts w:ascii="Arial" w:hAnsi="Arial"/>
          <w:color w:val="212121"/>
          <w:sz w:val="28"/>
          <w:szCs w:val="28"/>
        </w:rPr>
        <w:t>ng bư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>c giúp b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 xml:space="preserve">n làm quen và khai </w:t>
      </w:r>
      <w:r w:rsidRPr="0012582B">
        <w:rPr>
          <w:rFonts w:ascii="Arial" w:hAnsi="Arial"/>
          <w:color w:val="212121"/>
          <w:sz w:val="28"/>
          <w:szCs w:val="28"/>
        </w:rPr>
        <w:t>thác t</w:t>
      </w:r>
      <w:r w:rsidRPr="0012582B">
        <w:rPr>
          <w:rFonts w:ascii="Arial" w:hAnsi="Arial"/>
          <w:color w:val="212121"/>
          <w:sz w:val="28"/>
          <w:szCs w:val="28"/>
        </w:rPr>
        <w:t>ố</w:t>
      </w:r>
      <w:r w:rsidRPr="0012582B">
        <w:rPr>
          <w:rFonts w:ascii="Arial" w:hAnsi="Arial"/>
          <w:color w:val="212121"/>
          <w:sz w:val="28"/>
          <w:szCs w:val="28"/>
        </w:rPr>
        <w:t>i đa các tính năng vư</w:t>
      </w:r>
      <w:r w:rsidRPr="0012582B">
        <w:rPr>
          <w:rFonts w:ascii="Arial" w:hAnsi="Arial"/>
          <w:color w:val="212121"/>
          <w:sz w:val="28"/>
          <w:szCs w:val="28"/>
        </w:rPr>
        <w:t>ợ</w:t>
      </w:r>
      <w:r w:rsidRPr="0012582B">
        <w:rPr>
          <w:rFonts w:ascii="Arial" w:hAnsi="Arial"/>
          <w:color w:val="212121"/>
          <w:sz w:val="28"/>
          <w:szCs w:val="28"/>
        </w:rPr>
        <w:t>t tr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>i c</w:t>
      </w:r>
      <w:r w:rsidRPr="0012582B">
        <w:rPr>
          <w:rFonts w:ascii="Arial" w:hAnsi="Arial"/>
          <w:color w:val="212121"/>
          <w:sz w:val="28"/>
          <w:szCs w:val="28"/>
        </w:rPr>
        <w:t>ủ</w:t>
      </w:r>
      <w:r w:rsidRPr="0012582B">
        <w:rPr>
          <w:rFonts w:ascii="Arial" w:hAnsi="Arial"/>
          <w:color w:val="212121"/>
          <w:sz w:val="28"/>
          <w:szCs w:val="28"/>
        </w:rPr>
        <w:t>a h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 xml:space="preserve"> th</w:t>
      </w:r>
      <w:r w:rsidRPr="0012582B">
        <w:rPr>
          <w:rFonts w:ascii="Arial" w:hAnsi="Arial"/>
          <w:color w:val="212121"/>
          <w:sz w:val="28"/>
          <w:szCs w:val="28"/>
        </w:rPr>
        <w:t>ố</w:t>
      </w:r>
      <w:r w:rsidRPr="0012582B">
        <w:rPr>
          <w:rFonts w:ascii="Arial" w:hAnsi="Arial"/>
          <w:color w:val="212121"/>
          <w:sz w:val="28"/>
          <w:szCs w:val="28"/>
        </w:rPr>
        <w:t>ng Vi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c Làm Xanh, bao g</w:t>
      </w:r>
      <w:r w:rsidRPr="0012582B">
        <w:rPr>
          <w:rFonts w:ascii="Arial" w:hAnsi="Arial"/>
          <w:color w:val="212121"/>
          <w:sz w:val="28"/>
          <w:szCs w:val="28"/>
        </w:rPr>
        <w:t>ồ</w:t>
      </w:r>
      <w:r w:rsidRPr="0012582B">
        <w:rPr>
          <w:rFonts w:ascii="Arial" w:hAnsi="Arial"/>
          <w:color w:val="212121"/>
          <w:sz w:val="28"/>
          <w:szCs w:val="28"/>
        </w:rPr>
        <w:t>m:</w:t>
      </w:r>
    </w:p>
    <w:p w14:paraId="38CC5012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Cài đ</w:t>
      </w:r>
      <w:r w:rsidRPr="0012582B">
        <w:rPr>
          <w:rFonts w:ascii="Arial" w:hAnsi="Arial"/>
          <w:b/>
          <w:color w:val="212121"/>
          <w:sz w:val="28"/>
          <w:szCs w:val="28"/>
        </w:rPr>
        <w:t>ặ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t </w:t>
      </w:r>
      <w:r w:rsidRPr="0012582B">
        <w:rPr>
          <w:rFonts w:ascii="Arial" w:hAnsi="Arial"/>
          <w:b/>
          <w:color w:val="212121"/>
          <w:sz w:val="28"/>
          <w:szCs w:val="28"/>
        </w:rPr>
        <w:t>ứ</w:t>
      </w:r>
      <w:r w:rsidRPr="0012582B">
        <w:rPr>
          <w:rFonts w:ascii="Arial" w:hAnsi="Arial"/>
          <w:b/>
          <w:color w:val="212121"/>
          <w:sz w:val="28"/>
          <w:szCs w:val="28"/>
        </w:rPr>
        <w:t>ng d</w:t>
      </w:r>
      <w:r w:rsidRPr="0012582B">
        <w:rPr>
          <w:rFonts w:ascii="Arial" w:hAnsi="Arial"/>
          <w:b/>
          <w:color w:val="212121"/>
          <w:sz w:val="28"/>
          <w:szCs w:val="28"/>
        </w:rPr>
        <w:t>ụ</w:t>
      </w:r>
      <w:r w:rsidRPr="0012582B">
        <w:rPr>
          <w:rFonts w:ascii="Arial" w:hAnsi="Arial"/>
          <w:b/>
          <w:color w:val="212121"/>
          <w:sz w:val="28"/>
          <w:szCs w:val="28"/>
        </w:rPr>
        <w:t>ng di đ</w:t>
      </w:r>
      <w:r w:rsidRPr="0012582B">
        <w:rPr>
          <w:rFonts w:ascii="Arial" w:hAnsi="Arial"/>
          <w:b/>
          <w:color w:val="212121"/>
          <w:sz w:val="28"/>
          <w:szCs w:val="28"/>
        </w:rPr>
        <w:t>ộ</w:t>
      </w:r>
      <w:r w:rsidRPr="0012582B">
        <w:rPr>
          <w:rFonts w:ascii="Arial" w:hAnsi="Arial"/>
          <w:b/>
          <w:color w:val="212121"/>
          <w:sz w:val="28"/>
          <w:szCs w:val="28"/>
        </w:rPr>
        <w:t>ng t</w:t>
      </w:r>
      <w:r w:rsidRPr="0012582B">
        <w:rPr>
          <w:rFonts w:ascii="Arial" w:hAnsi="Arial"/>
          <w:b/>
          <w:color w:val="212121"/>
          <w:sz w:val="28"/>
          <w:szCs w:val="28"/>
        </w:rPr>
        <w:t>ứ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c thì (PWA): </w:t>
      </w:r>
      <w:r w:rsidRPr="0012582B">
        <w:rPr>
          <w:rFonts w:ascii="Arial" w:hAnsi="Arial"/>
          <w:color w:val="212121"/>
          <w:sz w:val="28"/>
          <w:szCs w:val="28"/>
        </w:rPr>
        <w:t>Không c</w:t>
      </w:r>
      <w:r w:rsidRPr="0012582B">
        <w:rPr>
          <w:rFonts w:ascii="Arial" w:hAnsi="Arial"/>
          <w:color w:val="212121"/>
          <w:sz w:val="28"/>
          <w:szCs w:val="28"/>
        </w:rPr>
        <w:t>ầ</w:t>
      </w:r>
      <w:r w:rsidRPr="0012582B">
        <w:rPr>
          <w:rFonts w:ascii="Arial" w:hAnsi="Arial"/>
          <w:color w:val="212121"/>
          <w:sz w:val="28"/>
          <w:szCs w:val="28"/>
        </w:rPr>
        <w:t>n t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i qua App Store hay Google Play, ti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t ki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m b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 xml:space="preserve"> nh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 xml:space="preserve"> đi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n tho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i và h</w:t>
      </w:r>
      <w:r w:rsidRPr="0012582B">
        <w:rPr>
          <w:rFonts w:ascii="Arial" w:hAnsi="Arial"/>
          <w:color w:val="212121"/>
          <w:sz w:val="28"/>
          <w:szCs w:val="28"/>
        </w:rPr>
        <w:t>ỗ</w:t>
      </w:r>
      <w:r w:rsidRPr="0012582B">
        <w:rPr>
          <w:rFonts w:ascii="Arial" w:hAnsi="Arial"/>
          <w:color w:val="212121"/>
          <w:sz w:val="28"/>
          <w:szCs w:val="28"/>
        </w:rPr>
        <w:t xml:space="preserve"> tr</w:t>
      </w:r>
      <w:r w:rsidRPr="0012582B">
        <w:rPr>
          <w:rFonts w:ascii="Arial" w:hAnsi="Arial"/>
          <w:color w:val="212121"/>
          <w:sz w:val="28"/>
          <w:szCs w:val="28"/>
        </w:rPr>
        <w:t>ợ</w:t>
      </w:r>
      <w:r w:rsidRPr="0012582B">
        <w:rPr>
          <w:rFonts w:ascii="Arial" w:hAnsi="Arial"/>
          <w:color w:val="212121"/>
          <w:sz w:val="28"/>
          <w:szCs w:val="28"/>
        </w:rPr>
        <w:t xml:space="preserve"> truy c</w:t>
      </w:r>
      <w:r w:rsidRPr="0012582B">
        <w:rPr>
          <w:rFonts w:ascii="Arial" w:hAnsi="Arial"/>
          <w:color w:val="212121"/>
          <w:sz w:val="28"/>
          <w:szCs w:val="28"/>
        </w:rPr>
        <w:t>ậ</w:t>
      </w:r>
      <w:r w:rsidRPr="0012582B">
        <w:rPr>
          <w:rFonts w:ascii="Arial" w:hAnsi="Arial"/>
          <w:color w:val="212121"/>
          <w:sz w:val="28"/>
          <w:szCs w:val="28"/>
        </w:rPr>
        <w:t>p ngo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i tuy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n khi m</w:t>
      </w:r>
      <w:r w:rsidRPr="0012582B">
        <w:rPr>
          <w:rFonts w:ascii="Arial" w:hAnsi="Arial"/>
          <w:color w:val="212121"/>
          <w:sz w:val="28"/>
          <w:szCs w:val="28"/>
        </w:rPr>
        <w:t>ấ</w:t>
      </w:r>
      <w:r w:rsidRPr="0012582B">
        <w:rPr>
          <w:rFonts w:ascii="Arial" w:hAnsi="Arial"/>
          <w:color w:val="212121"/>
          <w:sz w:val="28"/>
          <w:szCs w:val="28"/>
        </w:rPr>
        <w:t>t m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ng.</w:t>
      </w:r>
    </w:p>
    <w:p w14:paraId="112894E3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T</w:t>
      </w:r>
      <w:r w:rsidRPr="0012582B">
        <w:rPr>
          <w:rFonts w:ascii="Arial" w:hAnsi="Arial"/>
          <w:b/>
          <w:color w:val="212121"/>
          <w:sz w:val="28"/>
          <w:szCs w:val="28"/>
        </w:rPr>
        <w:t>ạ</w:t>
      </w:r>
      <w:r w:rsidRPr="0012582B">
        <w:rPr>
          <w:rFonts w:ascii="Arial" w:hAnsi="Arial"/>
          <w:b/>
          <w:color w:val="212121"/>
          <w:sz w:val="28"/>
          <w:szCs w:val="28"/>
        </w:rPr>
        <w:t>o CV chuyên nghi</w:t>
      </w:r>
      <w:r w:rsidRPr="0012582B">
        <w:rPr>
          <w:rFonts w:ascii="Arial" w:hAnsi="Arial"/>
          <w:b/>
          <w:color w:val="212121"/>
          <w:sz w:val="28"/>
          <w:szCs w:val="28"/>
        </w:rPr>
        <w:t>ệ</w:t>
      </w:r>
      <w:r w:rsidRPr="0012582B">
        <w:rPr>
          <w:rFonts w:ascii="Arial" w:hAnsi="Arial"/>
          <w:b/>
          <w:color w:val="212121"/>
          <w:sz w:val="28"/>
          <w:szCs w:val="28"/>
        </w:rPr>
        <w:t>p b</w:t>
      </w:r>
      <w:r w:rsidRPr="0012582B">
        <w:rPr>
          <w:rFonts w:ascii="Arial" w:hAnsi="Arial"/>
          <w:b/>
          <w:color w:val="212121"/>
          <w:sz w:val="28"/>
          <w:szCs w:val="28"/>
        </w:rPr>
        <w:t>ằ</w:t>
      </w:r>
      <w:r w:rsidRPr="0012582B">
        <w:rPr>
          <w:rFonts w:ascii="Arial" w:hAnsi="Arial"/>
          <w:b/>
          <w:color w:val="212121"/>
          <w:sz w:val="28"/>
          <w:szCs w:val="28"/>
        </w:rPr>
        <w:t>ng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 Trí Tu</w:t>
      </w:r>
      <w:r w:rsidRPr="0012582B">
        <w:rPr>
          <w:rFonts w:ascii="Arial" w:hAnsi="Arial"/>
          <w:b/>
          <w:color w:val="212121"/>
          <w:sz w:val="28"/>
          <w:szCs w:val="28"/>
        </w:rPr>
        <w:t>ệ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 Nhân T</w:t>
      </w:r>
      <w:r w:rsidRPr="0012582B">
        <w:rPr>
          <w:rFonts w:ascii="Arial" w:hAnsi="Arial"/>
          <w:b/>
          <w:color w:val="212121"/>
          <w:sz w:val="28"/>
          <w:szCs w:val="28"/>
        </w:rPr>
        <w:t>ạ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o (AI): </w:t>
      </w:r>
      <w:r w:rsidRPr="0012582B">
        <w:rPr>
          <w:rFonts w:ascii="Arial" w:hAnsi="Arial"/>
          <w:color w:val="212121"/>
          <w:sz w:val="28"/>
          <w:szCs w:val="28"/>
        </w:rPr>
        <w:t>Ch</w:t>
      </w:r>
      <w:r w:rsidRPr="0012582B">
        <w:rPr>
          <w:rFonts w:ascii="Arial" w:hAnsi="Arial"/>
          <w:color w:val="212121"/>
          <w:sz w:val="28"/>
          <w:szCs w:val="28"/>
        </w:rPr>
        <w:t>ỉ</w:t>
      </w:r>
      <w:r w:rsidRPr="0012582B">
        <w:rPr>
          <w:rFonts w:ascii="Arial" w:hAnsi="Arial"/>
          <w:color w:val="212121"/>
          <w:sz w:val="28"/>
          <w:szCs w:val="28"/>
        </w:rPr>
        <w:t xml:space="preserve"> c</w:t>
      </w:r>
      <w:r w:rsidRPr="0012582B">
        <w:rPr>
          <w:rFonts w:ascii="Arial" w:hAnsi="Arial"/>
          <w:color w:val="212121"/>
          <w:sz w:val="28"/>
          <w:szCs w:val="28"/>
        </w:rPr>
        <w:t>ầ</w:t>
      </w:r>
      <w:r w:rsidRPr="0012582B">
        <w:rPr>
          <w:rFonts w:ascii="Arial" w:hAnsi="Arial"/>
          <w:color w:val="212121"/>
          <w:sz w:val="28"/>
          <w:szCs w:val="28"/>
        </w:rPr>
        <w:t>n dán ho</w:t>
      </w:r>
      <w:r w:rsidRPr="0012582B">
        <w:rPr>
          <w:rFonts w:ascii="Arial" w:hAnsi="Arial"/>
          <w:color w:val="212121"/>
          <w:sz w:val="28"/>
          <w:szCs w:val="28"/>
        </w:rPr>
        <w:t>ặ</w:t>
      </w:r>
      <w:r w:rsidRPr="0012582B">
        <w:rPr>
          <w:rFonts w:ascii="Arial" w:hAnsi="Arial"/>
          <w:color w:val="212121"/>
          <w:sz w:val="28"/>
          <w:szCs w:val="28"/>
        </w:rPr>
        <w:t>c nh</w:t>
      </w:r>
      <w:r w:rsidRPr="0012582B">
        <w:rPr>
          <w:rFonts w:ascii="Arial" w:hAnsi="Arial"/>
          <w:color w:val="212121"/>
          <w:sz w:val="28"/>
          <w:szCs w:val="28"/>
        </w:rPr>
        <w:t>ậ</w:t>
      </w:r>
      <w:r w:rsidRPr="0012582B">
        <w:rPr>
          <w:rFonts w:ascii="Arial" w:hAnsi="Arial"/>
          <w:color w:val="212121"/>
          <w:sz w:val="28"/>
          <w:szCs w:val="28"/>
        </w:rPr>
        <w:t>p m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>t đo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 mô t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 xml:space="preserve"> ng</w:t>
      </w:r>
      <w:r w:rsidRPr="0012582B">
        <w:rPr>
          <w:rFonts w:ascii="Arial" w:hAnsi="Arial"/>
          <w:color w:val="212121"/>
          <w:sz w:val="28"/>
          <w:szCs w:val="28"/>
        </w:rPr>
        <w:t>ắ</w:t>
      </w:r>
      <w:r w:rsidRPr="0012582B">
        <w:rPr>
          <w:rFonts w:ascii="Arial" w:hAnsi="Arial"/>
          <w:color w:val="212121"/>
          <w:sz w:val="28"/>
          <w:szCs w:val="28"/>
        </w:rPr>
        <w:t>n v</w:t>
      </w:r>
      <w:r w:rsidRPr="0012582B">
        <w:rPr>
          <w:rFonts w:ascii="Arial" w:hAnsi="Arial"/>
          <w:color w:val="212121"/>
          <w:sz w:val="28"/>
          <w:szCs w:val="28"/>
        </w:rPr>
        <w:t>ề</w:t>
      </w:r>
      <w:r w:rsidRPr="0012582B">
        <w:rPr>
          <w:rFonts w:ascii="Arial" w:hAnsi="Arial"/>
          <w:color w:val="212121"/>
          <w:sz w:val="28"/>
          <w:szCs w:val="28"/>
        </w:rPr>
        <w:t xml:space="preserve"> b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n thân, AI s</w:t>
      </w:r>
      <w:r w:rsidRPr="0012582B">
        <w:rPr>
          <w:rFonts w:ascii="Arial" w:hAnsi="Arial"/>
          <w:color w:val="212121"/>
          <w:sz w:val="28"/>
          <w:szCs w:val="28"/>
        </w:rPr>
        <w:t>ẽ</w:t>
      </w:r>
      <w:r w:rsidRPr="0012582B">
        <w:rPr>
          <w:rFonts w:ascii="Arial" w:hAnsi="Arial"/>
          <w:color w:val="212121"/>
          <w:sz w:val="28"/>
          <w:szCs w:val="28"/>
        </w:rPr>
        <w:t xml:space="preserve"> t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 xml:space="preserve"> đ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>ng biên so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 thành m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>t b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 xml:space="preserve"> CV chuyên nghi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p v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>i 11 m</w:t>
      </w:r>
      <w:r w:rsidRPr="0012582B">
        <w:rPr>
          <w:rFonts w:ascii="Arial" w:hAnsi="Arial"/>
          <w:color w:val="212121"/>
          <w:sz w:val="28"/>
          <w:szCs w:val="28"/>
        </w:rPr>
        <w:t>ẫ</w:t>
      </w:r>
      <w:r w:rsidRPr="0012582B">
        <w:rPr>
          <w:rFonts w:ascii="Arial" w:hAnsi="Arial"/>
          <w:color w:val="212121"/>
          <w:sz w:val="28"/>
          <w:szCs w:val="28"/>
        </w:rPr>
        <w:t>u giao di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n thi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t k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 xml:space="preserve"> b</w:t>
      </w:r>
      <w:r w:rsidRPr="0012582B">
        <w:rPr>
          <w:rFonts w:ascii="Arial" w:hAnsi="Arial"/>
          <w:color w:val="212121"/>
          <w:sz w:val="28"/>
          <w:szCs w:val="28"/>
        </w:rPr>
        <w:t>ắ</w:t>
      </w:r>
      <w:r w:rsidRPr="0012582B">
        <w:rPr>
          <w:rFonts w:ascii="Arial" w:hAnsi="Arial"/>
          <w:color w:val="212121"/>
          <w:sz w:val="28"/>
          <w:szCs w:val="28"/>
        </w:rPr>
        <w:t>t m</w:t>
      </w:r>
      <w:r w:rsidRPr="0012582B">
        <w:rPr>
          <w:rFonts w:ascii="Arial" w:hAnsi="Arial"/>
          <w:color w:val="212121"/>
          <w:sz w:val="28"/>
          <w:szCs w:val="28"/>
        </w:rPr>
        <w:t>ắ</w:t>
      </w:r>
      <w:r w:rsidRPr="0012582B">
        <w:rPr>
          <w:rFonts w:ascii="Arial" w:hAnsi="Arial"/>
          <w:color w:val="212121"/>
          <w:sz w:val="28"/>
          <w:szCs w:val="28"/>
        </w:rPr>
        <w:t>t.</w:t>
      </w:r>
    </w:p>
    <w:p w14:paraId="5CE493D7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Tìm ki</w:t>
      </w:r>
      <w:r w:rsidRPr="0012582B">
        <w:rPr>
          <w:rFonts w:ascii="Arial" w:hAnsi="Arial"/>
          <w:b/>
          <w:color w:val="212121"/>
          <w:sz w:val="28"/>
          <w:szCs w:val="28"/>
        </w:rPr>
        <w:t>ế</w:t>
      </w:r>
      <w:r w:rsidRPr="0012582B">
        <w:rPr>
          <w:rFonts w:ascii="Arial" w:hAnsi="Arial"/>
          <w:b/>
          <w:color w:val="212121"/>
          <w:sz w:val="28"/>
          <w:szCs w:val="28"/>
        </w:rPr>
        <w:t>m vi</w:t>
      </w:r>
      <w:r w:rsidRPr="0012582B">
        <w:rPr>
          <w:rFonts w:ascii="Arial" w:hAnsi="Arial"/>
          <w:b/>
          <w:color w:val="212121"/>
          <w:sz w:val="28"/>
          <w:szCs w:val="28"/>
        </w:rPr>
        <w:t>ệ</w:t>
      </w:r>
      <w:r w:rsidRPr="0012582B">
        <w:rPr>
          <w:rFonts w:ascii="Arial" w:hAnsi="Arial"/>
          <w:b/>
          <w:color w:val="212121"/>
          <w:sz w:val="28"/>
          <w:szCs w:val="28"/>
        </w:rPr>
        <w:t>c làm thông minh v</w:t>
      </w:r>
      <w:r w:rsidRPr="0012582B">
        <w:rPr>
          <w:rFonts w:ascii="Arial" w:hAnsi="Arial"/>
          <w:b/>
          <w:color w:val="212121"/>
          <w:sz w:val="28"/>
          <w:szCs w:val="28"/>
        </w:rPr>
        <w:t>ớ</w:t>
      </w:r>
      <w:r w:rsidRPr="0012582B">
        <w:rPr>
          <w:rFonts w:ascii="Arial" w:hAnsi="Arial"/>
          <w:b/>
          <w:color w:val="212121"/>
          <w:sz w:val="28"/>
          <w:szCs w:val="28"/>
        </w:rPr>
        <w:t>i b</w:t>
      </w:r>
      <w:r w:rsidRPr="0012582B">
        <w:rPr>
          <w:rFonts w:ascii="Arial" w:hAnsi="Arial"/>
          <w:b/>
          <w:color w:val="212121"/>
          <w:sz w:val="28"/>
          <w:szCs w:val="28"/>
        </w:rPr>
        <w:t>ộ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 l</w:t>
      </w:r>
      <w:r w:rsidRPr="0012582B">
        <w:rPr>
          <w:rFonts w:ascii="Arial" w:hAnsi="Arial"/>
          <w:b/>
          <w:color w:val="212121"/>
          <w:sz w:val="28"/>
          <w:szCs w:val="28"/>
        </w:rPr>
        <w:t>ọ</w:t>
      </w:r>
      <w:r w:rsidRPr="0012582B">
        <w:rPr>
          <w:rFonts w:ascii="Arial" w:hAnsi="Arial"/>
          <w:b/>
          <w:color w:val="212121"/>
          <w:sz w:val="28"/>
          <w:szCs w:val="28"/>
        </w:rPr>
        <w:t>c chi ti</w:t>
      </w:r>
      <w:r w:rsidRPr="0012582B">
        <w:rPr>
          <w:rFonts w:ascii="Arial" w:hAnsi="Arial"/>
          <w:b/>
          <w:color w:val="212121"/>
          <w:sz w:val="28"/>
          <w:szCs w:val="28"/>
        </w:rPr>
        <w:t>ế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t &amp; Smart Match: </w:t>
      </w:r>
      <w:r w:rsidRPr="0012582B">
        <w:rPr>
          <w:rFonts w:ascii="Arial" w:hAnsi="Arial"/>
          <w:color w:val="212121"/>
          <w:sz w:val="28"/>
          <w:szCs w:val="28"/>
        </w:rPr>
        <w:t>So kh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>p t</w:t>
      </w:r>
      <w:r w:rsidRPr="0012582B">
        <w:rPr>
          <w:rFonts w:ascii="Arial" w:hAnsi="Arial"/>
          <w:color w:val="212121"/>
          <w:sz w:val="28"/>
          <w:szCs w:val="28"/>
        </w:rPr>
        <w:t>ỷ</w:t>
      </w:r>
      <w:r w:rsidRPr="0012582B">
        <w:rPr>
          <w:rFonts w:ascii="Arial" w:hAnsi="Arial"/>
          <w:color w:val="212121"/>
          <w:sz w:val="28"/>
          <w:szCs w:val="28"/>
        </w:rPr>
        <w:t xml:space="preserve"> l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 xml:space="preserve"> ph</w:t>
      </w:r>
      <w:r w:rsidRPr="0012582B">
        <w:rPr>
          <w:rFonts w:ascii="Arial" w:hAnsi="Arial"/>
          <w:color w:val="212121"/>
          <w:sz w:val="28"/>
          <w:szCs w:val="28"/>
        </w:rPr>
        <w:t>ầ</w:t>
      </w:r>
      <w:r w:rsidRPr="0012582B">
        <w:rPr>
          <w:rFonts w:ascii="Arial" w:hAnsi="Arial"/>
          <w:color w:val="212121"/>
          <w:sz w:val="28"/>
          <w:szCs w:val="28"/>
        </w:rPr>
        <w:t>n t</w:t>
      </w:r>
      <w:r w:rsidRPr="0012582B">
        <w:rPr>
          <w:rFonts w:ascii="Arial" w:hAnsi="Arial"/>
          <w:color w:val="212121"/>
          <w:sz w:val="28"/>
          <w:szCs w:val="28"/>
        </w:rPr>
        <w:t>răm (%) phù h</w:t>
      </w:r>
      <w:r w:rsidRPr="0012582B">
        <w:rPr>
          <w:rFonts w:ascii="Arial" w:hAnsi="Arial"/>
          <w:color w:val="212121"/>
          <w:sz w:val="28"/>
          <w:szCs w:val="28"/>
        </w:rPr>
        <w:t>ợ</w:t>
      </w:r>
      <w:r w:rsidRPr="0012582B">
        <w:rPr>
          <w:rFonts w:ascii="Arial" w:hAnsi="Arial"/>
          <w:color w:val="212121"/>
          <w:sz w:val="28"/>
          <w:szCs w:val="28"/>
        </w:rPr>
        <w:t>p c</w:t>
      </w:r>
      <w:r w:rsidRPr="0012582B">
        <w:rPr>
          <w:rFonts w:ascii="Arial" w:hAnsi="Arial"/>
          <w:color w:val="212121"/>
          <w:sz w:val="28"/>
          <w:szCs w:val="28"/>
        </w:rPr>
        <w:t>ủ</w:t>
      </w:r>
      <w:r w:rsidRPr="0012582B">
        <w:rPr>
          <w:rFonts w:ascii="Arial" w:hAnsi="Arial"/>
          <w:color w:val="212121"/>
          <w:sz w:val="28"/>
          <w:szCs w:val="28"/>
        </w:rPr>
        <w:t>a h</w:t>
      </w:r>
      <w:r w:rsidRPr="0012582B">
        <w:rPr>
          <w:rFonts w:ascii="Arial" w:hAnsi="Arial"/>
          <w:color w:val="212121"/>
          <w:sz w:val="28"/>
          <w:szCs w:val="28"/>
        </w:rPr>
        <w:t>ồ</w:t>
      </w:r>
      <w:r w:rsidRPr="0012582B">
        <w:rPr>
          <w:rFonts w:ascii="Arial" w:hAnsi="Arial"/>
          <w:color w:val="212121"/>
          <w:sz w:val="28"/>
          <w:szCs w:val="28"/>
        </w:rPr>
        <w:t xml:space="preserve"> sơ b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 đ</w:t>
      </w:r>
      <w:r w:rsidRPr="0012582B">
        <w:rPr>
          <w:rFonts w:ascii="Arial" w:hAnsi="Arial"/>
          <w:color w:val="212121"/>
          <w:sz w:val="28"/>
          <w:szCs w:val="28"/>
        </w:rPr>
        <w:t>ố</w:t>
      </w:r>
      <w:r w:rsidRPr="0012582B">
        <w:rPr>
          <w:rFonts w:ascii="Arial" w:hAnsi="Arial"/>
          <w:color w:val="212121"/>
          <w:sz w:val="28"/>
          <w:szCs w:val="28"/>
        </w:rPr>
        <w:t>i v</w:t>
      </w:r>
      <w:r w:rsidRPr="0012582B">
        <w:rPr>
          <w:rFonts w:ascii="Arial" w:hAnsi="Arial"/>
          <w:color w:val="212121"/>
          <w:sz w:val="28"/>
          <w:szCs w:val="28"/>
        </w:rPr>
        <w:t>ớ</w:t>
      </w:r>
      <w:r w:rsidRPr="0012582B">
        <w:rPr>
          <w:rFonts w:ascii="Arial" w:hAnsi="Arial"/>
          <w:color w:val="212121"/>
          <w:sz w:val="28"/>
          <w:szCs w:val="28"/>
        </w:rPr>
        <w:t>i yêu c</w:t>
      </w:r>
      <w:r w:rsidRPr="0012582B">
        <w:rPr>
          <w:rFonts w:ascii="Arial" w:hAnsi="Arial"/>
          <w:color w:val="212121"/>
          <w:sz w:val="28"/>
          <w:szCs w:val="28"/>
        </w:rPr>
        <w:t>ầ</w:t>
      </w:r>
      <w:r w:rsidRPr="0012582B">
        <w:rPr>
          <w:rFonts w:ascii="Arial" w:hAnsi="Arial"/>
          <w:color w:val="212121"/>
          <w:sz w:val="28"/>
          <w:szCs w:val="28"/>
        </w:rPr>
        <w:t>u công vi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c kèm theo lý do c</w:t>
      </w:r>
      <w:r w:rsidRPr="0012582B">
        <w:rPr>
          <w:rFonts w:ascii="Arial" w:hAnsi="Arial"/>
          <w:color w:val="212121"/>
          <w:sz w:val="28"/>
          <w:szCs w:val="28"/>
        </w:rPr>
        <w:t>ụ</w:t>
      </w:r>
      <w:r w:rsidRPr="0012582B">
        <w:rPr>
          <w:rFonts w:ascii="Arial" w:hAnsi="Arial"/>
          <w:color w:val="212121"/>
          <w:sz w:val="28"/>
          <w:szCs w:val="28"/>
        </w:rPr>
        <w:t xml:space="preserve"> th</w:t>
      </w:r>
      <w:r w:rsidRPr="0012582B">
        <w:rPr>
          <w:rFonts w:ascii="Arial" w:hAnsi="Arial"/>
          <w:color w:val="212121"/>
          <w:sz w:val="28"/>
          <w:szCs w:val="28"/>
        </w:rPr>
        <w:t>ể</w:t>
      </w:r>
      <w:r w:rsidRPr="0012582B">
        <w:rPr>
          <w:rFonts w:ascii="Arial" w:hAnsi="Arial"/>
          <w:color w:val="212121"/>
          <w:sz w:val="28"/>
          <w:szCs w:val="28"/>
        </w:rPr>
        <w:t>.</w:t>
      </w:r>
    </w:p>
    <w:p w14:paraId="480894F8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B</w:t>
      </w:r>
      <w:r w:rsidRPr="0012582B">
        <w:rPr>
          <w:rFonts w:ascii="Arial" w:hAnsi="Arial"/>
          <w:b/>
          <w:color w:val="212121"/>
          <w:sz w:val="28"/>
          <w:szCs w:val="28"/>
        </w:rPr>
        <w:t>ả</w:t>
      </w:r>
      <w:r w:rsidRPr="0012582B">
        <w:rPr>
          <w:rFonts w:ascii="Arial" w:hAnsi="Arial"/>
          <w:b/>
          <w:color w:val="212121"/>
          <w:sz w:val="28"/>
          <w:szCs w:val="28"/>
        </w:rPr>
        <w:t>n đ</w:t>
      </w:r>
      <w:r w:rsidRPr="0012582B">
        <w:rPr>
          <w:rFonts w:ascii="Arial" w:hAnsi="Arial"/>
          <w:b/>
          <w:color w:val="212121"/>
          <w:sz w:val="28"/>
          <w:szCs w:val="28"/>
        </w:rPr>
        <w:t>ồ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 tương tác tìm vi</w:t>
      </w:r>
      <w:r w:rsidRPr="0012582B">
        <w:rPr>
          <w:rFonts w:ascii="Arial" w:hAnsi="Arial"/>
          <w:b/>
          <w:color w:val="212121"/>
          <w:sz w:val="28"/>
          <w:szCs w:val="28"/>
        </w:rPr>
        <w:t>ệ</w:t>
      </w:r>
      <w:r w:rsidRPr="0012582B">
        <w:rPr>
          <w:rFonts w:ascii="Arial" w:hAnsi="Arial"/>
          <w:b/>
          <w:color w:val="212121"/>
          <w:sz w:val="28"/>
          <w:szCs w:val="28"/>
        </w:rPr>
        <w:t>c quanh b</w:t>
      </w:r>
      <w:r w:rsidRPr="0012582B">
        <w:rPr>
          <w:rFonts w:ascii="Arial" w:hAnsi="Arial"/>
          <w:b/>
          <w:color w:val="212121"/>
          <w:sz w:val="28"/>
          <w:szCs w:val="28"/>
        </w:rPr>
        <w:t>ạ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n (Mapbox): </w:t>
      </w:r>
      <w:r w:rsidRPr="0012582B">
        <w:rPr>
          <w:rFonts w:ascii="Arial" w:hAnsi="Arial"/>
          <w:color w:val="212121"/>
          <w:sz w:val="28"/>
          <w:szCs w:val="28"/>
        </w:rPr>
        <w:t>Xác đ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>nh kho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ng cách và hi</w:t>
      </w:r>
      <w:r w:rsidRPr="0012582B">
        <w:rPr>
          <w:rFonts w:ascii="Arial" w:hAnsi="Arial"/>
          <w:color w:val="212121"/>
          <w:sz w:val="28"/>
          <w:szCs w:val="28"/>
        </w:rPr>
        <w:t>ể</w:t>
      </w:r>
      <w:r w:rsidRPr="0012582B">
        <w:rPr>
          <w:rFonts w:ascii="Arial" w:hAnsi="Arial"/>
          <w:color w:val="212121"/>
          <w:sz w:val="28"/>
          <w:szCs w:val="28"/>
        </w:rPr>
        <w:t>n th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 xml:space="preserve"> tr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>c quan các v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 xml:space="preserve"> trí vi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c làm quanh v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 xml:space="preserve"> trí th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>c t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 xml:space="preserve"> c</w:t>
      </w:r>
      <w:r w:rsidRPr="0012582B">
        <w:rPr>
          <w:rFonts w:ascii="Arial" w:hAnsi="Arial"/>
          <w:color w:val="212121"/>
          <w:sz w:val="28"/>
          <w:szCs w:val="28"/>
        </w:rPr>
        <w:t>ủ</w:t>
      </w:r>
      <w:r w:rsidRPr="0012582B">
        <w:rPr>
          <w:rFonts w:ascii="Arial" w:hAnsi="Arial"/>
          <w:color w:val="212121"/>
          <w:sz w:val="28"/>
          <w:szCs w:val="28"/>
        </w:rPr>
        <w:t>a b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 ho</w:t>
      </w:r>
      <w:r w:rsidRPr="0012582B">
        <w:rPr>
          <w:rFonts w:ascii="Arial" w:hAnsi="Arial"/>
          <w:color w:val="212121"/>
          <w:sz w:val="28"/>
          <w:szCs w:val="28"/>
        </w:rPr>
        <w:t>ặ</w:t>
      </w:r>
      <w:r w:rsidRPr="0012582B">
        <w:rPr>
          <w:rFonts w:ascii="Arial" w:hAnsi="Arial"/>
          <w:color w:val="212121"/>
          <w:sz w:val="28"/>
          <w:szCs w:val="28"/>
        </w:rPr>
        <w:t>c theo các Khu Công Nghi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p.</w:t>
      </w:r>
    </w:p>
    <w:p w14:paraId="0C47BD39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Giao ti</w:t>
      </w:r>
      <w:r w:rsidRPr="0012582B">
        <w:rPr>
          <w:rFonts w:ascii="Arial" w:hAnsi="Arial"/>
          <w:b/>
          <w:color w:val="212121"/>
          <w:sz w:val="28"/>
          <w:szCs w:val="28"/>
        </w:rPr>
        <w:t>ế</w:t>
      </w:r>
      <w:r w:rsidRPr="0012582B">
        <w:rPr>
          <w:rFonts w:ascii="Arial" w:hAnsi="Arial"/>
          <w:b/>
          <w:color w:val="212121"/>
          <w:sz w:val="28"/>
          <w:szCs w:val="28"/>
        </w:rPr>
        <w:t>p an toàn và b</w:t>
      </w:r>
      <w:r w:rsidRPr="0012582B">
        <w:rPr>
          <w:rFonts w:ascii="Arial" w:hAnsi="Arial"/>
          <w:b/>
          <w:color w:val="212121"/>
          <w:sz w:val="28"/>
          <w:szCs w:val="28"/>
        </w:rPr>
        <w:t>ả</w:t>
      </w:r>
      <w:r w:rsidRPr="0012582B">
        <w:rPr>
          <w:rFonts w:ascii="Arial" w:hAnsi="Arial"/>
          <w:b/>
          <w:color w:val="212121"/>
          <w:sz w:val="28"/>
          <w:szCs w:val="28"/>
        </w:rPr>
        <w:t>o m</w:t>
      </w:r>
      <w:r w:rsidRPr="0012582B">
        <w:rPr>
          <w:rFonts w:ascii="Arial" w:hAnsi="Arial"/>
          <w:b/>
          <w:color w:val="212121"/>
          <w:sz w:val="28"/>
          <w:szCs w:val="28"/>
        </w:rPr>
        <w:t>ậ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t: </w:t>
      </w:r>
      <w:r w:rsidRPr="0012582B">
        <w:rPr>
          <w:rFonts w:ascii="Arial" w:hAnsi="Arial"/>
          <w:color w:val="212121"/>
          <w:sz w:val="28"/>
          <w:szCs w:val="28"/>
        </w:rPr>
        <w:t xml:space="preserve">Tính năng </w:t>
      </w:r>
      <w:r w:rsidRPr="0012582B">
        <w:rPr>
          <w:rFonts w:ascii="Arial" w:hAnsi="Arial"/>
          <w:color w:val="212121"/>
          <w:sz w:val="28"/>
          <w:szCs w:val="28"/>
        </w:rPr>
        <w:t>ẩ</w:t>
      </w:r>
      <w:r w:rsidRPr="0012582B">
        <w:rPr>
          <w:rFonts w:ascii="Arial" w:hAnsi="Arial"/>
          <w:color w:val="212121"/>
          <w:sz w:val="28"/>
          <w:szCs w:val="28"/>
        </w:rPr>
        <w:t>n s</w:t>
      </w:r>
      <w:r w:rsidRPr="0012582B">
        <w:rPr>
          <w:rFonts w:ascii="Arial" w:hAnsi="Arial"/>
          <w:color w:val="212121"/>
          <w:sz w:val="28"/>
          <w:szCs w:val="28"/>
        </w:rPr>
        <w:t>ố</w:t>
      </w:r>
      <w:r w:rsidRPr="0012582B">
        <w:rPr>
          <w:rFonts w:ascii="Arial" w:hAnsi="Arial"/>
          <w:color w:val="212121"/>
          <w:sz w:val="28"/>
          <w:szCs w:val="28"/>
        </w:rPr>
        <w:t xml:space="preserve"> đi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n tho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i trong chat (Phone Masking) và làm m</w:t>
      </w:r>
      <w:r w:rsidRPr="0012582B">
        <w:rPr>
          <w:rFonts w:ascii="Arial" w:hAnsi="Arial"/>
          <w:color w:val="212121"/>
          <w:sz w:val="28"/>
          <w:szCs w:val="28"/>
        </w:rPr>
        <w:t>ờ</w:t>
      </w:r>
      <w:r w:rsidRPr="0012582B">
        <w:rPr>
          <w:rFonts w:ascii="Arial" w:hAnsi="Arial"/>
          <w:color w:val="212121"/>
          <w:sz w:val="28"/>
          <w:szCs w:val="28"/>
        </w:rPr>
        <w:t xml:space="preserve"> v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 xml:space="preserve"> trí th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>c t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 xml:space="preserve"> c</w:t>
      </w:r>
      <w:r w:rsidRPr="0012582B">
        <w:rPr>
          <w:rFonts w:ascii="Arial" w:hAnsi="Arial"/>
          <w:color w:val="212121"/>
          <w:sz w:val="28"/>
          <w:szCs w:val="28"/>
        </w:rPr>
        <w:t>ủ</w:t>
      </w:r>
      <w:r w:rsidRPr="0012582B">
        <w:rPr>
          <w:rFonts w:ascii="Arial" w:hAnsi="Arial"/>
          <w:color w:val="212121"/>
          <w:sz w:val="28"/>
          <w:szCs w:val="28"/>
        </w:rPr>
        <w:t>a b</w:t>
      </w:r>
      <w:r w:rsidRPr="0012582B">
        <w:rPr>
          <w:rFonts w:ascii="Arial" w:hAnsi="Arial"/>
          <w:color w:val="212121"/>
          <w:sz w:val="28"/>
          <w:szCs w:val="28"/>
        </w:rPr>
        <w:t>ạ</w:t>
      </w:r>
      <w:r w:rsidRPr="0012582B">
        <w:rPr>
          <w:rFonts w:ascii="Arial" w:hAnsi="Arial"/>
          <w:color w:val="212121"/>
          <w:sz w:val="28"/>
          <w:szCs w:val="28"/>
        </w:rPr>
        <w:t>n trên b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n đ</w:t>
      </w:r>
      <w:r w:rsidRPr="0012582B">
        <w:rPr>
          <w:rFonts w:ascii="Arial" w:hAnsi="Arial"/>
          <w:color w:val="212121"/>
          <w:sz w:val="28"/>
          <w:szCs w:val="28"/>
        </w:rPr>
        <w:t>ồ</w:t>
      </w:r>
      <w:r w:rsidRPr="0012582B">
        <w:rPr>
          <w:rFonts w:ascii="Arial" w:hAnsi="Arial"/>
          <w:color w:val="212121"/>
          <w:sz w:val="28"/>
          <w:szCs w:val="28"/>
        </w:rPr>
        <w:t xml:space="preserve"> (Location Fuzzing) đ</w:t>
      </w:r>
      <w:r w:rsidRPr="0012582B">
        <w:rPr>
          <w:rFonts w:ascii="Arial" w:hAnsi="Arial"/>
          <w:color w:val="212121"/>
          <w:sz w:val="28"/>
          <w:szCs w:val="28"/>
        </w:rPr>
        <w:t>ể</w:t>
      </w:r>
      <w:r w:rsidRPr="0012582B">
        <w:rPr>
          <w:rFonts w:ascii="Arial" w:hAnsi="Arial"/>
          <w:color w:val="212121"/>
          <w:sz w:val="28"/>
          <w:szCs w:val="28"/>
        </w:rPr>
        <w:t xml:space="preserve"> tránh b</w:t>
      </w:r>
      <w:r w:rsidRPr="0012582B">
        <w:rPr>
          <w:rFonts w:ascii="Arial" w:hAnsi="Arial"/>
          <w:color w:val="212121"/>
          <w:sz w:val="28"/>
          <w:szCs w:val="28"/>
        </w:rPr>
        <w:t>ị</w:t>
      </w:r>
      <w:r w:rsidRPr="0012582B">
        <w:rPr>
          <w:rFonts w:ascii="Arial" w:hAnsi="Arial"/>
          <w:color w:val="212121"/>
          <w:sz w:val="28"/>
          <w:szCs w:val="28"/>
        </w:rPr>
        <w:t xml:space="preserve"> làm phi</w:t>
      </w:r>
      <w:r w:rsidRPr="0012582B">
        <w:rPr>
          <w:rFonts w:ascii="Arial" w:hAnsi="Arial"/>
          <w:color w:val="212121"/>
          <w:sz w:val="28"/>
          <w:szCs w:val="28"/>
        </w:rPr>
        <w:t>ề</w:t>
      </w:r>
      <w:r w:rsidRPr="0012582B">
        <w:rPr>
          <w:rFonts w:ascii="Arial" w:hAnsi="Arial"/>
          <w:color w:val="212121"/>
          <w:sz w:val="28"/>
          <w:szCs w:val="28"/>
        </w:rPr>
        <w:t>n hay l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 xml:space="preserve"> thông tin cá nhân.</w:t>
      </w:r>
    </w:p>
    <w:p w14:paraId="3732DFFE" w14:textId="77777777" w:rsidR="0033518B" w:rsidRPr="0012582B" w:rsidRDefault="00B119E8" w:rsidP="0012582B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12582B">
        <w:rPr>
          <w:rFonts w:ascii="Arial" w:hAnsi="Arial"/>
          <w:b/>
          <w:color w:val="212121"/>
          <w:sz w:val="28"/>
          <w:szCs w:val="28"/>
        </w:rPr>
        <w:t>Tr</w:t>
      </w:r>
      <w:r w:rsidRPr="0012582B">
        <w:rPr>
          <w:rFonts w:ascii="Arial" w:hAnsi="Arial"/>
          <w:b/>
          <w:color w:val="212121"/>
          <w:sz w:val="28"/>
          <w:szCs w:val="28"/>
        </w:rPr>
        <w:t>ợ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 lý AI tư v</w:t>
      </w:r>
      <w:r w:rsidRPr="0012582B">
        <w:rPr>
          <w:rFonts w:ascii="Arial" w:hAnsi="Arial"/>
          <w:b/>
          <w:color w:val="212121"/>
          <w:sz w:val="28"/>
          <w:szCs w:val="28"/>
        </w:rPr>
        <w:t>ấ</w:t>
      </w:r>
      <w:r w:rsidRPr="0012582B">
        <w:rPr>
          <w:rFonts w:ascii="Arial" w:hAnsi="Arial"/>
          <w:b/>
          <w:color w:val="212121"/>
          <w:sz w:val="28"/>
          <w:szCs w:val="28"/>
        </w:rPr>
        <w:t>n Lu</w:t>
      </w:r>
      <w:r w:rsidRPr="0012582B">
        <w:rPr>
          <w:rFonts w:ascii="Arial" w:hAnsi="Arial"/>
          <w:b/>
          <w:color w:val="212121"/>
          <w:sz w:val="28"/>
          <w:szCs w:val="28"/>
        </w:rPr>
        <w:t>ậ</w:t>
      </w:r>
      <w:r w:rsidRPr="0012582B">
        <w:rPr>
          <w:rFonts w:ascii="Arial" w:hAnsi="Arial"/>
          <w:b/>
          <w:color w:val="212121"/>
          <w:sz w:val="28"/>
          <w:szCs w:val="28"/>
        </w:rPr>
        <w:t>t Lao đ</w:t>
      </w:r>
      <w:r w:rsidRPr="0012582B">
        <w:rPr>
          <w:rFonts w:ascii="Arial" w:hAnsi="Arial"/>
          <w:b/>
          <w:color w:val="212121"/>
          <w:sz w:val="28"/>
          <w:szCs w:val="28"/>
        </w:rPr>
        <w:t>ộ</w:t>
      </w:r>
      <w:r w:rsidRPr="0012582B">
        <w:rPr>
          <w:rFonts w:ascii="Arial" w:hAnsi="Arial"/>
          <w:b/>
          <w:color w:val="212121"/>
          <w:sz w:val="28"/>
          <w:szCs w:val="28"/>
        </w:rPr>
        <w:t>ng &amp; Tìm vi</w:t>
      </w:r>
      <w:r w:rsidRPr="0012582B">
        <w:rPr>
          <w:rFonts w:ascii="Arial" w:hAnsi="Arial"/>
          <w:b/>
          <w:color w:val="212121"/>
          <w:sz w:val="28"/>
          <w:szCs w:val="28"/>
        </w:rPr>
        <w:t>ệ</w:t>
      </w:r>
      <w:r w:rsidRPr="0012582B">
        <w:rPr>
          <w:rFonts w:ascii="Arial" w:hAnsi="Arial"/>
          <w:b/>
          <w:color w:val="212121"/>
          <w:sz w:val="28"/>
          <w:szCs w:val="28"/>
        </w:rPr>
        <w:t xml:space="preserve">c: </w:t>
      </w:r>
      <w:r w:rsidRPr="0012582B">
        <w:rPr>
          <w:rFonts w:ascii="Arial" w:hAnsi="Arial"/>
          <w:color w:val="212121"/>
          <w:sz w:val="28"/>
          <w:szCs w:val="28"/>
        </w:rPr>
        <w:t>Gi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i đáp tr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>c ti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p 24/7 m</w:t>
      </w:r>
      <w:r w:rsidRPr="0012582B">
        <w:rPr>
          <w:rFonts w:ascii="Arial" w:hAnsi="Arial"/>
          <w:color w:val="212121"/>
          <w:sz w:val="28"/>
          <w:szCs w:val="28"/>
        </w:rPr>
        <w:t>ọ</w:t>
      </w:r>
      <w:r w:rsidRPr="0012582B">
        <w:rPr>
          <w:rFonts w:ascii="Arial" w:hAnsi="Arial"/>
          <w:color w:val="212121"/>
          <w:sz w:val="28"/>
          <w:szCs w:val="28"/>
        </w:rPr>
        <w:t>i th</w:t>
      </w:r>
      <w:r w:rsidRPr="0012582B">
        <w:rPr>
          <w:rFonts w:ascii="Arial" w:hAnsi="Arial"/>
          <w:color w:val="212121"/>
          <w:sz w:val="28"/>
          <w:szCs w:val="28"/>
        </w:rPr>
        <w:t>ắ</w:t>
      </w:r>
      <w:r w:rsidRPr="0012582B">
        <w:rPr>
          <w:rFonts w:ascii="Arial" w:hAnsi="Arial"/>
          <w:color w:val="212121"/>
          <w:sz w:val="28"/>
          <w:szCs w:val="28"/>
        </w:rPr>
        <w:t>c m</w:t>
      </w:r>
      <w:r w:rsidRPr="0012582B">
        <w:rPr>
          <w:rFonts w:ascii="Arial" w:hAnsi="Arial"/>
          <w:color w:val="212121"/>
          <w:sz w:val="28"/>
          <w:szCs w:val="28"/>
        </w:rPr>
        <w:t>ắ</w:t>
      </w:r>
      <w:r w:rsidRPr="0012582B">
        <w:rPr>
          <w:rFonts w:ascii="Arial" w:hAnsi="Arial"/>
          <w:color w:val="212121"/>
          <w:sz w:val="28"/>
          <w:szCs w:val="28"/>
        </w:rPr>
        <w:t>c v</w:t>
      </w:r>
      <w:r w:rsidRPr="0012582B">
        <w:rPr>
          <w:rFonts w:ascii="Arial" w:hAnsi="Arial"/>
          <w:color w:val="212121"/>
          <w:sz w:val="28"/>
          <w:szCs w:val="28"/>
        </w:rPr>
        <w:t>ề</w:t>
      </w:r>
      <w:r w:rsidRPr="0012582B">
        <w:rPr>
          <w:rFonts w:ascii="Arial" w:hAnsi="Arial"/>
          <w:color w:val="212121"/>
          <w:sz w:val="28"/>
          <w:szCs w:val="28"/>
        </w:rPr>
        <w:t xml:space="preserve"> B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o hi</w:t>
      </w:r>
      <w:r w:rsidRPr="0012582B">
        <w:rPr>
          <w:rFonts w:ascii="Arial" w:hAnsi="Arial"/>
          <w:color w:val="212121"/>
          <w:sz w:val="28"/>
          <w:szCs w:val="28"/>
        </w:rPr>
        <w:t>ể</w:t>
      </w:r>
      <w:r w:rsidRPr="0012582B">
        <w:rPr>
          <w:rFonts w:ascii="Arial" w:hAnsi="Arial"/>
          <w:color w:val="212121"/>
          <w:sz w:val="28"/>
          <w:szCs w:val="28"/>
        </w:rPr>
        <w:t>m xã h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>i, ch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 xml:space="preserve"> đ</w:t>
      </w:r>
      <w:r w:rsidRPr="0012582B">
        <w:rPr>
          <w:rFonts w:ascii="Arial" w:hAnsi="Arial"/>
          <w:color w:val="212121"/>
          <w:sz w:val="28"/>
          <w:szCs w:val="28"/>
        </w:rPr>
        <w:t>ộ</w:t>
      </w:r>
      <w:r w:rsidRPr="0012582B">
        <w:rPr>
          <w:rFonts w:ascii="Arial" w:hAnsi="Arial"/>
          <w:color w:val="212121"/>
          <w:sz w:val="28"/>
          <w:szCs w:val="28"/>
        </w:rPr>
        <w:t xml:space="preserve"> thai s</w:t>
      </w:r>
      <w:r w:rsidRPr="0012582B">
        <w:rPr>
          <w:rFonts w:ascii="Arial" w:hAnsi="Arial"/>
          <w:color w:val="212121"/>
          <w:sz w:val="28"/>
          <w:szCs w:val="28"/>
        </w:rPr>
        <w:t>ả</w:t>
      </w:r>
      <w:r w:rsidRPr="0012582B">
        <w:rPr>
          <w:rFonts w:ascii="Arial" w:hAnsi="Arial"/>
          <w:color w:val="212121"/>
          <w:sz w:val="28"/>
          <w:szCs w:val="28"/>
        </w:rPr>
        <w:t>n, tr</w:t>
      </w:r>
      <w:r w:rsidRPr="0012582B">
        <w:rPr>
          <w:rFonts w:ascii="Arial" w:hAnsi="Arial"/>
          <w:color w:val="212121"/>
          <w:sz w:val="28"/>
          <w:szCs w:val="28"/>
        </w:rPr>
        <w:t>ợ</w:t>
      </w:r>
      <w:r w:rsidRPr="0012582B">
        <w:rPr>
          <w:rFonts w:ascii="Arial" w:hAnsi="Arial"/>
          <w:color w:val="212121"/>
          <w:sz w:val="28"/>
          <w:szCs w:val="28"/>
        </w:rPr>
        <w:t xml:space="preserve"> c</w:t>
      </w:r>
      <w:r w:rsidRPr="0012582B">
        <w:rPr>
          <w:rFonts w:ascii="Arial" w:hAnsi="Arial"/>
          <w:color w:val="212121"/>
          <w:sz w:val="28"/>
          <w:szCs w:val="28"/>
        </w:rPr>
        <w:t>ấ</w:t>
      </w:r>
      <w:r w:rsidRPr="0012582B">
        <w:rPr>
          <w:rFonts w:ascii="Arial" w:hAnsi="Arial"/>
          <w:color w:val="212121"/>
          <w:sz w:val="28"/>
          <w:szCs w:val="28"/>
        </w:rPr>
        <w:t>p th</w:t>
      </w:r>
      <w:r w:rsidRPr="0012582B">
        <w:rPr>
          <w:rFonts w:ascii="Arial" w:hAnsi="Arial"/>
          <w:color w:val="212121"/>
          <w:sz w:val="28"/>
          <w:szCs w:val="28"/>
        </w:rPr>
        <w:t>ấ</w:t>
      </w:r>
      <w:r w:rsidRPr="0012582B">
        <w:rPr>
          <w:rFonts w:ascii="Arial" w:hAnsi="Arial"/>
          <w:color w:val="212121"/>
          <w:sz w:val="28"/>
          <w:szCs w:val="28"/>
        </w:rPr>
        <w:t>t nghi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p, phép năm ho</w:t>
      </w:r>
      <w:r w:rsidRPr="0012582B">
        <w:rPr>
          <w:rFonts w:ascii="Arial" w:hAnsi="Arial"/>
          <w:color w:val="212121"/>
          <w:sz w:val="28"/>
          <w:szCs w:val="28"/>
        </w:rPr>
        <w:t>ặ</w:t>
      </w:r>
      <w:r w:rsidRPr="0012582B">
        <w:rPr>
          <w:rFonts w:ascii="Arial" w:hAnsi="Arial"/>
          <w:color w:val="212121"/>
          <w:sz w:val="28"/>
          <w:szCs w:val="28"/>
        </w:rPr>
        <w:t>c luy</w:t>
      </w:r>
      <w:r w:rsidRPr="0012582B">
        <w:rPr>
          <w:rFonts w:ascii="Arial" w:hAnsi="Arial"/>
          <w:color w:val="212121"/>
          <w:sz w:val="28"/>
          <w:szCs w:val="28"/>
        </w:rPr>
        <w:t>ệ</w:t>
      </w:r>
      <w:r w:rsidRPr="0012582B">
        <w:rPr>
          <w:rFonts w:ascii="Arial" w:hAnsi="Arial"/>
          <w:color w:val="212121"/>
          <w:sz w:val="28"/>
          <w:szCs w:val="28"/>
        </w:rPr>
        <w:t>n ph</w:t>
      </w:r>
      <w:r w:rsidRPr="0012582B">
        <w:rPr>
          <w:rFonts w:ascii="Arial" w:hAnsi="Arial"/>
          <w:color w:val="212121"/>
          <w:sz w:val="28"/>
          <w:szCs w:val="28"/>
        </w:rPr>
        <w:t>ỏ</w:t>
      </w:r>
      <w:r w:rsidRPr="0012582B">
        <w:rPr>
          <w:rFonts w:ascii="Arial" w:hAnsi="Arial"/>
          <w:color w:val="212121"/>
          <w:sz w:val="28"/>
          <w:szCs w:val="28"/>
        </w:rPr>
        <w:t>ng v</w:t>
      </w:r>
      <w:r w:rsidRPr="0012582B">
        <w:rPr>
          <w:rFonts w:ascii="Arial" w:hAnsi="Arial"/>
          <w:color w:val="212121"/>
          <w:sz w:val="28"/>
          <w:szCs w:val="28"/>
        </w:rPr>
        <w:t>ấ</w:t>
      </w:r>
      <w:r w:rsidRPr="0012582B">
        <w:rPr>
          <w:rFonts w:ascii="Arial" w:hAnsi="Arial"/>
          <w:color w:val="212121"/>
          <w:sz w:val="28"/>
          <w:szCs w:val="28"/>
        </w:rPr>
        <w:t>n tr</w:t>
      </w:r>
      <w:r w:rsidRPr="0012582B">
        <w:rPr>
          <w:rFonts w:ascii="Arial" w:hAnsi="Arial"/>
          <w:color w:val="212121"/>
          <w:sz w:val="28"/>
          <w:szCs w:val="28"/>
        </w:rPr>
        <w:t>ự</w:t>
      </w:r>
      <w:r w:rsidRPr="0012582B">
        <w:rPr>
          <w:rFonts w:ascii="Arial" w:hAnsi="Arial"/>
          <w:color w:val="212121"/>
          <w:sz w:val="28"/>
          <w:szCs w:val="28"/>
        </w:rPr>
        <w:t>c tuy</w:t>
      </w:r>
      <w:r w:rsidRPr="0012582B">
        <w:rPr>
          <w:rFonts w:ascii="Arial" w:hAnsi="Arial"/>
          <w:color w:val="212121"/>
          <w:sz w:val="28"/>
          <w:szCs w:val="28"/>
        </w:rPr>
        <w:t>ế</w:t>
      </w:r>
      <w:r w:rsidRPr="0012582B">
        <w:rPr>
          <w:rFonts w:ascii="Arial" w:hAnsi="Arial"/>
          <w:color w:val="212121"/>
          <w:sz w:val="28"/>
          <w:szCs w:val="28"/>
        </w:rPr>
        <w:t>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CB0B3C" w14:paraId="4E230E46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1B5E20"/>
              <w:bottom w:val="nil"/>
              <w:right w:val="nil"/>
            </w:tcBorders>
            <w:shd w:val="clear" w:color="auto" w:fill="E8F5E9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35C7D42A" w14:textId="77777777" w:rsidR="0033518B" w:rsidRPr="00CB0B3C" w:rsidRDefault="00B119E8" w:rsidP="00BD5B6D">
            <w:pPr>
              <w:spacing w:after="80"/>
              <w:rPr>
                <w:sz w:val="28"/>
                <w:szCs w:val="28"/>
              </w:rPr>
            </w:pP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lastRenderedPageBreak/>
              <w:t>💡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 G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Ợ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I Ý / M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Ẹ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O S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Ử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 D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Ụ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NG: 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Vi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Làm Xanh cam k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hoàn toàn MI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Ễ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PHÍ các d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ch v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tìm vi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làm, t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o 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ồ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sơ, làm bài test năng l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c và 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ứ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tuy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cơ b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n 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v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t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c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Ngư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Lao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ng. B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tuy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không đóng b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k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ỳ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kho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ti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ề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môi gi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hay ti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ề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c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ọ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nào.</w:t>
            </w:r>
          </w:p>
        </w:tc>
      </w:tr>
    </w:tbl>
    <w:p w14:paraId="31E7640E" w14:textId="77777777" w:rsidR="0033518B" w:rsidRDefault="0033518B" w:rsidP="00BD5B6D">
      <w:pPr>
        <w:spacing w:after="120"/>
      </w:pPr>
    </w:p>
    <w:p w14:paraId="14F631A6" w14:textId="77777777" w:rsidR="0033518B" w:rsidRPr="00CB0B3C" w:rsidRDefault="00B119E8" w:rsidP="00CB0B3C">
      <w:pPr>
        <w:keepNext/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1B5E20"/>
          <w:sz w:val="28"/>
          <w:szCs w:val="28"/>
        </w:rPr>
        <w:t>CHƯƠNG 1: TRUY C</w:t>
      </w:r>
      <w:r w:rsidRPr="00CB0B3C">
        <w:rPr>
          <w:rFonts w:ascii="Arial" w:hAnsi="Arial"/>
          <w:b/>
          <w:color w:val="1B5E20"/>
          <w:sz w:val="28"/>
          <w:szCs w:val="28"/>
        </w:rPr>
        <w:t>Ậ</w:t>
      </w:r>
      <w:r w:rsidRPr="00CB0B3C">
        <w:rPr>
          <w:rFonts w:ascii="Arial" w:hAnsi="Arial"/>
          <w:b/>
          <w:color w:val="1B5E20"/>
          <w:sz w:val="28"/>
          <w:szCs w:val="28"/>
        </w:rPr>
        <w:t>P VÀ CÀI Đ</w:t>
      </w:r>
      <w:r w:rsidRPr="00CB0B3C">
        <w:rPr>
          <w:rFonts w:ascii="Arial" w:hAnsi="Arial"/>
          <w:b/>
          <w:color w:val="1B5E20"/>
          <w:sz w:val="28"/>
          <w:szCs w:val="28"/>
        </w:rPr>
        <w:t>Ặ</w:t>
      </w:r>
      <w:r w:rsidRPr="00CB0B3C">
        <w:rPr>
          <w:rFonts w:ascii="Arial" w:hAnsi="Arial"/>
          <w:b/>
          <w:color w:val="1B5E20"/>
          <w:sz w:val="28"/>
          <w:szCs w:val="28"/>
        </w:rPr>
        <w:t xml:space="preserve">T </w:t>
      </w:r>
      <w:r w:rsidRPr="00CB0B3C">
        <w:rPr>
          <w:rFonts w:ascii="Arial" w:hAnsi="Arial"/>
          <w:b/>
          <w:color w:val="1B5E20"/>
          <w:sz w:val="28"/>
          <w:szCs w:val="28"/>
        </w:rPr>
        <w:t>Ứ</w:t>
      </w:r>
      <w:r w:rsidRPr="00CB0B3C">
        <w:rPr>
          <w:rFonts w:ascii="Arial" w:hAnsi="Arial"/>
          <w:b/>
          <w:color w:val="1B5E20"/>
          <w:sz w:val="28"/>
          <w:szCs w:val="28"/>
        </w:rPr>
        <w:t>NG D</w:t>
      </w:r>
      <w:r w:rsidRPr="00CB0B3C">
        <w:rPr>
          <w:rFonts w:ascii="Arial" w:hAnsi="Arial"/>
          <w:b/>
          <w:color w:val="1B5E20"/>
          <w:sz w:val="28"/>
          <w:szCs w:val="28"/>
        </w:rPr>
        <w:t>Ụ</w:t>
      </w:r>
      <w:r w:rsidRPr="00CB0B3C">
        <w:rPr>
          <w:rFonts w:ascii="Arial" w:hAnsi="Arial"/>
          <w:b/>
          <w:color w:val="1B5E20"/>
          <w:sz w:val="28"/>
          <w:szCs w:val="28"/>
        </w:rPr>
        <w:t>NG DI Đ</w:t>
      </w:r>
      <w:r w:rsidRPr="00CB0B3C">
        <w:rPr>
          <w:rFonts w:ascii="Arial" w:hAnsi="Arial"/>
          <w:b/>
          <w:color w:val="1B5E20"/>
          <w:sz w:val="28"/>
          <w:szCs w:val="28"/>
        </w:rPr>
        <w:t>Ộ</w:t>
      </w:r>
      <w:r w:rsidRPr="00CB0B3C">
        <w:rPr>
          <w:rFonts w:ascii="Arial" w:hAnsi="Arial"/>
          <w:b/>
          <w:color w:val="1B5E20"/>
          <w:sz w:val="28"/>
          <w:szCs w:val="28"/>
        </w:rPr>
        <w:t>NG (PWA)</w:t>
      </w:r>
    </w:p>
    <w:p w14:paraId="43DB6880" w14:textId="77777777" w:rsidR="0033518B" w:rsidRPr="00CB0B3C" w:rsidRDefault="00B119E8" w:rsidP="00CB0B3C">
      <w:pPr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tri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khai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d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 xml:space="preserve">ng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web lũy ti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n (PWA - Progressive Web App). </w:t>
      </w:r>
      <w:r w:rsidRPr="00CB0B3C">
        <w:rPr>
          <w:rFonts w:ascii="Arial" w:hAnsi="Arial"/>
          <w:color w:val="212121"/>
          <w:sz w:val="28"/>
          <w:szCs w:val="28"/>
        </w:rPr>
        <w:t>Công ngh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này cho phép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bi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n trang web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thành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t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ch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y tr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p trên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ho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máy tính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mình mà không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thông qua các ch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 xml:space="preserve">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như Google Play hay App Store.</w:t>
      </w:r>
    </w:p>
    <w:p w14:paraId="5344BD02" w14:textId="77777777" w:rsidR="0033518B" w:rsidRPr="00CB0B3C" w:rsidRDefault="00B119E8" w:rsidP="00CB0B3C">
      <w:pPr>
        <w:keepNext/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1.1. Hư</w:t>
      </w:r>
      <w:r w:rsidRPr="00CB0B3C">
        <w:rPr>
          <w:rFonts w:ascii="Arial" w:hAnsi="Arial"/>
          <w:b/>
          <w:color w:val="37474F"/>
          <w:sz w:val="28"/>
          <w:szCs w:val="28"/>
        </w:rPr>
        <w:t>ớ</w:t>
      </w:r>
      <w:r w:rsidRPr="00CB0B3C">
        <w:rPr>
          <w:rFonts w:ascii="Arial" w:hAnsi="Arial"/>
          <w:b/>
          <w:color w:val="37474F"/>
          <w:sz w:val="28"/>
          <w:szCs w:val="28"/>
        </w:rPr>
        <w:t>ng d</w:t>
      </w:r>
      <w:r w:rsidRPr="00CB0B3C">
        <w:rPr>
          <w:rFonts w:ascii="Arial" w:hAnsi="Arial"/>
          <w:b/>
          <w:color w:val="37474F"/>
          <w:sz w:val="28"/>
          <w:szCs w:val="28"/>
        </w:rPr>
        <w:t>ẫ</w:t>
      </w:r>
      <w:r w:rsidRPr="00CB0B3C">
        <w:rPr>
          <w:rFonts w:ascii="Arial" w:hAnsi="Arial"/>
          <w:b/>
          <w:color w:val="37474F"/>
          <w:sz w:val="28"/>
          <w:szCs w:val="28"/>
        </w:rPr>
        <w:t>n cài đ</w:t>
      </w:r>
      <w:r w:rsidRPr="00CB0B3C">
        <w:rPr>
          <w:rFonts w:ascii="Arial" w:hAnsi="Arial"/>
          <w:b/>
          <w:color w:val="37474F"/>
          <w:sz w:val="28"/>
          <w:szCs w:val="28"/>
        </w:rPr>
        <w:t>ặ</w:t>
      </w:r>
      <w:r w:rsidRPr="00CB0B3C">
        <w:rPr>
          <w:rFonts w:ascii="Arial" w:hAnsi="Arial"/>
          <w:b/>
          <w:color w:val="37474F"/>
          <w:sz w:val="28"/>
          <w:szCs w:val="28"/>
        </w:rPr>
        <w:t>t trên h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đi</w:t>
      </w:r>
      <w:r w:rsidRPr="00CB0B3C">
        <w:rPr>
          <w:rFonts w:ascii="Arial" w:hAnsi="Arial"/>
          <w:b/>
          <w:color w:val="37474F"/>
          <w:sz w:val="28"/>
          <w:szCs w:val="28"/>
        </w:rPr>
        <w:t>ề</w:t>
      </w:r>
      <w:r w:rsidRPr="00CB0B3C">
        <w:rPr>
          <w:rFonts w:ascii="Arial" w:hAnsi="Arial"/>
          <w:b/>
          <w:color w:val="37474F"/>
          <w:sz w:val="28"/>
          <w:szCs w:val="28"/>
        </w:rPr>
        <w:t>u hành Android (S</w:t>
      </w:r>
      <w:r w:rsidRPr="00CB0B3C">
        <w:rPr>
          <w:rFonts w:ascii="Arial" w:hAnsi="Arial"/>
          <w:b/>
          <w:color w:val="37474F"/>
          <w:sz w:val="28"/>
          <w:szCs w:val="28"/>
        </w:rPr>
        <w:t>ử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d</w:t>
      </w:r>
      <w:r w:rsidRPr="00CB0B3C">
        <w:rPr>
          <w:rFonts w:ascii="Arial" w:hAnsi="Arial"/>
          <w:b/>
          <w:color w:val="37474F"/>
          <w:sz w:val="28"/>
          <w:szCs w:val="28"/>
        </w:rPr>
        <w:t>ụ</w:t>
      </w:r>
      <w:r w:rsidRPr="00CB0B3C">
        <w:rPr>
          <w:rFonts w:ascii="Arial" w:hAnsi="Arial"/>
          <w:b/>
          <w:color w:val="37474F"/>
          <w:sz w:val="28"/>
          <w:szCs w:val="28"/>
        </w:rPr>
        <w:t>n</w:t>
      </w:r>
      <w:r w:rsidRPr="00CB0B3C">
        <w:rPr>
          <w:rFonts w:ascii="Arial" w:hAnsi="Arial"/>
          <w:b/>
          <w:color w:val="37474F"/>
          <w:sz w:val="28"/>
          <w:szCs w:val="28"/>
        </w:rPr>
        <w:t>g Google Chrome)</w:t>
      </w:r>
    </w:p>
    <w:p w14:paraId="0F13CCA6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CB0B3C">
        <w:rPr>
          <w:rFonts w:ascii="Arial" w:hAnsi="Arial"/>
          <w:color w:val="212121"/>
          <w:sz w:val="28"/>
          <w:szCs w:val="28"/>
        </w:rPr>
        <w:t>M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trình duy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t Google Chrome trên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di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ng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n.</w:t>
      </w:r>
    </w:p>
    <w:p w14:paraId="059EA465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đ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a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trang web chính th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a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ng: https://www.vieclamxanh.ai.vn</w:t>
      </w:r>
    </w:p>
    <w:p w14:paraId="321570FD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CB0B3C">
        <w:rPr>
          <w:rFonts w:ascii="Arial" w:hAnsi="Arial"/>
          <w:color w:val="212121"/>
          <w:sz w:val="28"/>
          <w:szCs w:val="28"/>
        </w:rPr>
        <w:t>Sau khi trang web t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i xong,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y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ng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(banner) nh</w:t>
      </w:r>
      <w:r w:rsidRPr="00CB0B3C">
        <w:rPr>
          <w:rFonts w:ascii="Arial" w:hAnsi="Arial"/>
          <w:color w:val="212121"/>
          <w:sz w:val="28"/>
          <w:szCs w:val="28"/>
        </w:rPr>
        <w:t>ỏ</w:t>
      </w:r>
      <w:r w:rsidRPr="00CB0B3C">
        <w:rPr>
          <w:rFonts w:ascii="Arial" w:hAnsi="Arial"/>
          <w:color w:val="212121"/>
          <w:sz w:val="28"/>
          <w:szCs w:val="28"/>
        </w:rPr>
        <w:t xml:space="preserve"> hi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th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phía cu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màn hình v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thông tin 'Thêm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vào Màn hình chính' ho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'Cài đ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 xml:space="preserve">t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ng'.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dòng ch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này.</w:t>
      </w:r>
    </w:p>
    <w:p w14:paraId="7B9C5985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CB0B3C">
        <w:rPr>
          <w:rFonts w:ascii="Arial" w:hAnsi="Arial"/>
          <w:color w:val="212121"/>
          <w:sz w:val="28"/>
          <w:szCs w:val="28"/>
        </w:rPr>
        <w:t>N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u không th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y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ng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xu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n, hãy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tư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ng Menu 3 d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u ch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 đ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 xml:space="preserve">ng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góc trên bên ph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i thanh công c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trình duy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t Chrome -&gt; Cu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 xu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và tìm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'Cài đ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 xml:space="preserve">t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ng' ho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'Thêm vào Màn hình chính'.</w:t>
      </w:r>
    </w:p>
    <w:p w14:paraId="38234BB0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5: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nút 'Cài đ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t' (Install) trên h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p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xác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n.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tư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ng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xu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trên màn hình chính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như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t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 xml:space="preserve">ng </w:t>
      </w:r>
      <w:r w:rsidRPr="00CB0B3C">
        <w:rPr>
          <w:rFonts w:ascii="Arial" w:hAnsi="Arial"/>
          <w:color w:val="212121"/>
          <w:sz w:val="28"/>
          <w:szCs w:val="28"/>
        </w:rPr>
        <w:t>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thông thư</w:t>
      </w:r>
      <w:r w:rsidRPr="00CB0B3C">
        <w:rPr>
          <w:rFonts w:ascii="Arial" w:hAnsi="Arial"/>
          <w:color w:val="212121"/>
          <w:sz w:val="28"/>
          <w:szCs w:val="28"/>
        </w:rPr>
        <w:t>ờ</w:t>
      </w:r>
      <w:r w:rsidRPr="00CB0B3C">
        <w:rPr>
          <w:rFonts w:ascii="Arial" w:hAnsi="Arial"/>
          <w:color w:val="212121"/>
          <w:sz w:val="28"/>
          <w:szCs w:val="28"/>
        </w:rPr>
        <w:t>ng.</w:t>
      </w:r>
    </w:p>
    <w:p w14:paraId="3D1B68E4" w14:textId="77777777" w:rsidR="0033518B" w:rsidRPr="00CB0B3C" w:rsidRDefault="00B119E8" w:rsidP="00CB0B3C">
      <w:pPr>
        <w:keepNext/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1.2. Hư</w:t>
      </w:r>
      <w:r w:rsidRPr="00CB0B3C">
        <w:rPr>
          <w:rFonts w:ascii="Arial" w:hAnsi="Arial"/>
          <w:b/>
          <w:color w:val="37474F"/>
          <w:sz w:val="28"/>
          <w:szCs w:val="28"/>
        </w:rPr>
        <w:t>ớ</w:t>
      </w:r>
      <w:r w:rsidRPr="00CB0B3C">
        <w:rPr>
          <w:rFonts w:ascii="Arial" w:hAnsi="Arial"/>
          <w:b/>
          <w:color w:val="37474F"/>
          <w:sz w:val="28"/>
          <w:szCs w:val="28"/>
        </w:rPr>
        <w:t>ng d</w:t>
      </w:r>
      <w:r w:rsidRPr="00CB0B3C">
        <w:rPr>
          <w:rFonts w:ascii="Arial" w:hAnsi="Arial"/>
          <w:b/>
          <w:color w:val="37474F"/>
          <w:sz w:val="28"/>
          <w:szCs w:val="28"/>
        </w:rPr>
        <w:t>ẫ</w:t>
      </w:r>
      <w:r w:rsidRPr="00CB0B3C">
        <w:rPr>
          <w:rFonts w:ascii="Arial" w:hAnsi="Arial"/>
          <w:b/>
          <w:color w:val="37474F"/>
          <w:sz w:val="28"/>
          <w:szCs w:val="28"/>
        </w:rPr>
        <w:t>n cài đ</w:t>
      </w:r>
      <w:r w:rsidRPr="00CB0B3C">
        <w:rPr>
          <w:rFonts w:ascii="Arial" w:hAnsi="Arial"/>
          <w:b/>
          <w:color w:val="37474F"/>
          <w:sz w:val="28"/>
          <w:szCs w:val="28"/>
        </w:rPr>
        <w:t>ặ</w:t>
      </w:r>
      <w:r w:rsidRPr="00CB0B3C">
        <w:rPr>
          <w:rFonts w:ascii="Arial" w:hAnsi="Arial"/>
          <w:b/>
          <w:color w:val="37474F"/>
          <w:sz w:val="28"/>
          <w:szCs w:val="28"/>
        </w:rPr>
        <w:t>t trên h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đi</w:t>
      </w:r>
      <w:r w:rsidRPr="00CB0B3C">
        <w:rPr>
          <w:rFonts w:ascii="Arial" w:hAnsi="Arial"/>
          <w:b/>
          <w:color w:val="37474F"/>
          <w:sz w:val="28"/>
          <w:szCs w:val="28"/>
        </w:rPr>
        <w:t>ề</w:t>
      </w:r>
      <w:r w:rsidRPr="00CB0B3C">
        <w:rPr>
          <w:rFonts w:ascii="Arial" w:hAnsi="Arial"/>
          <w:b/>
          <w:color w:val="37474F"/>
          <w:sz w:val="28"/>
          <w:szCs w:val="28"/>
        </w:rPr>
        <w:t>u hành iOS (S</w:t>
      </w:r>
      <w:r w:rsidRPr="00CB0B3C">
        <w:rPr>
          <w:rFonts w:ascii="Arial" w:hAnsi="Arial"/>
          <w:b/>
          <w:color w:val="37474F"/>
          <w:sz w:val="28"/>
          <w:szCs w:val="28"/>
        </w:rPr>
        <w:t>ử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d</w:t>
      </w:r>
      <w:r w:rsidRPr="00CB0B3C">
        <w:rPr>
          <w:rFonts w:ascii="Arial" w:hAnsi="Arial"/>
          <w:b/>
          <w:color w:val="37474F"/>
          <w:sz w:val="28"/>
          <w:szCs w:val="28"/>
        </w:rPr>
        <w:t>ụ</w:t>
      </w:r>
      <w:r w:rsidRPr="00CB0B3C">
        <w:rPr>
          <w:rFonts w:ascii="Arial" w:hAnsi="Arial"/>
          <w:b/>
          <w:color w:val="37474F"/>
          <w:sz w:val="28"/>
          <w:szCs w:val="28"/>
        </w:rPr>
        <w:t>ng Safari trên iPhone/iPad)</w:t>
      </w:r>
    </w:p>
    <w:p w14:paraId="5F93D761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CB0B3C">
        <w:rPr>
          <w:rFonts w:ascii="Arial" w:hAnsi="Arial"/>
          <w:color w:val="212121"/>
          <w:sz w:val="28"/>
          <w:szCs w:val="28"/>
        </w:rPr>
        <w:t>M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trình duy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t m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đ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nh Safari trên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b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iPhone ho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iPad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n.</w:t>
      </w:r>
    </w:p>
    <w:p w14:paraId="45BA9B4D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CB0B3C">
        <w:rPr>
          <w:rFonts w:ascii="Arial" w:hAnsi="Arial"/>
          <w:color w:val="212121"/>
          <w:sz w:val="28"/>
          <w:szCs w:val="28"/>
        </w:rPr>
        <w:t>Truy c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vào đ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a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website: https://www.vieclamxanh.ai.vn</w:t>
      </w:r>
    </w:p>
    <w:p w14:paraId="22E4A481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nút Chia s</w:t>
      </w:r>
      <w:r w:rsidRPr="00CB0B3C">
        <w:rPr>
          <w:rFonts w:ascii="Arial" w:hAnsi="Arial"/>
          <w:color w:val="212121"/>
          <w:sz w:val="28"/>
          <w:szCs w:val="28"/>
        </w:rPr>
        <w:t>ẻ</w:t>
      </w:r>
      <w:r w:rsidRPr="00CB0B3C">
        <w:rPr>
          <w:rFonts w:ascii="Arial" w:hAnsi="Arial"/>
          <w:color w:val="212121"/>
          <w:sz w:val="28"/>
          <w:szCs w:val="28"/>
        </w:rPr>
        <w:t xml:space="preserve"> (Share -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tư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ng hình vuông có mũi tên hư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ng th</w:t>
      </w:r>
      <w:r w:rsidRPr="00CB0B3C">
        <w:rPr>
          <w:rFonts w:ascii="Arial" w:hAnsi="Arial"/>
          <w:color w:val="212121"/>
          <w:sz w:val="28"/>
          <w:szCs w:val="28"/>
        </w:rPr>
        <w:t>ẳ</w:t>
      </w:r>
      <w:r w:rsidRPr="00CB0B3C">
        <w:rPr>
          <w:rFonts w:ascii="Arial" w:hAnsi="Arial"/>
          <w:color w:val="212121"/>
          <w:sz w:val="28"/>
          <w:szCs w:val="28"/>
        </w:rPr>
        <w:t>ng lên trên n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 xml:space="preserve">m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thanh công c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 xml:space="preserve">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cùng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trình duy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t Safari).</w:t>
      </w:r>
    </w:p>
    <w:p w14:paraId="38879FF0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lastRenderedPageBreak/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CB0B3C">
        <w:rPr>
          <w:rFonts w:ascii="Arial" w:hAnsi="Arial"/>
          <w:color w:val="212121"/>
          <w:sz w:val="28"/>
          <w:szCs w:val="28"/>
        </w:rPr>
        <w:t>Cu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 xu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danh sách các tùy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và b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dòng 'Thêm vào MH chính' (Add to Home Screen).</w:t>
      </w:r>
    </w:p>
    <w:p w14:paraId="460F8112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5: </w:t>
      </w:r>
      <w:r w:rsidRPr="00CB0B3C">
        <w:rPr>
          <w:rFonts w:ascii="Arial" w:hAnsi="Arial"/>
          <w:color w:val="212121"/>
          <w:sz w:val="28"/>
          <w:szCs w:val="28"/>
        </w:rPr>
        <w:t>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mà</w:t>
      </w:r>
      <w:r w:rsidRPr="00CB0B3C">
        <w:rPr>
          <w:rFonts w:ascii="Arial" w:hAnsi="Arial"/>
          <w:color w:val="212121"/>
          <w:sz w:val="28"/>
          <w:szCs w:val="28"/>
        </w:rPr>
        <w:t>n hình ph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 xml:space="preserve"> hi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th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tên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xu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n,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ch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'Thêm'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góc trên bên ph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i màn hình.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tư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 xml:space="preserve">ng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cài đ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t ngay lên màn hình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iPhone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CB0B3C" w14:paraId="70FB4B08" w14:textId="77777777" w:rsidTr="00CB0B3C">
        <w:tc>
          <w:tcPr>
            <w:tcW w:w="9360" w:type="dxa"/>
            <w:tcBorders>
              <w:top w:val="nil"/>
              <w:left w:val="single" w:sz="24" w:space="0" w:color="1B5E20"/>
              <w:bottom w:val="nil"/>
              <w:right w:val="nil"/>
            </w:tcBorders>
            <w:shd w:val="clear" w:color="auto" w:fill="E8F5E9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5BD762EF" w14:textId="77777777" w:rsidR="0033518B" w:rsidRPr="00CB0B3C" w:rsidRDefault="00B119E8" w:rsidP="00BD5B6D">
            <w:pPr>
              <w:spacing w:after="80"/>
              <w:rPr>
                <w:sz w:val="28"/>
                <w:szCs w:val="28"/>
              </w:rPr>
            </w:pP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💡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 G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Ợ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I Ý / M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Ẹ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O S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Ử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 D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>Ụ</w:t>
            </w:r>
            <w:r w:rsidRPr="00CB0B3C">
              <w:rPr>
                <w:rFonts w:ascii="Arial" w:hAnsi="Arial"/>
                <w:b/>
                <w:color w:val="1B5E20"/>
                <w:sz w:val="28"/>
                <w:szCs w:val="28"/>
              </w:rPr>
              <w:t xml:space="preserve">NG: 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Vi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s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ử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d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PWA mang l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nh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ề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u ưu đi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m: Kh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ở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c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k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ỳ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nhanh chóng, giao di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toàn màn hình không có thanh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a ch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ỉ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trình duy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t, có kh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năng t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t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l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các tin vi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làm đã xem g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ầ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nh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ngay c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khi đi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tho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b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m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 m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(Offline support).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ặ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bi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t, b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s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ẽ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nh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ậ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đư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ợ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thông báo đ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ẩ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y (Push Notification) t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ứ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th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v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ề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 cu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c g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ọ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i ph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ỏ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v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n, tin nh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ắ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c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a nhà tuy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 d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hay tr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 xml:space="preserve">ng thái đơn 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ứ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ng tuy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CB0B3C">
              <w:rPr>
                <w:rFonts w:ascii="Arial" w:hAnsi="Arial"/>
                <w:color w:val="212121"/>
                <w:sz w:val="28"/>
                <w:szCs w:val="28"/>
              </w:rPr>
              <w:t>n.</w:t>
            </w:r>
          </w:p>
        </w:tc>
      </w:tr>
    </w:tbl>
    <w:p w14:paraId="737A546F" w14:textId="77777777" w:rsidR="0033518B" w:rsidRDefault="0033518B" w:rsidP="00BD5B6D">
      <w:pPr>
        <w:spacing w:after="120"/>
      </w:pPr>
    </w:p>
    <w:p w14:paraId="37062122" w14:textId="77777777" w:rsidR="0033518B" w:rsidRPr="00B119E8" w:rsidRDefault="00B119E8" w:rsidP="00B119E8">
      <w:pPr>
        <w:keepNext/>
        <w:spacing w:after="0"/>
        <w:ind w:firstLine="720"/>
        <w:jc w:val="center"/>
        <w:rPr>
          <w:sz w:val="32"/>
          <w:szCs w:val="32"/>
        </w:rPr>
      </w:pPr>
      <w:r w:rsidRPr="00B119E8">
        <w:rPr>
          <w:rFonts w:ascii="Arial" w:hAnsi="Arial"/>
          <w:b/>
          <w:color w:val="1B5E20"/>
          <w:sz w:val="32"/>
          <w:szCs w:val="32"/>
        </w:rPr>
        <w:t>CHƯƠNG 2: ĐĂNG KÝ VÀ ĐĂNG NH</w:t>
      </w:r>
      <w:r w:rsidRPr="00B119E8">
        <w:rPr>
          <w:rFonts w:ascii="Arial" w:hAnsi="Arial"/>
          <w:b/>
          <w:color w:val="1B5E20"/>
          <w:sz w:val="32"/>
          <w:szCs w:val="32"/>
        </w:rPr>
        <w:t>Ậ</w:t>
      </w:r>
      <w:r w:rsidRPr="00B119E8">
        <w:rPr>
          <w:rFonts w:ascii="Arial" w:hAnsi="Arial"/>
          <w:b/>
          <w:color w:val="1B5E20"/>
          <w:sz w:val="32"/>
          <w:szCs w:val="32"/>
        </w:rPr>
        <w:t>P TÀI KHO</w:t>
      </w:r>
      <w:r w:rsidRPr="00B119E8">
        <w:rPr>
          <w:rFonts w:ascii="Arial" w:hAnsi="Arial"/>
          <w:b/>
          <w:color w:val="1B5E20"/>
          <w:sz w:val="32"/>
          <w:szCs w:val="32"/>
        </w:rPr>
        <w:t>Ả</w:t>
      </w:r>
      <w:r w:rsidRPr="00B119E8">
        <w:rPr>
          <w:rFonts w:ascii="Arial" w:hAnsi="Arial"/>
          <w:b/>
          <w:color w:val="1B5E20"/>
          <w:sz w:val="32"/>
          <w:szCs w:val="32"/>
        </w:rPr>
        <w:t>N</w:t>
      </w:r>
    </w:p>
    <w:p w14:paraId="0131E41B" w14:textId="77777777" w:rsidR="0033518B" w:rsidRPr="00CB0B3C" w:rsidRDefault="00B119E8" w:rsidP="00CB0B3C">
      <w:pPr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b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t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 s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 xml:space="preserve">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các tính năng cá nhân hóa như 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o CV, lưu tin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và n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p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n, </w:t>
      </w:r>
      <w:r w:rsidRPr="00CB0B3C">
        <w:rPr>
          <w:rFonts w:ascii="Arial" w:hAnsi="Arial"/>
          <w:color w:val="212121"/>
          <w:sz w:val="28"/>
          <w:szCs w:val="28"/>
        </w:rPr>
        <w:t>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s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>u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trên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Xanh. Quy trình đăng ký và xác th</w:t>
      </w:r>
      <w:bookmarkStart w:id="0" w:name="_GoBack"/>
      <w:bookmarkEnd w:id="0"/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ưu hóa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đa v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 xml:space="preserve"> m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t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c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 và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o m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t.</w:t>
      </w:r>
    </w:p>
    <w:p w14:paraId="72088F9C" w14:textId="77777777" w:rsidR="0033518B" w:rsidRPr="00CB0B3C" w:rsidRDefault="00B119E8" w:rsidP="00CB0B3C">
      <w:pPr>
        <w:keepNext/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2.1. Đăng ký tài kho</w:t>
      </w:r>
      <w:r w:rsidRPr="00CB0B3C">
        <w:rPr>
          <w:rFonts w:ascii="Arial" w:hAnsi="Arial"/>
          <w:b/>
          <w:color w:val="37474F"/>
          <w:sz w:val="28"/>
          <w:szCs w:val="28"/>
        </w:rPr>
        <w:t>ả</w:t>
      </w:r>
      <w:r w:rsidRPr="00CB0B3C">
        <w:rPr>
          <w:rFonts w:ascii="Arial" w:hAnsi="Arial"/>
          <w:b/>
          <w:color w:val="37474F"/>
          <w:sz w:val="28"/>
          <w:szCs w:val="28"/>
        </w:rPr>
        <w:t>n b</w:t>
      </w:r>
      <w:r w:rsidRPr="00CB0B3C">
        <w:rPr>
          <w:rFonts w:ascii="Arial" w:hAnsi="Arial"/>
          <w:b/>
          <w:color w:val="37474F"/>
          <w:sz w:val="28"/>
          <w:szCs w:val="28"/>
        </w:rPr>
        <w:t>ằ</w:t>
      </w:r>
      <w:r w:rsidRPr="00CB0B3C">
        <w:rPr>
          <w:rFonts w:ascii="Arial" w:hAnsi="Arial"/>
          <w:b/>
          <w:color w:val="37474F"/>
          <w:sz w:val="28"/>
          <w:szCs w:val="28"/>
        </w:rPr>
        <w:t>ng s</w:t>
      </w:r>
      <w:r w:rsidRPr="00CB0B3C">
        <w:rPr>
          <w:rFonts w:ascii="Arial" w:hAnsi="Arial"/>
          <w:b/>
          <w:color w:val="37474F"/>
          <w:sz w:val="28"/>
          <w:szCs w:val="28"/>
        </w:rPr>
        <w:t>ố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đi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>n tho</w:t>
      </w:r>
      <w:r w:rsidRPr="00CB0B3C">
        <w:rPr>
          <w:rFonts w:ascii="Arial" w:hAnsi="Arial"/>
          <w:b/>
          <w:color w:val="37474F"/>
          <w:sz w:val="28"/>
          <w:szCs w:val="28"/>
        </w:rPr>
        <w:t>ạ</w:t>
      </w:r>
      <w:r w:rsidRPr="00CB0B3C">
        <w:rPr>
          <w:rFonts w:ascii="Arial" w:hAnsi="Arial"/>
          <w:b/>
          <w:color w:val="37474F"/>
          <w:sz w:val="28"/>
          <w:szCs w:val="28"/>
        </w:rPr>
        <w:t>i</w:t>
      </w:r>
    </w:p>
    <w:p w14:paraId="4D7A4F87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CB0B3C">
        <w:rPr>
          <w:rFonts w:ascii="Arial" w:hAnsi="Arial"/>
          <w:color w:val="212121"/>
          <w:sz w:val="28"/>
          <w:szCs w:val="28"/>
        </w:rPr>
        <w:t>M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Xanh,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nút 'Đăng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 xml:space="preserve">p'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gó</w:t>
      </w:r>
      <w:r w:rsidRPr="00CB0B3C">
        <w:rPr>
          <w:rFonts w:ascii="Arial" w:hAnsi="Arial"/>
          <w:color w:val="212121"/>
          <w:sz w:val="28"/>
          <w:szCs w:val="28"/>
        </w:rPr>
        <w:t>c trên màn hình, sau đó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dòng ch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'Đăng ký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 xml:space="preserve">n'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phía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bi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m</w:t>
      </w:r>
      <w:r w:rsidRPr="00CB0B3C">
        <w:rPr>
          <w:rFonts w:ascii="Arial" w:hAnsi="Arial"/>
          <w:color w:val="212121"/>
          <w:sz w:val="28"/>
          <w:szCs w:val="28"/>
        </w:rPr>
        <w:t>ẫ</w:t>
      </w:r>
      <w:r w:rsidRPr="00CB0B3C">
        <w:rPr>
          <w:rFonts w:ascii="Arial" w:hAnsi="Arial"/>
          <w:color w:val="212121"/>
          <w:sz w:val="28"/>
          <w:szCs w:val="28"/>
        </w:rPr>
        <w:t>u.</w:t>
      </w:r>
    </w:p>
    <w:p w14:paraId="6849DD29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CB0B3C">
        <w:rPr>
          <w:rFonts w:ascii="Arial" w:hAnsi="Arial"/>
          <w:color w:val="212121"/>
          <w:sz w:val="28"/>
          <w:szCs w:val="28"/>
        </w:rPr>
        <w:t>Đi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>n s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 xml:space="preserve">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cá nhân chính ch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(s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 xml:space="preserve">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t Nam h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p l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) và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l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m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 kh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u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(khuy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n ngh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m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 kh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u có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thi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6 ký t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 xml:space="preserve">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o m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t).</w:t>
      </w:r>
    </w:p>
    <w:p w14:paraId="74B6560B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CB0B3C">
        <w:rPr>
          <w:rFonts w:ascii="Arial" w:hAnsi="Arial"/>
          <w:color w:val="212121"/>
          <w:sz w:val="28"/>
          <w:szCs w:val="28"/>
        </w:rPr>
        <w:t>Sau khi b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 g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>i thông tin,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g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>i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mã xác th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OTP thông qua tin nh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n Zalo ZNS (Zalo Notification Service)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s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 xml:space="preserve">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v</w:t>
      </w:r>
      <w:r w:rsidRPr="00CB0B3C">
        <w:rPr>
          <w:rFonts w:ascii="Arial" w:hAnsi="Arial"/>
          <w:color w:val="212121"/>
          <w:sz w:val="28"/>
          <w:szCs w:val="28"/>
        </w:rPr>
        <w:t>ừ</w:t>
      </w:r>
      <w:r w:rsidRPr="00CB0B3C">
        <w:rPr>
          <w:rFonts w:ascii="Arial" w:hAnsi="Arial"/>
          <w:color w:val="212121"/>
          <w:sz w:val="28"/>
          <w:szCs w:val="28"/>
        </w:rPr>
        <w:t>a đăng ký.</w:t>
      </w:r>
    </w:p>
    <w:p w14:paraId="120FD045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chính xác mã OTP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n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vào ô xác th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 xml:space="preserve">c trên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hoàn t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đăng ký và kích</w:t>
      </w:r>
      <w:r w:rsidRPr="00CB0B3C">
        <w:rPr>
          <w:rFonts w:ascii="Arial" w:hAnsi="Arial"/>
          <w:color w:val="212121"/>
          <w:sz w:val="28"/>
          <w:szCs w:val="28"/>
        </w:rPr>
        <w:t xml:space="preserve"> 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t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n.</w:t>
      </w:r>
    </w:p>
    <w:p w14:paraId="03B5ACAE" w14:textId="77777777" w:rsidR="0033518B" w:rsidRPr="00CB0B3C" w:rsidRDefault="00B119E8" w:rsidP="00CB0B3C">
      <w:pPr>
        <w:keepNext/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2.2. Đăng nh</w:t>
      </w:r>
      <w:r w:rsidRPr="00CB0B3C">
        <w:rPr>
          <w:rFonts w:ascii="Arial" w:hAnsi="Arial"/>
          <w:b/>
          <w:color w:val="37474F"/>
          <w:sz w:val="28"/>
          <w:szCs w:val="28"/>
        </w:rPr>
        <w:t>ậ</w:t>
      </w:r>
      <w:r w:rsidRPr="00CB0B3C">
        <w:rPr>
          <w:rFonts w:ascii="Arial" w:hAnsi="Arial"/>
          <w:b/>
          <w:color w:val="37474F"/>
          <w:sz w:val="28"/>
          <w:szCs w:val="28"/>
        </w:rPr>
        <w:t>p nhanh đa kênh</w:t>
      </w:r>
    </w:p>
    <w:p w14:paraId="6BAE38DE" w14:textId="77777777" w:rsidR="0033518B" w:rsidRPr="00CB0B3C" w:rsidRDefault="00B119E8" w:rsidP="00CB0B3C">
      <w:pPr>
        <w:spacing w:after="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màn hình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p, ngoài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SĐT và m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 kh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u,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có th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l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a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nhanh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v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1 lư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t b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m:</w:t>
      </w:r>
    </w:p>
    <w:p w14:paraId="15C89C8E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Đăng nh</w:t>
      </w:r>
      <w:r w:rsidRPr="00CB0B3C">
        <w:rPr>
          <w:rFonts w:ascii="Arial" w:hAnsi="Arial"/>
          <w:b/>
          <w:color w:val="212121"/>
          <w:sz w:val="28"/>
          <w:szCs w:val="28"/>
        </w:rPr>
        <w:t>ậ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p qua Google (Google Sign-In): </w:t>
      </w:r>
      <w:r w:rsidRPr="00CB0B3C">
        <w:rPr>
          <w:rFonts w:ascii="Arial" w:hAnsi="Arial"/>
          <w:color w:val="212121"/>
          <w:sz w:val="28"/>
          <w:szCs w:val="28"/>
        </w:rPr>
        <w:t>Cho phép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nhanh b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>ng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Google</w:t>
      </w:r>
      <w:r w:rsidRPr="00CB0B3C">
        <w:rPr>
          <w:rFonts w:ascii="Arial" w:hAnsi="Arial"/>
          <w:color w:val="212121"/>
          <w:sz w:val="28"/>
          <w:szCs w:val="28"/>
        </w:rPr>
        <w:t xml:space="preserve"> có s</w:t>
      </w:r>
      <w:r w:rsidRPr="00CB0B3C">
        <w:rPr>
          <w:rFonts w:ascii="Arial" w:hAnsi="Arial"/>
          <w:color w:val="212121"/>
          <w:sz w:val="28"/>
          <w:szCs w:val="28"/>
        </w:rPr>
        <w:t>ẵ</w:t>
      </w:r>
      <w:r w:rsidRPr="00CB0B3C">
        <w:rPr>
          <w:rFonts w:ascii="Arial" w:hAnsi="Arial"/>
          <w:color w:val="212121"/>
          <w:sz w:val="28"/>
          <w:szCs w:val="28"/>
        </w:rPr>
        <w:t>n trên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b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.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t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 xml:space="preserve">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ng đ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>ng b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 xml:space="preserve"> tên và email công khai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l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trong 1 giây.</w:t>
      </w:r>
    </w:p>
    <w:p w14:paraId="4C2AA975" w14:textId="77777777" w:rsidR="0033518B" w:rsidRPr="00CB0B3C" w:rsidRDefault="00B119E8" w:rsidP="00CB0B3C">
      <w:pPr>
        <w:pStyle w:val="ListBullet"/>
        <w:spacing w:after="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lastRenderedPageBreak/>
        <w:t>Đăng nh</w:t>
      </w:r>
      <w:r w:rsidRPr="00CB0B3C">
        <w:rPr>
          <w:rFonts w:ascii="Arial" w:hAnsi="Arial"/>
          <w:b/>
          <w:color w:val="212121"/>
          <w:sz w:val="28"/>
          <w:szCs w:val="28"/>
        </w:rPr>
        <w:t>ậ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p qua Zalo (Zalo OAuth): </w:t>
      </w:r>
      <w:r w:rsidRPr="00CB0B3C">
        <w:rPr>
          <w:rFonts w:ascii="Arial" w:hAnsi="Arial"/>
          <w:color w:val="212121"/>
          <w:sz w:val="28"/>
          <w:szCs w:val="28"/>
        </w:rPr>
        <w:t>N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u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b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 xml:space="preserve">n có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Zalo,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b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>ng Zalo,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chuy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hư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ng</w:t>
      </w:r>
      <w:r w:rsidRPr="00CB0B3C">
        <w:rPr>
          <w:rFonts w:ascii="Arial" w:hAnsi="Arial"/>
          <w:color w:val="212121"/>
          <w:sz w:val="28"/>
          <w:szCs w:val="28"/>
        </w:rPr>
        <w:t xml:space="preserve"> yêu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 liên k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tài kho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n.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 xml:space="preserve">n 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'Đ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>ng ý'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đăng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thành công.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14:paraId="5E65C4F0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FF9800"/>
              <w:bottom w:val="nil"/>
              <w:right w:val="nil"/>
            </w:tcBorders>
            <w:shd w:val="clear" w:color="auto" w:fill="FFF3E0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BB3DE59" w14:textId="77777777" w:rsidR="0033518B" w:rsidRDefault="00B119E8" w:rsidP="00BD5B6D">
            <w:pPr>
              <w:spacing w:after="80"/>
            </w:pPr>
            <w:r>
              <w:rPr>
                <w:rFonts w:ascii="Arial" w:hAnsi="Arial"/>
                <w:b/>
                <w:color w:val="FF9800"/>
                <w:sz w:val="21"/>
              </w:rPr>
              <w:t>📌</w:t>
            </w:r>
            <w:r>
              <w:rPr>
                <w:rFonts w:ascii="Arial" w:hAnsi="Arial"/>
                <w:b/>
                <w:color w:val="FF9800"/>
                <w:sz w:val="21"/>
              </w:rPr>
              <w:t xml:space="preserve"> LƯU Ý QUAN TR</w:t>
            </w:r>
            <w:r>
              <w:rPr>
                <w:rFonts w:ascii="Arial" w:hAnsi="Arial"/>
                <w:b/>
                <w:color w:val="FF9800"/>
                <w:sz w:val="21"/>
              </w:rPr>
              <w:t>Ọ</w:t>
            </w:r>
            <w:r>
              <w:rPr>
                <w:rFonts w:ascii="Arial" w:hAnsi="Arial"/>
                <w:b/>
                <w:color w:val="FF9800"/>
                <w:sz w:val="21"/>
              </w:rPr>
              <w:t xml:space="preserve">NG: </w:t>
            </w:r>
            <w:r>
              <w:rPr>
                <w:rFonts w:ascii="Arial" w:hAnsi="Arial"/>
                <w:color w:val="212121"/>
                <w:sz w:val="21"/>
              </w:rPr>
              <w:t>H</w:t>
            </w:r>
            <w:r>
              <w:rPr>
                <w:rFonts w:ascii="Arial" w:hAnsi="Arial"/>
                <w:color w:val="212121"/>
                <w:sz w:val="21"/>
              </w:rPr>
              <w:t>ệ</w:t>
            </w:r>
            <w:r>
              <w:rPr>
                <w:rFonts w:ascii="Arial" w:hAnsi="Arial"/>
                <w:color w:val="212121"/>
                <w:sz w:val="21"/>
              </w:rPr>
              <w:t xml:space="preserve"> th</w:t>
            </w:r>
            <w:r>
              <w:rPr>
                <w:rFonts w:ascii="Arial" w:hAnsi="Arial"/>
                <w:color w:val="212121"/>
                <w:sz w:val="21"/>
              </w:rPr>
              <w:t>ố</w:t>
            </w:r>
            <w:r>
              <w:rPr>
                <w:rFonts w:ascii="Arial" w:hAnsi="Arial"/>
                <w:color w:val="212121"/>
                <w:sz w:val="21"/>
              </w:rPr>
              <w:t>ng Vi</w:t>
            </w:r>
            <w:r>
              <w:rPr>
                <w:rFonts w:ascii="Arial" w:hAnsi="Arial"/>
                <w:color w:val="212121"/>
                <w:sz w:val="21"/>
              </w:rPr>
              <w:t>ệ</w:t>
            </w:r>
            <w:r>
              <w:rPr>
                <w:rFonts w:ascii="Arial" w:hAnsi="Arial"/>
                <w:color w:val="212121"/>
                <w:sz w:val="21"/>
              </w:rPr>
              <w:t>c Làm Xanh s</w:t>
            </w:r>
            <w:r>
              <w:rPr>
                <w:rFonts w:ascii="Arial" w:hAnsi="Arial"/>
                <w:color w:val="212121"/>
                <w:sz w:val="21"/>
              </w:rPr>
              <w:t>ử</w:t>
            </w:r>
            <w:r>
              <w:rPr>
                <w:rFonts w:ascii="Arial" w:hAnsi="Arial"/>
                <w:color w:val="212121"/>
                <w:sz w:val="21"/>
              </w:rPr>
              <w:t xml:space="preserve"> d</w:t>
            </w:r>
            <w:r>
              <w:rPr>
                <w:rFonts w:ascii="Arial" w:hAnsi="Arial"/>
                <w:color w:val="212121"/>
                <w:sz w:val="21"/>
              </w:rPr>
              <w:t>ụ</w:t>
            </w:r>
            <w:r>
              <w:rPr>
                <w:rFonts w:ascii="Arial" w:hAnsi="Arial"/>
                <w:color w:val="212121"/>
                <w:sz w:val="21"/>
              </w:rPr>
              <w:t>ng cơ ch</w:t>
            </w:r>
            <w:r>
              <w:rPr>
                <w:rFonts w:ascii="Arial" w:hAnsi="Arial"/>
                <w:color w:val="212121"/>
                <w:sz w:val="21"/>
              </w:rPr>
              <w:t>ế</w:t>
            </w:r>
            <w:r>
              <w:rPr>
                <w:rFonts w:ascii="Arial" w:hAnsi="Arial"/>
                <w:color w:val="212121"/>
                <w:sz w:val="21"/>
              </w:rPr>
              <w:t xml:space="preserve"> b</w:t>
            </w:r>
            <w:r>
              <w:rPr>
                <w:rFonts w:ascii="Arial" w:hAnsi="Arial"/>
                <w:color w:val="212121"/>
                <w:sz w:val="21"/>
              </w:rPr>
              <w:t>ả</w:t>
            </w:r>
            <w:r>
              <w:rPr>
                <w:rFonts w:ascii="Arial" w:hAnsi="Arial"/>
                <w:color w:val="212121"/>
                <w:sz w:val="21"/>
              </w:rPr>
              <w:t>o m</w:t>
            </w:r>
            <w:r>
              <w:rPr>
                <w:rFonts w:ascii="Arial" w:hAnsi="Arial"/>
                <w:color w:val="212121"/>
                <w:sz w:val="21"/>
              </w:rPr>
              <w:t>ậ</w:t>
            </w:r>
            <w:r>
              <w:rPr>
                <w:rFonts w:ascii="Arial" w:hAnsi="Arial"/>
                <w:color w:val="212121"/>
                <w:sz w:val="21"/>
              </w:rPr>
              <w:t>t Auth kép JWT (JSON Web Token). Khi b</w:t>
            </w:r>
            <w:r>
              <w:rPr>
                <w:rFonts w:ascii="Arial" w:hAnsi="Arial"/>
                <w:color w:val="212121"/>
                <w:sz w:val="21"/>
              </w:rPr>
              <w:t>ạ</w:t>
            </w:r>
            <w:r>
              <w:rPr>
                <w:rFonts w:ascii="Arial" w:hAnsi="Arial"/>
                <w:color w:val="212121"/>
                <w:sz w:val="21"/>
              </w:rPr>
              <w:t>n đăng nh</w:t>
            </w:r>
            <w:r>
              <w:rPr>
                <w:rFonts w:ascii="Arial" w:hAnsi="Arial"/>
                <w:color w:val="212121"/>
                <w:sz w:val="21"/>
              </w:rPr>
              <w:t>ậ</w:t>
            </w:r>
            <w:r>
              <w:rPr>
                <w:rFonts w:ascii="Arial" w:hAnsi="Arial"/>
                <w:color w:val="212121"/>
                <w:sz w:val="21"/>
              </w:rPr>
              <w:t>p thành công, phiên làm vi</w:t>
            </w:r>
            <w:r>
              <w:rPr>
                <w:rFonts w:ascii="Arial" w:hAnsi="Arial"/>
                <w:color w:val="212121"/>
                <w:sz w:val="21"/>
              </w:rPr>
              <w:t>ệ</w:t>
            </w:r>
            <w:r>
              <w:rPr>
                <w:rFonts w:ascii="Arial" w:hAnsi="Arial"/>
                <w:color w:val="212121"/>
                <w:sz w:val="21"/>
              </w:rPr>
              <w:t>c s</w:t>
            </w:r>
            <w:r>
              <w:rPr>
                <w:rFonts w:ascii="Arial" w:hAnsi="Arial"/>
                <w:color w:val="212121"/>
                <w:sz w:val="21"/>
              </w:rPr>
              <w:t>ẽ</w:t>
            </w:r>
            <w:r>
              <w:rPr>
                <w:rFonts w:ascii="Arial" w:hAnsi="Arial"/>
                <w:color w:val="212121"/>
                <w:sz w:val="21"/>
              </w:rPr>
              <w:t xml:space="preserve"> đư</w:t>
            </w:r>
            <w:r>
              <w:rPr>
                <w:rFonts w:ascii="Arial" w:hAnsi="Arial"/>
                <w:color w:val="212121"/>
                <w:sz w:val="21"/>
              </w:rPr>
              <w:t>ợ</w:t>
            </w:r>
            <w:r>
              <w:rPr>
                <w:rFonts w:ascii="Arial" w:hAnsi="Arial"/>
                <w:color w:val="212121"/>
                <w:sz w:val="21"/>
              </w:rPr>
              <w:t>c duy trì t</w:t>
            </w:r>
            <w:r>
              <w:rPr>
                <w:rFonts w:ascii="Arial" w:hAnsi="Arial"/>
                <w:color w:val="212121"/>
                <w:sz w:val="21"/>
              </w:rPr>
              <w:t>ự</w:t>
            </w:r>
            <w:r>
              <w:rPr>
                <w:rFonts w:ascii="Arial" w:hAnsi="Arial"/>
                <w:color w:val="212121"/>
                <w:sz w:val="21"/>
              </w:rPr>
              <w:t xml:space="preserve"> đ</w:t>
            </w:r>
            <w:r>
              <w:rPr>
                <w:rFonts w:ascii="Arial" w:hAnsi="Arial"/>
                <w:color w:val="212121"/>
                <w:sz w:val="21"/>
              </w:rPr>
              <w:t>ộ</w:t>
            </w:r>
            <w:r>
              <w:rPr>
                <w:rFonts w:ascii="Arial" w:hAnsi="Arial"/>
                <w:color w:val="212121"/>
                <w:sz w:val="21"/>
              </w:rPr>
              <w:t>ng trên thi</w:t>
            </w:r>
            <w:r>
              <w:rPr>
                <w:rFonts w:ascii="Arial" w:hAnsi="Arial"/>
                <w:color w:val="212121"/>
                <w:sz w:val="21"/>
              </w:rPr>
              <w:t>ế</w:t>
            </w:r>
            <w:r>
              <w:rPr>
                <w:rFonts w:ascii="Arial" w:hAnsi="Arial"/>
                <w:color w:val="212121"/>
                <w:sz w:val="21"/>
              </w:rPr>
              <w:t>t b</w:t>
            </w:r>
            <w:r>
              <w:rPr>
                <w:rFonts w:ascii="Arial" w:hAnsi="Arial"/>
                <w:color w:val="212121"/>
                <w:sz w:val="21"/>
              </w:rPr>
              <w:t>ị</w:t>
            </w:r>
            <w:r>
              <w:rPr>
                <w:rFonts w:ascii="Arial" w:hAnsi="Arial"/>
                <w:color w:val="212121"/>
                <w:sz w:val="21"/>
              </w:rPr>
              <w:t xml:space="preserve"> t</w:t>
            </w:r>
            <w:r>
              <w:rPr>
                <w:rFonts w:ascii="Arial" w:hAnsi="Arial"/>
                <w:color w:val="212121"/>
                <w:sz w:val="21"/>
              </w:rPr>
              <w:t>rong 7 ngày thông qua cơ ch</w:t>
            </w:r>
            <w:r>
              <w:rPr>
                <w:rFonts w:ascii="Arial" w:hAnsi="Arial"/>
                <w:color w:val="212121"/>
                <w:sz w:val="21"/>
              </w:rPr>
              <w:t>ế</w:t>
            </w:r>
            <w:r>
              <w:rPr>
                <w:rFonts w:ascii="Arial" w:hAnsi="Arial"/>
                <w:color w:val="212121"/>
                <w:sz w:val="21"/>
              </w:rPr>
              <w:t xml:space="preserve"> t</w:t>
            </w:r>
            <w:r>
              <w:rPr>
                <w:rFonts w:ascii="Arial" w:hAnsi="Arial"/>
                <w:color w:val="212121"/>
                <w:sz w:val="21"/>
              </w:rPr>
              <w:t>ự</w:t>
            </w:r>
            <w:r>
              <w:rPr>
                <w:rFonts w:ascii="Arial" w:hAnsi="Arial"/>
                <w:color w:val="212121"/>
                <w:sz w:val="21"/>
              </w:rPr>
              <w:t xml:space="preserve"> đ</w:t>
            </w:r>
            <w:r>
              <w:rPr>
                <w:rFonts w:ascii="Arial" w:hAnsi="Arial"/>
                <w:color w:val="212121"/>
                <w:sz w:val="21"/>
              </w:rPr>
              <w:t>ộ</w:t>
            </w:r>
            <w:r>
              <w:rPr>
                <w:rFonts w:ascii="Arial" w:hAnsi="Arial"/>
                <w:color w:val="212121"/>
                <w:sz w:val="21"/>
              </w:rPr>
              <w:t>ng làm m</w:t>
            </w:r>
            <w:r>
              <w:rPr>
                <w:rFonts w:ascii="Arial" w:hAnsi="Arial"/>
                <w:color w:val="212121"/>
                <w:sz w:val="21"/>
              </w:rPr>
              <w:t>ớ</w:t>
            </w:r>
            <w:r>
              <w:rPr>
                <w:rFonts w:ascii="Arial" w:hAnsi="Arial"/>
                <w:color w:val="212121"/>
                <w:sz w:val="21"/>
              </w:rPr>
              <w:t>i mã b</w:t>
            </w:r>
            <w:r>
              <w:rPr>
                <w:rFonts w:ascii="Arial" w:hAnsi="Arial"/>
                <w:color w:val="212121"/>
                <w:sz w:val="21"/>
              </w:rPr>
              <w:t>ả</w:t>
            </w:r>
            <w:r>
              <w:rPr>
                <w:rFonts w:ascii="Arial" w:hAnsi="Arial"/>
                <w:color w:val="212121"/>
                <w:sz w:val="21"/>
              </w:rPr>
              <w:t>o m</w:t>
            </w:r>
            <w:r>
              <w:rPr>
                <w:rFonts w:ascii="Arial" w:hAnsi="Arial"/>
                <w:color w:val="212121"/>
                <w:sz w:val="21"/>
              </w:rPr>
              <w:t>ậ</w:t>
            </w:r>
            <w:r>
              <w:rPr>
                <w:rFonts w:ascii="Arial" w:hAnsi="Arial"/>
                <w:color w:val="212121"/>
                <w:sz w:val="21"/>
              </w:rPr>
              <w:t>t (Refresh Token). B</w:t>
            </w:r>
            <w:r>
              <w:rPr>
                <w:rFonts w:ascii="Arial" w:hAnsi="Arial"/>
                <w:color w:val="212121"/>
                <w:sz w:val="21"/>
              </w:rPr>
              <w:t>ạ</w:t>
            </w:r>
            <w:r>
              <w:rPr>
                <w:rFonts w:ascii="Arial" w:hAnsi="Arial"/>
                <w:color w:val="212121"/>
                <w:sz w:val="21"/>
              </w:rPr>
              <w:t>n s</w:t>
            </w:r>
            <w:r>
              <w:rPr>
                <w:rFonts w:ascii="Arial" w:hAnsi="Arial"/>
                <w:color w:val="212121"/>
                <w:sz w:val="21"/>
              </w:rPr>
              <w:t>ẽ</w:t>
            </w:r>
            <w:r>
              <w:rPr>
                <w:rFonts w:ascii="Arial" w:hAnsi="Arial"/>
                <w:color w:val="212121"/>
                <w:sz w:val="21"/>
              </w:rPr>
              <w:t xml:space="preserve"> không ph</w:t>
            </w:r>
            <w:r>
              <w:rPr>
                <w:rFonts w:ascii="Arial" w:hAnsi="Arial"/>
                <w:color w:val="212121"/>
                <w:sz w:val="21"/>
              </w:rPr>
              <w:t>ả</w:t>
            </w:r>
            <w:r>
              <w:rPr>
                <w:rFonts w:ascii="Arial" w:hAnsi="Arial"/>
                <w:color w:val="212121"/>
                <w:sz w:val="21"/>
              </w:rPr>
              <w:t>i nh</w:t>
            </w:r>
            <w:r>
              <w:rPr>
                <w:rFonts w:ascii="Arial" w:hAnsi="Arial"/>
                <w:color w:val="212121"/>
                <w:sz w:val="21"/>
              </w:rPr>
              <w:t>ậ</w:t>
            </w:r>
            <w:r>
              <w:rPr>
                <w:rFonts w:ascii="Arial" w:hAnsi="Arial"/>
                <w:color w:val="212121"/>
                <w:sz w:val="21"/>
              </w:rPr>
              <w:t>p l</w:t>
            </w:r>
            <w:r>
              <w:rPr>
                <w:rFonts w:ascii="Arial" w:hAnsi="Arial"/>
                <w:color w:val="212121"/>
                <w:sz w:val="21"/>
              </w:rPr>
              <w:t>ạ</w:t>
            </w:r>
            <w:r>
              <w:rPr>
                <w:rFonts w:ascii="Arial" w:hAnsi="Arial"/>
                <w:color w:val="212121"/>
                <w:sz w:val="21"/>
              </w:rPr>
              <w:t>i tài kho</w:t>
            </w:r>
            <w:r>
              <w:rPr>
                <w:rFonts w:ascii="Arial" w:hAnsi="Arial"/>
                <w:color w:val="212121"/>
                <w:sz w:val="21"/>
              </w:rPr>
              <w:t>ả</w:t>
            </w:r>
            <w:r>
              <w:rPr>
                <w:rFonts w:ascii="Arial" w:hAnsi="Arial"/>
                <w:color w:val="212121"/>
                <w:sz w:val="21"/>
              </w:rPr>
              <w:t>n m</w:t>
            </w:r>
            <w:r>
              <w:rPr>
                <w:rFonts w:ascii="Arial" w:hAnsi="Arial"/>
                <w:color w:val="212121"/>
                <w:sz w:val="21"/>
              </w:rPr>
              <w:t>ỗ</w:t>
            </w:r>
            <w:r>
              <w:rPr>
                <w:rFonts w:ascii="Arial" w:hAnsi="Arial"/>
                <w:color w:val="212121"/>
                <w:sz w:val="21"/>
              </w:rPr>
              <w:t>i khi m</w:t>
            </w:r>
            <w:r>
              <w:rPr>
                <w:rFonts w:ascii="Arial" w:hAnsi="Arial"/>
                <w:color w:val="212121"/>
                <w:sz w:val="21"/>
              </w:rPr>
              <w:t>ở</w:t>
            </w:r>
            <w:r>
              <w:rPr>
                <w:rFonts w:ascii="Arial" w:hAnsi="Arial"/>
                <w:color w:val="212121"/>
                <w:sz w:val="21"/>
              </w:rPr>
              <w:t xml:space="preserve"> </w:t>
            </w:r>
            <w:r>
              <w:rPr>
                <w:rFonts w:ascii="Arial" w:hAnsi="Arial"/>
                <w:color w:val="212121"/>
                <w:sz w:val="21"/>
              </w:rPr>
              <w:t>ứ</w:t>
            </w:r>
            <w:r>
              <w:rPr>
                <w:rFonts w:ascii="Arial" w:hAnsi="Arial"/>
                <w:color w:val="212121"/>
                <w:sz w:val="21"/>
              </w:rPr>
              <w:t>ng d</w:t>
            </w:r>
            <w:r>
              <w:rPr>
                <w:rFonts w:ascii="Arial" w:hAnsi="Arial"/>
                <w:color w:val="212121"/>
                <w:sz w:val="21"/>
              </w:rPr>
              <w:t>ụ</w:t>
            </w:r>
            <w:r>
              <w:rPr>
                <w:rFonts w:ascii="Arial" w:hAnsi="Arial"/>
                <w:color w:val="212121"/>
                <w:sz w:val="21"/>
              </w:rPr>
              <w:t>ng.</w:t>
            </w:r>
          </w:p>
        </w:tc>
      </w:tr>
    </w:tbl>
    <w:p w14:paraId="01410568" w14:textId="77777777" w:rsidR="0033518B" w:rsidRDefault="0033518B" w:rsidP="00BD5B6D">
      <w:pPr>
        <w:spacing w:after="120"/>
      </w:pPr>
    </w:p>
    <w:p w14:paraId="36790E92" w14:textId="77777777" w:rsidR="0033518B" w:rsidRDefault="00B119E8" w:rsidP="00BD5B6D">
      <w:r>
        <w:br w:type="page"/>
      </w:r>
    </w:p>
    <w:p w14:paraId="10CDDEC4" w14:textId="77777777" w:rsidR="00CB0B3C" w:rsidRDefault="00B119E8" w:rsidP="00CB0B3C">
      <w:pPr>
        <w:keepNext/>
        <w:spacing w:after="0"/>
        <w:jc w:val="center"/>
        <w:rPr>
          <w:rFonts w:ascii="Arial" w:hAnsi="Arial"/>
          <w:b/>
          <w:color w:val="1B5E20"/>
          <w:sz w:val="32"/>
        </w:rPr>
      </w:pPr>
      <w:r>
        <w:rPr>
          <w:rFonts w:ascii="Arial" w:hAnsi="Arial"/>
          <w:b/>
          <w:color w:val="1B5E20"/>
          <w:sz w:val="32"/>
        </w:rPr>
        <w:lastRenderedPageBreak/>
        <w:t>CHƯƠNG 3: QU</w:t>
      </w:r>
      <w:r>
        <w:rPr>
          <w:rFonts w:ascii="Arial" w:hAnsi="Arial"/>
          <w:b/>
          <w:color w:val="1B5E20"/>
          <w:sz w:val="32"/>
        </w:rPr>
        <w:t>Ả</w:t>
      </w:r>
      <w:r>
        <w:rPr>
          <w:rFonts w:ascii="Arial" w:hAnsi="Arial"/>
          <w:b/>
          <w:color w:val="1B5E20"/>
          <w:sz w:val="32"/>
        </w:rPr>
        <w:t>N LÝ H</w:t>
      </w:r>
      <w:r>
        <w:rPr>
          <w:rFonts w:ascii="Arial" w:hAnsi="Arial"/>
          <w:b/>
          <w:color w:val="1B5E20"/>
          <w:sz w:val="32"/>
        </w:rPr>
        <w:t>Ồ</w:t>
      </w:r>
      <w:r>
        <w:rPr>
          <w:rFonts w:ascii="Arial" w:hAnsi="Arial"/>
          <w:b/>
          <w:color w:val="1B5E20"/>
          <w:sz w:val="32"/>
        </w:rPr>
        <w:t xml:space="preserve"> SƠ VÀ T</w:t>
      </w:r>
      <w:r>
        <w:rPr>
          <w:rFonts w:ascii="Arial" w:hAnsi="Arial"/>
          <w:b/>
          <w:color w:val="1B5E20"/>
          <w:sz w:val="32"/>
        </w:rPr>
        <w:t>Ạ</w:t>
      </w:r>
      <w:r>
        <w:rPr>
          <w:rFonts w:ascii="Arial" w:hAnsi="Arial"/>
          <w:b/>
          <w:color w:val="1B5E20"/>
          <w:sz w:val="32"/>
        </w:rPr>
        <w:t xml:space="preserve">O CV </w:t>
      </w:r>
    </w:p>
    <w:p w14:paraId="5D30BBD3" w14:textId="12598EF4" w:rsidR="0033518B" w:rsidRDefault="00B119E8" w:rsidP="00CB0B3C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>THÔNG MINH B</w:t>
      </w:r>
      <w:r>
        <w:rPr>
          <w:rFonts w:ascii="Arial" w:hAnsi="Arial"/>
          <w:b/>
          <w:color w:val="1B5E20"/>
          <w:sz w:val="32"/>
        </w:rPr>
        <w:t>Ằ</w:t>
      </w:r>
      <w:r>
        <w:rPr>
          <w:rFonts w:ascii="Arial" w:hAnsi="Arial"/>
          <w:b/>
          <w:color w:val="1B5E20"/>
          <w:sz w:val="32"/>
        </w:rPr>
        <w:t>NG AI</w:t>
      </w:r>
    </w:p>
    <w:p w14:paraId="31A26937" w14:textId="77777777" w:rsidR="0033518B" w:rsidRPr="00CB0B3C" w:rsidRDefault="00B119E8" w:rsidP="00CB0B3C">
      <w:pPr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 cá nhân tr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tuy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n chính là t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 gương ph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chi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u năng l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a </w:t>
      </w:r>
      <w:r w:rsidRPr="00CB0B3C">
        <w:rPr>
          <w:rFonts w:ascii="Arial" w:hAnsi="Arial"/>
          <w:color w:val="212121"/>
          <w:sz w:val="28"/>
          <w:szCs w:val="28"/>
        </w:rPr>
        <w:t>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đ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v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các nhà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ng.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cung c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p công ngh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AI giúp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biên so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và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k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 CV chu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n chuyên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p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cách d</w:t>
      </w:r>
      <w:r w:rsidRPr="00CB0B3C">
        <w:rPr>
          <w:rFonts w:ascii="Arial" w:hAnsi="Arial"/>
          <w:color w:val="212121"/>
          <w:sz w:val="28"/>
          <w:szCs w:val="28"/>
        </w:rPr>
        <w:t>ễ</w:t>
      </w:r>
      <w:r w:rsidRPr="00CB0B3C">
        <w:rPr>
          <w:rFonts w:ascii="Arial" w:hAnsi="Arial"/>
          <w:color w:val="212121"/>
          <w:sz w:val="28"/>
          <w:szCs w:val="28"/>
        </w:rPr>
        <w:t xml:space="preserve"> dàng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t.</w:t>
      </w:r>
    </w:p>
    <w:p w14:paraId="3EAB3B79" w14:textId="77777777" w:rsidR="0033518B" w:rsidRPr="00CB0B3C" w:rsidRDefault="00B119E8" w:rsidP="00CB0B3C">
      <w:pPr>
        <w:keepNext/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3.1. Thi</w:t>
      </w:r>
      <w:r w:rsidRPr="00CB0B3C">
        <w:rPr>
          <w:rFonts w:ascii="Arial" w:hAnsi="Arial"/>
          <w:b/>
          <w:color w:val="37474F"/>
          <w:sz w:val="28"/>
          <w:szCs w:val="28"/>
        </w:rPr>
        <w:t>ế</w:t>
      </w:r>
      <w:r w:rsidRPr="00CB0B3C">
        <w:rPr>
          <w:rFonts w:ascii="Arial" w:hAnsi="Arial"/>
          <w:b/>
          <w:color w:val="37474F"/>
          <w:sz w:val="28"/>
          <w:szCs w:val="28"/>
        </w:rPr>
        <w:t>t l</w:t>
      </w:r>
      <w:r w:rsidRPr="00CB0B3C">
        <w:rPr>
          <w:rFonts w:ascii="Arial" w:hAnsi="Arial"/>
          <w:b/>
          <w:color w:val="37474F"/>
          <w:sz w:val="28"/>
          <w:szCs w:val="28"/>
        </w:rPr>
        <w:t>ậ</w:t>
      </w:r>
      <w:r w:rsidRPr="00CB0B3C">
        <w:rPr>
          <w:rFonts w:ascii="Arial" w:hAnsi="Arial"/>
          <w:b/>
          <w:color w:val="37474F"/>
          <w:sz w:val="28"/>
          <w:szCs w:val="28"/>
        </w:rPr>
        <w:t>p các trư</w:t>
      </w:r>
      <w:r w:rsidRPr="00CB0B3C">
        <w:rPr>
          <w:rFonts w:ascii="Arial" w:hAnsi="Arial"/>
          <w:b/>
          <w:color w:val="37474F"/>
          <w:sz w:val="28"/>
          <w:szCs w:val="28"/>
        </w:rPr>
        <w:t>ờ</w:t>
      </w:r>
      <w:r w:rsidRPr="00CB0B3C">
        <w:rPr>
          <w:rFonts w:ascii="Arial" w:hAnsi="Arial"/>
          <w:b/>
          <w:color w:val="37474F"/>
          <w:sz w:val="28"/>
          <w:szCs w:val="28"/>
        </w:rPr>
        <w:t>ng thông tin h</w:t>
      </w:r>
      <w:r w:rsidRPr="00CB0B3C">
        <w:rPr>
          <w:rFonts w:ascii="Arial" w:hAnsi="Arial"/>
          <w:b/>
          <w:color w:val="37474F"/>
          <w:sz w:val="28"/>
          <w:szCs w:val="28"/>
        </w:rPr>
        <w:t>ồ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sơ cơ b</w:t>
      </w:r>
      <w:r w:rsidRPr="00CB0B3C">
        <w:rPr>
          <w:rFonts w:ascii="Arial" w:hAnsi="Arial"/>
          <w:b/>
          <w:color w:val="37474F"/>
          <w:sz w:val="28"/>
          <w:szCs w:val="28"/>
        </w:rPr>
        <w:t>ả</w:t>
      </w:r>
      <w:r w:rsidRPr="00CB0B3C">
        <w:rPr>
          <w:rFonts w:ascii="Arial" w:hAnsi="Arial"/>
          <w:b/>
          <w:color w:val="37474F"/>
          <w:sz w:val="28"/>
          <w:szCs w:val="28"/>
        </w:rPr>
        <w:t>n</w:t>
      </w:r>
    </w:p>
    <w:p w14:paraId="4A15584A" w14:textId="77777777" w:rsidR="0033518B" w:rsidRPr="00CB0B3C" w:rsidRDefault="00B119E8" w:rsidP="00CB0B3C">
      <w:pPr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Hãy truy c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vào m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c 'H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sơ' và c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y đ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 các </w:t>
      </w:r>
      <w:r w:rsidRPr="00CB0B3C">
        <w:rPr>
          <w:rFonts w:ascii="Arial" w:hAnsi="Arial"/>
          <w:color w:val="212121"/>
          <w:sz w:val="28"/>
          <w:szCs w:val="28"/>
        </w:rPr>
        <w:t>thông tin cá nhân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đây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tăng 200% t</w:t>
      </w:r>
      <w:r w:rsidRPr="00CB0B3C">
        <w:rPr>
          <w:rFonts w:ascii="Arial" w:hAnsi="Arial"/>
          <w:color w:val="212121"/>
          <w:sz w:val="28"/>
          <w:szCs w:val="28"/>
        </w:rPr>
        <w:t>ỷ</w:t>
      </w:r>
      <w:r w:rsidRPr="00CB0B3C">
        <w:rPr>
          <w:rFonts w:ascii="Arial" w:hAnsi="Arial"/>
          <w:color w:val="212121"/>
          <w:sz w:val="28"/>
          <w:szCs w:val="28"/>
        </w:rPr>
        <w:t xml:space="preserve"> l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nhà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liên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:</w:t>
      </w:r>
    </w:p>
    <w:p w14:paraId="2FE8E5BA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Ả</w:t>
      </w:r>
      <w:r w:rsidRPr="00CB0B3C">
        <w:rPr>
          <w:rFonts w:ascii="Arial" w:hAnsi="Arial"/>
          <w:b/>
          <w:color w:val="212121"/>
          <w:sz w:val="28"/>
          <w:szCs w:val="28"/>
        </w:rPr>
        <w:t>nh đ</w:t>
      </w:r>
      <w:r w:rsidRPr="00CB0B3C">
        <w:rPr>
          <w:rFonts w:ascii="Arial" w:hAnsi="Arial"/>
          <w:b/>
          <w:color w:val="212121"/>
          <w:sz w:val="28"/>
          <w:szCs w:val="28"/>
        </w:rPr>
        <w:t>ạ</w:t>
      </w:r>
      <w:r w:rsidRPr="00CB0B3C">
        <w:rPr>
          <w:rFonts w:ascii="Arial" w:hAnsi="Arial"/>
          <w:b/>
          <w:color w:val="212121"/>
          <w:sz w:val="28"/>
          <w:szCs w:val="28"/>
        </w:rPr>
        <w:t>i di</w:t>
      </w:r>
      <w:r w:rsidRPr="00CB0B3C">
        <w:rPr>
          <w:rFonts w:ascii="Arial" w:hAnsi="Arial"/>
          <w:b/>
          <w:color w:val="212121"/>
          <w:sz w:val="28"/>
          <w:szCs w:val="28"/>
        </w:rPr>
        <w:t>ệ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n (Avatar): </w:t>
      </w:r>
      <w:r w:rsidRPr="00CB0B3C">
        <w:rPr>
          <w:rFonts w:ascii="Arial" w:hAnsi="Arial"/>
          <w:color w:val="212121"/>
          <w:sz w:val="28"/>
          <w:szCs w:val="28"/>
        </w:rPr>
        <w:t>S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 xml:space="preserve">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 xml:space="preserve">ng 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nh chân dung rõ m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t, l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ch s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, phông n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>n đơn gi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n. Đ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nh d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ng h</w:t>
      </w:r>
      <w:r w:rsidRPr="00CB0B3C">
        <w:rPr>
          <w:rFonts w:ascii="Arial" w:hAnsi="Arial"/>
          <w:color w:val="212121"/>
          <w:sz w:val="28"/>
          <w:szCs w:val="28"/>
        </w:rPr>
        <w:t>ỗ</w:t>
      </w:r>
      <w:r w:rsidRPr="00CB0B3C">
        <w:rPr>
          <w:rFonts w:ascii="Arial" w:hAnsi="Arial"/>
          <w:color w:val="212121"/>
          <w:sz w:val="28"/>
          <w:szCs w:val="28"/>
        </w:rPr>
        <w:t xml:space="preserve"> tr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 xml:space="preserve"> JPG, PNG dung lư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ng dư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5MB.</w:t>
      </w:r>
    </w:p>
    <w:p w14:paraId="14C1D80E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 xml:space="preserve">Thông tin cá nhân: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y đ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 xml:space="preserve"> tên (vi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t hoa các </w:t>
      </w:r>
      <w:r w:rsidRPr="00CB0B3C">
        <w:rPr>
          <w:rFonts w:ascii="Arial" w:hAnsi="Arial"/>
          <w:color w:val="212121"/>
          <w:sz w:val="28"/>
          <w:szCs w:val="28"/>
        </w:rPr>
        <w:t>ch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 xml:space="preserve"> cái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u, không l</w:t>
      </w:r>
      <w:r w:rsidRPr="00CB0B3C">
        <w:rPr>
          <w:rFonts w:ascii="Arial" w:hAnsi="Arial"/>
          <w:color w:val="212121"/>
          <w:sz w:val="28"/>
          <w:szCs w:val="28"/>
        </w:rPr>
        <w:t>ỗ</w:t>
      </w:r>
      <w:r w:rsidRPr="00CB0B3C">
        <w:rPr>
          <w:rFonts w:ascii="Arial" w:hAnsi="Arial"/>
          <w:color w:val="212121"/>
          <w:sz w:val="28"/>
          <w:szCs w:val="28"/>
        </w:rPr>
        <w:t>i font), Ngày sinh, Gi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tính và Đ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a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i.</w:t>
      </w:r>
    </w:p>
    <w:p w14:paraId="6B8A4F80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H</w:t>
      </w:r>
      <w:r w:rsidRPr="00CB0B3C">
        <w:rPr>
          <w:rFonts w:ascii="Arial" w:hAnsi="Arial"/>
          <w:b/>
          <w:color w:val="212121"/>
          <w:sz w:val="28"/>
          <w:szCs w:val="28"/>
        </w:rPr>
        <w:t>ọ</w:t>
      </w:r>
      <w:r w:rsidRPr="00CB0B3C">
        <w:rPr>
          <w:rFonts w:ascii="Arial" w:hAnsi="Arial"/>
          <w:b/>
          <w:color w:val="212121"/>
          <w:sz w:val="28"/>
          <w:szCs w:val="28"/>
        </w:rPr>
        <w:t>c v</w:t>
      </w:r>
      <w:r w:rsidRPr="00CB0B3C">
        <w:rPr>
          <w:rFonts w:ascii="Arial" w:hAnsi="Arial"/>
          <w:b/>
          <w:color w:val="212121"/>
          <w:sz w:val="28"/>
          <w:szCs w:val="28"/>
        </w:rPr>
        <w:t>ấ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n: </w:t>
      </w:r>
      <w:r w:rsidRPr="00CB0B3C">
        <w:rPr>
          <w:rFonts w:ascii="Arial" w:hAnsi="Arial"/>
          <w:color w:val="212121"/>
          <w:sz w:val="28"/>
          <w:szCs w:val="28"/>
        </w:rPr>
        <w:t>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c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p 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c cao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(Lao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ng ph</w:t>
      </w:r>
      <w:r w:rsidRPr="00CB0B3C">
        <w:rPr>
          <w:rFonts w:ascii="Arial" w:hAnsi="Arial"/>
          <w:color w:val="212121"/>
          <w:sz w:val="28"/>
          <w:szCs w:val="28"/>
        </w:rPr>
        <w:t>ổ</w:t>
      </w:r>
      <w:r w:rsidRPr="00CB0B3C">
        <w:rPr>
          <w:rFonts w:ascii="Arial" w:hAnsi="Arial"/>
          <w:color w:val="212121"/>
          <w:sz w:val="28"/>
          <w:szCs w:val="28"/>
        </w:rPr>
        <w:t xml:space="preserve"> thông,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t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p THPT, Trung c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p, Cao đ</w:t>
      </w:r>
      <w:r w:rsidRPr="00CB0B3C">
        <w:rPr>
          <w:rFonts w:ascii="Arial" w:hAnsi="Arial"/>
          <w:color w:val="212121"/>
          <w:sz w:val="28"/>
          <w:szCs w:val="28"/>
        </w:rPr>
        <w:t>ẳ</w:t>
      </w:r>
      <w:r w:rsidRPr="00CB0B3C">
        <w:rPr>
          <w:rFonts w:ascii="Arial" w:hAnsi="Arial"/>
          <w:color w:val="212121"/>
          <w:sz w:val="28"/>
          <w:szCs w:val="28"/>
        </w:rPr>
        <w:t>ng, Đ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c, Sau đ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c).</w:t>
      </w:r>
    </w:p>
    <w:p w14:paraId="3418C71B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Kinh nghi</w:t>
      </w:r>
      <w:r w:rsidRPr="00CB0B3C">
        <w:rPr>
          <w:rFonts w:ascii="Arial" w:hAnsi="Arial"/>
          <w:b/>
          <w:color w:val="212121"/>
          <w:sz w:val="28"/>
          <w:szCs w:val="28"/>
        </w:rPr>
        <w:t>ệ</w:t>
      </w:r>
      <w:r w:rsidRPr="00CB0B3C">
        <w:rPr>
          <w:rFonts w:ascii="Arial" w:hAnsi="Arial"/>
          <w:b/>
          <w:color w:val="212121"/>
          <w:sz w:val="28"/>
          <w:szCs w:val="28"/>
        </w:rPr>
        <w:t>m làm vi</w:t>
      </w:r>
      <w:r w:rsidRPr="00CB0B3C">
        <w:rPr>
          <w:rFonts w:ascii="Arial" w:hAnsi="Arial"/>
          <w:b/>
          <w:color w:val="212121"/>
          <w:sz w:val="28"/>
          <w:szCs w:val="28"/>
        </w:rPr>
        <w:t>ệ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c: </w:t>
      </w:r>
      <w:r w:rsidRPr="00CB0B3C">
        <w:rPr>
          <w:rFonts w:ascii="Arial" w:hAnsi="Arial"/>
          <w:color w:val="212121"/>
          <w:sz w:val="28"/>
          <w:szCs w:val="28"/>
        </w:rPr>
        <w:t>Ghi rõ tên các công ty/xí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p cũ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t</w:t>
      </w:r>
      <w:r w:rsidRPr="00CB0B3C">
        <w:rPr>
          <w:rFonts w:ascii="Arial" w:hAnsi="Arial"/>
          <w:color w:val="212121"/>
          <w:sz w:val="28"/>
          <w:szCs w:val="28"/>
        </w:rPr>
        <w:t>ừ</w:t>
      </w:r>
      <w:r w:rsidRPr="00CB0B3C">
        <w:rPr>
          <w:rFonts w:ascii="Arial" w:hAnsi="Arial"/>
          <w:color w:val="212121"/>
          <w:sz w:val="28"/>
          <w:szCs w:val="28"/>
        </w:rPr>
        <w:t>ng làm, v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trí đ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m nhi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m và mô t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 xml:space="preserve"> ng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n g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công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th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 (Ví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: 'Làm công nhân l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p ráp 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Công ty Samsung 2 năm, ch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u trách nhi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m g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n linh ki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m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ch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>').</w:t>
      </w:r>
    </w:p>
    <w:p w14:paraId="359B15F9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K</w:t>
      </w:r>
      <w:r w:rsidRPr="00CB0B3C">
        <w:rPr>
          <w:rFonts w:ascii="Arial" w:hAnsi="Arial"/>
          <w:b/>
          <w:color w:val="212121"/>
          <w:sz w:val="28"/>
          <w:szCs w:val="28"/>
        </w:rPr>
        <w:t>ỹ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 năng chuyên môn &amp; K</w:t>
      </w:r>
      <w:r w:rsidRPr="00CB0B3C">
        <w:rPr>
          <w:rFonts w:ascii="Arial" w:hAnsi="Arial"/>
          <w:b/>
          <w:color w:val="212121"/>
          <w:sz w:val="28"/>
          <w:szCs w:val="28"/>
        </w:rPr>
        <w:t>ỹ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 năng m</w:t>
      </w:r>
      <w:r w:rsidRPr="00CB0B3C">
        <w:rPr>
          <w:rFonts w:ascii="Arial" w:hAnsi="Arial"/>
          <w:b/>
          <w:color w:val="212121"/>
          <w:sz w:val="28"/>
          <w:szCs w:val="28"/>
        </w:rPr>
        <w:t>ề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m: </w:t>
      </w:r>
      <w:r w:rsidRPr="00CB0B3C">
        <w:rPr>
          <w:rFonts w:ascii="Arial" w:hAnsi="Arial"/>
          <w:color w:val="212121"/>
          <w:sz w:val="28"/>
          <w:szCs w:val="28"/>
        </w:rPr>
        <w:t>Tích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các k</w:t>
      </w:r>
      <w:r w:rsidRPr="00CB0B3C">
        <w:rPr>
          <w:rFonts w:ascii="Arial" w:hAnsi="Arial"/>
          <w:color w:val="212121"/>
          <w:sz w:val="28"/>
          <w:szCs w:val="28"/>
        </w:rPr>
        <w:t>ỹ</w:t>
      </w:r>
      <w:r w:rsidRPr="00CB0B3C">
        <w:rPr>
          <w:rFonts w:ascii="Arial" w:hAnsi="Arial"/>
          <w:color w:val="212121"/>
          <w:sz w:val="28"/>
          <w:szCs w:val="28"/>
        </w:rPr>
        <w:t xml:space="preserve"> năng phù h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p như May công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p, </w:t>
      </w:r>
      <w:r w:rsidRPr="00CB0B3C">
        <w:rPr>
          <w:rFonts w:ascii="Arial" w:hAnsi="Arial"/>
          <w:color w:val="212121"/>
          <w:sz w:val="28"/>
          <w:szCs w:val="28"/>
        </w:rPr>
        <w:t>Lái xe nâng, Đúng gi</w:t>
      </w:r>
      <w:r w:rsidRPr="00CB0B3C">
        <w:rPr>
          <w:rFonts w:ascii="Arial" w:hAnsi="Arial"/>
          <w:color w:val="212121"/>
          <w:sz w:val="28"/>
          <w:szCs w:val="28"/>
        </w:rPr>
        <w:t>ờ</w:t>
      </w:r>
      <w:r w:rsidRPr="00CB0B3C">
        <w:rPr>
          <w:rFonts w:ascii="Arial" w:hAnsi="Arial"/>
          <w:color w:val="212121"/>
          <w:sz w:val="28"/>
          <w:szCs w:val="28"/>
        </w:rPr>
        <w:t>, Ch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>u khó, Làm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nhóm...</w:t>
      </w:r>
    </w:p>
    <w:p w14:paraId="19A6D005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Mong mu</w:t>
      </w:r>
      <w:r w:rsidRPr="00CB0B3C">
        <w:rPr>
          <w:rFonts w:ascii="Arial" w:hAnsi="Arial"/>
          <w:b/>
          <w:color w:val="212121"/>
          <w:sz w:val="28"/>
          <w:szCs w:val="28"/>
        </w:rPr>
        <w:t>ố</w:t>
      </w:r>
      <w:r w:rsidRPr="00CB0B3C">
        <w:rPr>
          <w:rFonts w:ascii="Arial" w:hAnsi="Arial"/>
          <w:b/>
          <w:color w:val="212121"/>
          <w:sz w:val="28"/>
          <w:szCs w:val="28"/>
        </w:rPr>
        <w:t>n công vi</w:t>
      </w:r>
      <w:r w:rsidRPr="00CB0B3C">
        <w:rPr>
          <w:rFonts w:ascii="Arial" w:hAnsi="Arial"/>
          <w:b/>
          <w:color w:val="212121"/>
          <w:sz w:val="28"/>
          <w:szCs w:val="28"/>
        </w:rPr>
        <w:t>ệ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c: </w:t>
      </w:r>
      <w:r w:rsidRPr="00CB0B3C">
        <w:rPr>
          <w:rFonts w:ascii="Arial" w:hAnsi="Arial"/>
          <w:color w:val="212121"/>
          <w:sz w:val="28"/>
          <w:szCs w:val="28"/>
        </w:rPr>
        <w:t>Ghi rõ v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trí mong mu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 xml:space="preserve">n 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n, m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lương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thi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u ch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p 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n và ca làm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(ca ngày, ca đêm, xoay ca, hành chính).</w:t>
      </w:r>
    </w:p>
    <w:p w14:paraId="2F870C23" w14:textId="77777777" w:rsidR="0033518B" w:rsidRPr="00CB0B3C" w:rsidRDefault="00B119E8" w:rsidP="00CB0B3C">
      <w:pPr>
        <w:keepNext/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3.2. Tính năng t</w:t>
      </w:r>
      <w:r w:rsidRPr="00CB0B3C">
        <w:rPr>
          <w:rFonts w:ascii="Arial" w:hAnsi="Arial"/>
          <w:b/>
          <w:color w:val="37474F"/>
          <w:sz w:val="28"/>
          <w:szCs w:val="28"/>
        </w:rPr>
        <w:t>ạ</w:t>
      </w:r>
      <w:r w:rsidRPr="00CB0B3C">
        <w:rPr>
          <w:rFonts w:ascii="Arial" w:hAnsi="Arial"/>
          <w:b/>
          <w:color w:val="37474F"/>
          <w:sz w:val="28"/>
          <w:szCs w:val="28"/>
        </w:rPr>
        <w:t>o CV t</w:t>
      </w:r>
      <w:r w:rsidRPr="00CB0B3C">
        <w:rPr>
          <w:rFonts w:ascii="Arial" w:hAnsi="Arial"/>
          <w:b/>
          <w:color w:val="37474F"/>
          <w:sz w:val="28"/>
          <w:szCs w:val="28"/>
        </w:rPr>
        <w:t>ự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đ</w:t>
      </w:r>
      <w:r w:rsidRPr="00CB0B3C">
        <w:rPr>
          <w:rFonts w:ascii="Arial" w:hAnsi="Arial"/>
          <w:b/>
          <w:color w:val="37474F"/>
          <w:sz w:val="28"/>
          <w:szCs w:val="28"/>
        </w:rPr>
        <w:t>ộ</w:t>
      </w:r>
      <w:r w:rsidRPr="00CB0B3C">
        <w:rPr>
          <w:rFonts w:ascii="Arial" w:hAnsi="Arial"/>
          <w:b/>
          <w:color w:val="37474F"/>
          <w:sz w:val="28"/>
          <w:szCs w:val="28"/>
        </w:rPr>
        <w:t>ng b</w:t>
      </w:r>
      <w:r w:rsidRPr="00CB0B3C">
        <w:rPr>
          <w:rFonts w:ascii="Arial" w:hAnsi="Arial"/>
          <w:b/>
          <w:color w:val="37474F"/>
          <w:sz w:val="28"/>
          <w:szCs w:val="28"/>
        </w:rPr>
        <w:t>ằ</w:t>
      </w:r>
      <w:r w:rsidRPr="00CB0B3C">
        <w:rPr>
          <w:rFonts w:ascii="Arial" w:hAnsi="Arial"/>
          <w:b/>
          <w:color w:val="37474F"/>
          <w:sz w:val="28"/>
          <w:szCs w:val="28"/>
        </w:rPr>
        <w:t>ng Trí Tu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Nhân T</w:t>
      </w:r>
      <w:r w:rsidRPr="00CB0B3C">
        <w:rPr>
          <w:rFonts w:ascii="Arial" w:hAnsi="Arial"/>
          <w:b/>
          <w:color w:val="37474F"/>
          <w:sz w:val="28"/>
          <w:szCs w:val="28"/>
        </w:rPr>
        <w:t>ạ</w:t>
      </w:r>
      <w:r w:rsidRPr="00CB0B3C">
        <w:rPr>
          <w:rFonts w:ascii="Arial" w:hAnsi="Arial"/>
          <w:b/>
          <w:color w:val="37474F"/>
          <w:sz w:val="28"/>
          <w:szCs w:val="28"/>
        </w:rPr>
        <w:t>o (AI CV Genera</w:t>
      </w:r>
      <w:r w:rsidRPr="00CB0B3C">
        <w:rPr>
          <w:rFonts w:ascii="Arial" w:hAnsi="Arial"/>
          <w:b/>
          <w:color w:val="37474F"/>
          <w:sz w:val="28"/>
          <w:szCs w:val="28"/>
        </w:rPr>
        <w:t>tor)</w:t>
      </w:r>
    </w:p>
    <w:p w14:paraId="6AE956A8" w14:textId="77777777" w:rsidR="0033518B" w:rsidRPr="00CB0B3C" w:rsidRDefault="00B119E8" w:rsidP="00CB0B3C">
      <w:pPr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N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u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không quen vi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lách hay không bi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cách trình bày th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 nào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thu hút nhà tuy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ng, tính năng 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o CV b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>ng AI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gi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i quy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đi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>u đó:</w:t>
      </w:r>
    </w:p>
    <w:p w14:paraId="14AE50DD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CB0B3C">
        <w:rPr>
          <w:rFonts w:ascii="Arial" w:hAnsi="Arial"/>
          <w:color w:val="212121"/>
          <w:sz w:val="28"/>
          <w:szCs w:val="28"/>
        </w:rPr>
        <w:t>Trong trang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 cá nhân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n, b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m vào nút 'T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o CV b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>ng AI'.</w:t>
      </w:r>
    </w:p>
    <w:p w14:paraId="7E60DC10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đo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văn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ng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 xml:space="preserve">n, </w:t>
      </w:r>
      <w:r w:rsidRPr="00CB0B3C">
        <w:rPr>
          <w:rFonts w:ascii="Arial" w:hAnsi="Arial"/>
          <w:color w:val="212121"/>
          <w:sz w:val="28"/>
          <w:szCs w:val="28"/>
        </w:rPr>
        <w:t>mô t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 xml:space="preserve"> t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 xml:space="preserve"> nhiên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v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 xml:space="preserve">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thân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n. Ví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:</w:t>
      </w:r>
      <w:r w:rsidRPr="00CB0B3C">
        <w:rPr>
          <w:rFonts w:ascii="Arial" w:hAnsi="Arial"/>
          <w:color w:val="212121"/>
          <w:sz w:val="28"/>
          <w:szCs w:val="28"/>
        </w:rPr>
        <w:br/>
        <w:t>"Chào ad, mình là Tu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n, 25 tu</w:t>
      </w:r>
      <w:r w:rsidRPr="00CB0B3C">
        <w:rPr>
          <w:rFonts w:ascii="Arial" w:hAnsi="Arial"/>
          <w:color w:val="212121"/>
          <w:sz w:val="28"/>
          <w:szCs w:val="28"/>
        </w:rPr>
        <w:t>ổ</w:t>
      </w:r>
      <w:r w:rsidRPr="00CB0B3C">
        <w:rPr>
          <w:rFonts w:ascii="Arial" w:hAnsi="Arial"/>
          <w:color w:val="212121"/>
          <w:sz w:val="28"/>
          <w:szCs w:val="28"/>
        </w:rPr>
        <w:t xml:space="preserve">i, quê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Ngh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An. Trư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c đây mình t</w:t>
      </w:r>
      <w:r w:rsidRPr="00CB0B3C">
        <w:rPr>
          <w:rFonts w:ascii="Arial" w:hAnsi="Arial"/>
          <w:color w:val="212121"/>
          <w:sz w:val="28"/>
          <w:szCs w:val="28"/>
        </w:rPr>
        <w:t>ừ</w:t>
      </w:r>
      <w:r w:rsidRPr="00CB0B3C">
        <w:rPr>
          <w:rFonts w:ascii="Arial" w:hAnsi="Arial"/>
          <w:color w:val="212121"/>
          <w:sz w:val="28"/>
          <w:szCs w:val="28"/>
        </w:rPr>
        <w:t>ng làm th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 xml:space="preserve"> hàn cơ khí l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 xml:space="preserve">p ráp khung thép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KCN Sóng Th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n Bình Dương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3 năm. Mình có ch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hàn 3G, bi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đ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c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v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k</w:t>
      </w:r>
      <w:r w:rsidRPr="00CB0B3C">
        <w:rPr>
          <w:rFonts w:ascii="Arial" w:hAnsi="Arial"/>
          <w:color w:val="212121"/>
          <w:sz w:val="28"/>
          <w:szCs w:val="28"/>
        </w:rPr>
        <w:t>ỹ</w:t>
      </w:r>
      <w:r w:rsidRPr="00CB0B3C">
        <w:rPr>
          <w:rFonts w:ascii="Arial" w:hAnsi="Arial"/>
          <w:color w:val="212121"/>
          <w:sz w:val="28"/>
          <w:szCs w:val="28"/>
        </w:rPr>
        <w:t xml:space="preserve"> thu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t cơ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n, s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kh</w:t>
      </w:r>
      <w:r w:rsidRPr="00CB0B3C">
        <w:rPr>
          <w:rFonts w:ascii="Arial" w:hAnsi="Arial"/>
          <w:color w:val="212121"/>
          <w:sz w:val="28"/>
          <w:szCs w:val="28"/>
        </w:rPr>
        <w:t>ỏ</w:t>
      </w:r>
      <w:r w:rsidRPr="00CB0B3C">
        <w:rPr>
          <w:rFonts w:ascii="Arial" w:hAnsi="Arial"/>
          <w:color w:val="212121"/>
          <w:sz w:val="28"/>
          <w:szCs w:val="28"/>
        </w:rPr>
        <w:t>e</w:t>
      </w:r>
      <w:r w:rsidRPr="00CB0B3C">
        <w:rPr>
          <w:rFonts w:ascii="Arial" w:hAnsi="Arial"/>
          <w:color w:val="212121"/>
          <w:sz w:val="28"/>
          <w:szCs w:val="28"/>
        </w:rPr>
        <w:t xml:space="preserve">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t, chăm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>, mu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 tìm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lương t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m 10-12 tri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u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Dĩ An, làm ca ngày."</w:t>
      </w:r>
    </w:p>
    <w:p w14:paraId="64E75157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lastRenderedPageBreak/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vào nút 'B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t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 t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o CV b</w:t>
      </w:r>
      <w:r w:rsidRPr="00CB0B3C">
        <w:rPr>
          <w:rFonts w:ascii="Arial" w:hAnsi="Arial"/>
          <w:color w:val="212121"/>
          <w:sz w:val="28"/>
          <w:szCs w:val="28"/>
        </w:rPr>
        <w:t>ằ</w:t>
      </w:r>
      <w:r w:rsidRPr="00CB0B3C">
        <w:rPr>
          <w:rFonts w:ascii="Arial" w:hAnsi="Arial"/>
          <w:color w:val="212121"/>
          <w:sz w:val="28"/>
          <w:szCs w:val="28"/>
        </w:rPr>
        <w:t>ng AI'. 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g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>i yêu c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 x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 xml:space="preserve"> lý đ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n mô hình AI Claude/DeepSeek.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 xml:space="preserve"> trong vòng 3-5 giây, AI s</w:t>
      </w:r>
      <w:r w:rsidRPr="00CB0B3C">
        <w:rPr>
          <w:rFonts w:ascii="Arial" w:hAnsi="Arial"/>
          <w:color w:val="212121"/>
          <w:sz w:val="28"/>
          <w:szCs w:val="28"/>
        </w:rPr>
        <w:t>ẽ</w:t>
      </w:r>
      <w:r w:rsidRPr="00CB0B3C">
        <w:rPr>
          <w:rFonts w:ascii="Arial" w:hAnsi="Arial"/>
          <w:color w:val="212121"/>
          <w:sz w:val="28"/>
          <w:szCs w:val="28"/>
        </w:rPr>
        <w:t xml:space="preserve"> t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 xml:space="preserve">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ng phân tích và biên so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cho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m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>t b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y đ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 xml:space="preserve"> g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>m: Tóm t</w:t>
      </w:r>
      <w:r w:rsidRPr="00CB0B3C">
        <w:rPr>
          <w:rFonts w:ascii="Arial" w:hAnsi="Arial"/>
          <w:color w:val="212121"/>
          <w:sz w:val="28"/>
          <w:szCs w:val="28"/>
        </w:rPr>
        <w:t>ắ</w:t>
      </w:r>
      <w:r w:rsidRPr="00CB0B3C">
        <w:rPr>
          <w:rFonts w:ascii="Arial" w:hAnsi="Arial"/>
          <w:color w:val="212121"/>
          <w:sz w:val="28"/>
          <w:szCs w:val="28"/>
        </w:rPr>
        <w:t>t ngh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 xml:space="preserve">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p 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tư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ng, danh m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c kinh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m làm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chi ti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hành văn chuyên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p, các k</w:t>
      </w:r>
      <w:r w:rsidRPr="00CB0B3C">
        <w:rPr>
          <w:rFonts w:ascii="Arial" w:hAnsi="Arial"/>
          <w:color w:val="212121"/>
          <w:sz w:val="28"/>
          <w:szCs w:val="28"/>
        </w:rPr>
        <w:t>ỹ</w:t>
      </w:r>
      <w:r w:rsidRPr="00CB0B3C">
        <w:rPr>
          <w:rFonts w:ascii="Arial" w:hAnsi="Arial"/>
          <w:color w:val="212121"/>
          <w:sz w:val="28"/>
          <w:szCs w:val="28"/>
        </w:rPr>
        <w:t xml:space="preserve"> năng c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ng/m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>m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chu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n hóa và m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lương đ</w:t>
      </w:r>
      <w:r w:rsidRPr="00CB0B3C">
        <w:rPr>
          <w:rFonts w:ascii="Arial" w:hAnsi="Arial"/>
          <w:color w:val="212121"/>
          <w:sz w:val="28"/>
          <w:szCs w:val="28"/>
        </w:rPr>
        <w:t>ề</w:t>
      </w:r>
      <w:r w:rsidRPr="00CB0B3C">
        <w:rPr>
          <w:rFonts w:ascii="Arial" w:hAnsi="Arial"/>
          <w:color w:val="212121"/>
          <w:sz w:val="28"/>
          <w:szCs w:val="28"/>
        </w:rPr>
        <w:t xml:space="preserve"> xu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t.</w:t>
      </w:r>
    </w:p>
    <w:p w14:paraId="19285671" w14:textId="77777777" w:rsidR="0033518B" w:rsidRPr="00CB0B3C" w:rsidRDefault="00B119E8" w:rsidP="00CB0B3C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Bư</w:t>
      </w:r>
      <w:r w:rsidRPr="00CB0B3C">
        <w:rPr>
          <w:rFonts w:ascii="Arial" w:hAnsi="Arial"/>
          <w:b/>
          <w:color w:val="212121"/>
          <w:sz w:val="28"/>
          <w:szCs w:val="28"/>
        </w:rPr>
        <w:t>ớ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CB0B3C">
        <w:rPr>
          <w:rFonts w:ascii="Arial" w:hAnsi="Arial"/>
          <w:color w:val="212121"/>
          <w:sz w:val="28"/>
          <w:szCs w:val="28"/>
        </w:rPr>
        <w:t>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có th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ch</w:t>
      </w:r>
      <w:r w:rsidRPr="00CB0B3C">
        <w:rPr>
          <w:rFonts w:ascii="Arial" w:hAnsi="Arial"/>
          <w:color w:val="212121"/>
          <w:sz w:val="28"/>
          <w:szCs w:val="28"/>
        </w:rPr>
        <w:t>ỉ</w:t>
      </w:r>
      <w:r w:rsidRPr="00CB0B3C">
        <w:rPr>
          <w:rFonts w:ascii="Arial" w:hAnsi="Arial"/>
          <w:color w:val="212121"/>
          <w:sz w:val="28"/>
          <w:szCs w:val="28"/>
        </w:rPr>
        <w:t>nh s</w:t>
      </w:r>
      <w:r w:rsidRPr="00CB0B3C">
        <w:rPr>
          <w:rFonts w:ascii="Arial" w:hAnsi="Arial"/>
          <w:color w:val="212121"/>
          <w:sz w:val="28"/>
          <w:szCs w:val="28"/>
        </w:rPr>
        <w:t>ử</w:t>
      </w:r>
      <w:r w:rsidRPr="00CB0B3C">
        <w:rPr>
          <w:rFonts w:ascii="Arial" w:hAnsi="Arial"/>
          <w:color w:val="212121"/>
          <w:sz w:val="28"/>
          <w:szCs w:val="28"/>
        </w:rPr>
        <w:t>a l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các thông tin n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u AI vi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chưa đúng th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,</w:t>
      </w:r>
      <w:r w:rsidRPr="00CB0B3C">
        <w:rPr>
          <w:rFonts w:ascii="Arial" w:hAnsi="Arial"/>
          <w:color w:val="212121"/>
          <w:sz w:val="28"/>
          <w:szCs w:val="28"/>
        </w:rPr>
        <w:t xml:space="preserve"> sau đó nh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n 'Lưu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sơ'.</w:t>
      </w:r>
    </w:p>
    <w:p w14:paraId="3B88ECBE" w14:textId="77777777" w:rsidR="0033518B" w:rsidRPr="00CB0B3C" w:rsidRDefault="00B119E8" w:rsidP="00CB0B3C">
      <w:pPr>
        <w:keepNext/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3.3. L</w:t>
      </w:r>
      <w:r w:rsidRPr="00CB0B3C">
        <w:rPr>
          <w:rFonts w:ascii="Arial" w:hAnsi="Arial"/>
          <w:b/>
          <w:color w:val="37474F"/>
          <w:sz w:val="28"/>
          <w:szCs w:val="28"/>
        </w:rPr>
        <w:t>ự</w:t>
      </w:r>
      <w:r w:rsidRPr="00CB0B3C">
        <w:rPr>
          <w:rFonts w:ascii="Arial" w:hAnsi="Arial"/>
          <w:b/>
          <w:color w:val="37474F"/>
          <w:sz w:val="28"/>
          <w:szCs w:val="28"/>
        </w:rPr>
        <w:t>a ch</w:t>
      </w:r>
      <w:r w:rsidRPr="00CB0B3C">
        <w:rPr>
          <w:rFonts w:ascii="Arial" w:hAnsi="Arial"/>
          <w:b/>
          <w:color w:val="37474F"/>
          <w:sz w:val="28"/>
          <w:szCs w:val="28"/>
        </w:rPr>
        <w:t>ọ</w:t>
      </w:r>
      <w:r w:rsidRPr="00CB0B3C">
        <w:rPr>
          <w:rFonts w:ascii="Arial" w:hAnsi="Arial"/>
          <w:b/>
          <w:color w:val="37474F"/>
          <w:sz w:val="28"/>
          <w:szCs w:val="28"/>
        </w:rPr>
        <w:t>n 11 m</w:t>
      </w:r>
      <w:r w:rsidRPr="00CB0B3C">
        <w:rPr>
          <w:rFonts w:ascii="Arial" w:hAnsi="Arial"/>
          <w:b/>
          <w:color w:val="37474F"/>
          <w:sz w:val="28"/>
          <w:szCs w:val="28"/>
        </w:rPr>
        <w:t>ẫ</w:t>
      </w:r>
      <w:r w:rsidRPr="00CB0B3C">
        <w:rPr>
          <w:rFonts w:ascii="Arial" w:hAnsi="Arial"/>
          <w:b/>
          <w:color w:val="37474F"/>
          <w:sz w:val="28"/>
          <w:szCs w:val="28"/>
        </w:rPr>
        <w:t>u giao di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>n CV chuyên nghi</w:t>
      </w:r>
      <w:r w:rsidRPr="00CB0B3C">
        <w:rPr>
          <w:rFonts w:ascii="Arial" w:hAnsi="Arial"/>
          <w:b/>
          <w:color w:val="37474F"/>
          <w:sz w:val="28"/>
          <w:szCs w:val="28"/>
        </w:rPr>
        <w:t>ệ</w:t>
      </w:r>
      <w:r w:rsidRPr="00CB0B3C">
        <w:rPr>
          <w:rFonts w:ascii="Arial" w:hAnsi="Arial"/>
          <w:b/>
          <w:color w:val="37474F"/>
          <w:sz w:val="28"/>
          <w:szCs w:val="28"/>
        </w:rPr>
        <w:t>p</w:t>
      </w:r>
    </w:p>
    <w:p w14:paraId="0EEEF7A3" w14:textId="77777777" w:rsidR="0033518B" w:rsidRPr="00CB0B3C" w:rsidRDefault="00B119E8" w:rsidP="00CB0B3C">
      <w:pPr>
        <w:spacing w:after="120"/>
        <w:ind w:firstLine="720"/>
        <w:jc w:val="both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cung c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p s</w:t>
      </w:r>
      <w:r w:rsidRPr="00CB0B3C">
        <w:rPr>
          <w:rFonts w:ascii="Arial" w:hAnsi="Arial"/>
          <w:color w:val="212121"/>
          <w:sz w:val="28"/>
          <w:szCs w:val="28"/>
        </w:rPr>
        <w:t>ẵ</w:t>
      </w:r>
      <w:r w:rsidRPr="00CB0B3C">
        <w:rPr>
          <w:rFonts w:ascii="Arial" w:hAnsi="Arial"/>
          <w:color w:val="212121"/>
          <w:sz w:val="28"/>
          <w:szCs w:val="28"/>
        </w:rPr>
        <w:t>n 11 m</w:t>
      </w:r>
      <w:r w:rsidRPr="00CB0B3C">
        <w:rPr>
          <w:rFonts w:ascii="Arial" w:hAnsi="Arial"/>
          <w:color w:val="212121"/>
          <w:sz w:val="28"/>
          <w:szCs w:val="28"/>
        </w:rPr>
        <w:t>ẫ</w:t>
      </w:r>
      <w:r w:rsidRPr="00CB0B3C">
        <w:rPr>
          <w:rFonts w:ascii="Arial" w:hAnsi="Arial"/>
          <w:color w:val="212121"/>
          <w:sz w:val="28"/>
          <w:szCs w:val="28"/>
        </w:rPr>
        <w:t>u giao di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CV đư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c thi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k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 chu</w:t>
      </w:r>
      <w:r w:rsidRPr="00CB0B3C">
        <w:rPr>
          <w:rFonts w:ascii="Arial" w:hAnsi="Arial"/>
          <w:color w:val="212121"/>
          <w:sz w:val="28"/>
          <w:szCs w:val="28"/>
        </w:rPr>
        <w:t>ẩ</w:t>
      </w:r>
      <w:r w:rsidRPr="00CB0B3C">
        <w:rPr>
          <w:rFonts w:ascii="Arial" w:hAnsi="Arial"/>
          <w:color w:val="212121"/>
          <w:sz w:val="28"/>
          <w:szCs w:val="28"/>
        </w:rPr>
        <w:t>n m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c,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ưu hi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>n th</w:t>
      </w:r>
      <w:r w:rsidRPr="00CB0B3C">
        <w:rPr>
          <w:rFonts w:ascii="Arial" w:hAnsi="Arial"/>
          <w:color w:val="212121"/>
          <w:sz w:val="28"/>
          <w:szCs w:val="28"/>
        </w:rPr>
        <w:t>ị</w:t>
      </w:r>
      <w:r w:rsidRPr="00CB0B3C">
        <w:rPr>
          <w:rFonts w:ascii="Arial" w:hAnsi="Arial"/>
          <w:color w:val="212121"/>
          <w:sz w:val="28"/>
          <w:szCs w:val="28"/>
        </w:rPr>
        <w:t xml:space="preserve"> trên c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 xml:space="preserve"> đi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n tho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i và b</w:t>
      </w:r>
      <w:r w:rsidRPr="00CB0B3C">
        <w:rPr>
          <w:rFonts w:ascii="Arial" w:hAnsi="Arial"/>
          <w:color w:val="212121"/>
          <w:sz w:val="28"/>
          <w:szCs w:val="28"/>
        </w:rPr>
        <w:t>ả</w:t>
      </w:r>
      <w:r w:rsidRPr="00CB0B3C">
        <w:rPr>
          <w:rFonts w:ascii="Arial" w:hAnsi="Arial"/>
          <w:color w:val="212121"/>
          <w:sz w:val="28"/>
          <w:szCs w:val="28"/>
        </w:rPr>
        <w:t>n in gi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y.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có th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ch</w:t>
      </w:r>
      <w:r w:rsidRPr="00CB0B3C">
        <w:rPr>
          <w:rFonts w:ascii="Arial" w:hAnsi="Arial"/>
          <w:color w:val="212121"/>
          <w:sz w:val="28"/>
          <w:szCs w:val="28"/>
        </w:rPr>
        <w:t>ọ</w:t>
      </w:r>
      <w:r w:rsidRPr="00CB0B3C">
        <w:rPr>
          <w:rFonts w:ascii="Arial" w:hAnsi="Arial"/>
          <w:color w:val="212121"/>
          <w:sz w:val="28"/>
          <w:szCs w:val="28"/>
        </w:rPr>
        <w:t>n b</w:t>
      </w:r>
      <w:r w:rsidRPr="00CB0B3C">
        <w:rPr>
          <w:rFonts w:ascii="Arial" w:hAnsi="Arial"/>
          <w:color w:val="212121"/>
          <w:sz w:val="28"/>
          <w:szCs w:val="28"/>
        </w:rPr>
        <w:t>ấ</w:t>
      </w:r>
      <w:r w:rsidRPr="00CB0B3C">
        <w:rPr>
          <w:rFonts w:ascii="Arial" w:hAnsi="Arial"/>
          <w:color w:val="212121"/>
          <w:sz w:val="28"/>
          <w:szCs w:val="28"/>
        </w:rPr>
        <w:t>t k</w:t>
      </w:r>
      <w:r w:rsidRPr="00CB0B3C">
        <w:rPr>
          <w:rFonts w:ascii="Arial" w:hAnsi="Arial"/>
          <w:color w:val="212121"/>
          <w:sz w:val="28"/>
          <w:szCs w:val="28"/>
        </w:rPr>
        <w:t>ỳ</w:t>
      </w:r>
      <w:r w:rsidRPr="00CB0B3C">
        <w:rPr>
          <w:rFonts w:ascii="Arial" w:hAnsi="Arial"/>
          <w:color w:val="212121"/>
          <w:sz w:val="28"/>
          <w:szCs w:val="28"/>
        </w:rPr>
        <w:t xml:space="preserve"> m</w:t>
      </w:r>
      <w:r w:rsidRPr="00CB0B3C">
        <w:rPr>
          <w:rFonts w:ascii="Arial" w:hAnsi="Arial"/>
          <w:color w:val="212121"/>
          <w:sz w:val="28"/>
          <w:szCs w:val="28"/>
        </w:rPr>
        <w:t>ẫ</w:t>
      </w:r>
      <w:r w:rsidRPr="00CB0B3C">
        <w:rPr>
          <w:rFonts w:ascii="Arial" w:hAnsi="Arial"/>
          <w:color w:val="212121"/>
          <w:sz w:val="28"/>
          <w:szCs w:val="28"/>
        </w:rPr>
        <w:t>u nào đ</w:t>
      </w:r>
      <w:r w:rsidRPr="00CB0B3C">
        <w:rPr>
          <w:rFonts w:ascii="Arial" w:hAnsi="Arial"/>
          <w:color w:val="212121"/>
          <w:sz w:val="28"/>
          <w:szCs w:val="28"/>
        </w:rPr>
        <w:t>ể</w:t>
      </w:r>
      <w:r w:rsidRPr="00CB0B3C">
        <w:rPr>
          <w:rFonts w:ascii="Arial" w:hAnsi="Arial"/>
          <w:color w:val="212121"/>
          <w:sz w:val="28"/>
          <w:szCs w:val="28"/>
        </w:rPr>
        <w:t xml:space="preserve"> áp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ng tr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p cho h</w:t>
      </w:r>
      <w:r w:rsidRPr="00CB0B3C">
        <w:rPr>
          <w:rFonts w:ascii="Arial" w:hAnsi="Arial"/>
          <w:color w:val="212121"/>
          <w:sz w:val="28"/>
          <w:szCs w:val="28"/>
        </w:rPr>
        <w:t>ồ</w:t>
      </w:r>
      <w:r w:rsidRPr="00CB0B3C">
        <w:rPr>
          <w:rFonts w:ascii="Arial" w:hAnsi="Arial"/>
          <w:color w:val="212121"/>
          <w:sz w:val="28"/>
          <w:szCs w:val="28"/>
        </w:rPr>
        <w:t xml:space="preserve"> </w:t>
      </w:r>
      <w:r w:rsidRPr="00CB0B3C">
        <w:rPr>
          <w:rFonts w:ascii="Arial" w:hAnsi="Arial"/>
          <w:color w:val="212121"/>
          <w:sz w:val="28"/>
          <w:szCs w:val="28"/>
        </w:rPr>
        <w:t>sơ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mình: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64"/>
        <w:gridCol w:w="3168"/>
        <w:gridCol w:w="5328"/>
      </w:tblGrid>
      <w:tr w:rsidR="0033518B" w14:paraId="7BD59B45" w14:textId="77777777">
        <w:trPr>
          <w:jc w:val="center"/>
        </w:trPr>
        <w:tc>
          <w:tcPr>
            <w:tcW w:w="864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9EEE0D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STT</w:t>
            </w:r>
          </w:p>
        </w:tc>
        <w:tc>
          <w:tcPr>
            <w:tcW w:w="3168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1F2749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Tên m</w:t>
            </w:r>
            <w:r>
              <w:rPr>
                <w:rFonts w:ascii="Arial" w:hAnsi="Arial"/>
                <w:b/>
                <w:color w:val="FFFFFF"/>
                <w:sz w:val="21"/>
              </w:rPr>
              <w:t>ẫ</w:t>
            </w:r>
            <w:r>
              <w:rPr>
                <w:rFonts w:ascii="Arial" w:hAnsi="Arial"/>
                <w:b/>
                <w:color w:val="FFFFFF"/>
                <w:sz w:val="21"/>
              </w:rPr>
              <w:t>u CV (Template)</w:t>
            </w:r>
          </w:p>
        </w:tc>
        <w:tc>
          <w:tcPr>
            <w:tcW w:w="5328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330F10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Phong cách &amp; Đ</w:t>
            </w:r>
            <w:r>
              <w:rPr>
                <w:rFonts w:ascii="Arial" w:hAnsi="Arial"/>
                <w:b/>
                <w:color w:val="FFFFFF"/>
                <w:sz w:val="21"/>
              </w:rPr>
              <w:t>ố</w:t>
            </w:r>
            <w:r>
              <w:rPr>
                <w:rFonts w:ascii="Arial" w:hAnsi="Arial"/>
                <w:b/>
                <w:color w:val="FFFFFF"/>
                <w:sz w:val="21"/>
              </w:rPr>
              <w:t>i tư</w:t>
            </w:r>
            <w:r>
              <w:rPr>
                <w:rFonts w:ascii="Arial" w:hAnsi="Arial"/>
                <w:b/>
                <w:color w:val="FFFFFF"/>
                <w:sz w:val="21"/>
              </w:rPr>
              <w:t>ợ</w:t>
            </w:r>
            <w:r>
              <w:rPr>
                <w:rFonts w:ascii="Arial" w:hAnsi="Arial"/>
                <w:b/>
                <w:color w:val="FFFFFF"/>
                <w:sz w:val="21"/>
              </w:rPr>
              <w:t>ng phù h</w:t>
            </w:r>
            <w:r>
              <w:rPr>
                <w:rFonts w:ascii="Arial" w:hAnsi="Arial"/>
                <w:b/>
                <w:color w:val="FFFFFF"/>
                <w:sz w:val="21"/>
              </w:rPr>
              <w:t>ợ</w:t>
            </w:r>
            <w:r>
              <w:rPr>
                <w:rFonts w:ascii="Arial" w:hAnsi="Arial"/>
                <w:b/>
                <w:color w:val="FFFFFF"/>
                <w:sz w:val="21"/>
              </w:rPr>
              <w:t>p</w:t>
            </w:r>
          </w:p>
        </w:tc>
      </w:tr>
      <w:tr w:rsidR="0033518B" w14:paraId="1DBD453D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B2AAB1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1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4B262F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Minimalist (T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gi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704C9C4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Phong cách 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 đ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i, tinh g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n, t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p trung cao vào ph</w:t>
            </w:r>
            <w:r>
              <w:rPr>
                <w:rFonts w:ascii="Arial" w:hAnsi="Arial"/>
                <w:color w:val="212121"/>
                <w:sz w:val="20"/>
              </w:rPr>
              <w:t>ầ</w:t>
            </w:r>
            <w:r>
              <w:rPr>
                <w:rFonts w:ascii="Arial" w:hAnsi="Arial"/>
                <w:color w:val="212121"/>
                <w:sz w:val="20"/>
              </w:rPr>
              <w:t>n kinh nghi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m làm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th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>c t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. R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t phù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lao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 ph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 xml:space="preserve"> thông, công nhân nhà máy.</w:t>
            </w:r>
          </w:p>
        </w:tc>
      </w:tr>
      <w:tr w:rsidR="0033518B" w14:paraId="56FB3191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115F142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2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1D51804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Xanh (Green Style)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071D49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Tông màu xanh lá cây tươi mát, thân thi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n. Phù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m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i đ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tư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ng và th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 xml:space="preserve"> 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 tinh th</w:t>
            </w:r>
            <w:r>
              <w:rPr>
                <w:rFonts w:ascii="Arial" w:hAnsi="Arial"/>
                <w:color w:val="212121"/>
                <w:sz w:val="20"/>
              </w:rPr>
              <w:t>ầ</w:t>
            </w:r>
            <w:r>
              <w:rPr>
                <w:rFonts w:ascii="Arial" w:hAnsi="Arial"/>
                <w:color w:val="212121"/>
                <w:sz w:val="20"/>
              </w:rPr>
              <w:t>n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Làm Xanh.</w:t>
            </w:r>
          </w:p>
        </w:tc>
      </w:tr>
      <w:tr w:rsidR="0033518B" w14:paraId="4E37B522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A95C6B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3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4B5F6B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Luxe (Sang tr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ng)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798711A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S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 xml:space="preserve"> k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t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gi</w:t>
            </w:r>
            <w:r>
              <w:rPr>
                <w:rFonts w:ascii="Arial" w:hAnsi="Arial"/>
                <w:color w:val="212121"/>
                <w:sz w:val="20"/>
              </w:rPr>
              <w:t>ữ</w:t>
            </w:r>
            <w:r>
              <w:rPr>
                <w:rFonts w:ascii="Arial" w:hAnsi="Arial"/>
                <w:color w:val="212121"/>
                <w:sz w:val="20"/>
              </w:rPr>
              <w:t>a màu đen huy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n bí và vàng kim sang tr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ng. Thích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các v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 xml:space="preserve"> trí Qu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 lý, T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 xml:space="preserve"> trư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 ca, Giám sát k</w:t>
            </w:r>
            <w:r>
              <w:rPr>
                <w:rFonts w:ascii="Arial" w:hAnsi="Arial"/>
                <w:color w:val="212121"/>
                <w:sz w:val="20"/>
              </w:rPr>
              <w:t>ỹ</w:t>
            </w:r>
            <w:r>
              <w:rPr>
                <w:rFonts w:ascii="Arial" w:hAnsi="Arial"/>
                <w:color w:val="212121"/>
                <w:sz w:val="20"/>
              </w:rPr>
              <w:t xml:space="preserve"> thu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t.</w:t>
            </w:r>
          </w:p>
        </w:tc>
      </w:tr>
      <w:tr w:rsidR="0033518B" w14:paraId="748F8046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A2CA627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4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DEF06FA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Kinh Doanh (Business)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5EB725F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Thi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t k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 xml:space="preserve"> năng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ng, nh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m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nh vào thành tích và k</w:t>
            </w:r>
            <w:r>
              <w:rPr>
                <w:rFonts w:ascii="Arial" w:hAnsi="Arial"/>
                <w:color w:val="212121"/>
                <w:sz w:val="20"/>
              </w:rPr>
              <w:t>ỹ</w:t>
            </w:r>
            <w:r>
              <w:rPr>
                <w:rFonts w:ascii="Arial" w:hAnsi="Arial"/>
                <w:color w:val="212121"/>
                <w:sz w:val="20"/>
              </w:rPr>
              <w:t xml:space="preserve"> năng giao ti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p. Phù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nhân viên bán hàng, CSKH, giao nh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n.</w:t>
            </w:r>
          </w:p>
        </w:tc>
      </w:tr>
      <w:tr w:rsidR="0033518B" w14:paraId="1605E0B3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38EE7F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5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3225BB8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K</w:t>
            </w:r>
            <w:r>
              <w:rPr>
                <w:rFonts w:ascii="Arial" w:hAnsi="Arial"/>
                <w:color w:val="212121"/>
                <w:sz w:val="20"/>
              </w:rPr>
              <w:t>ỹ</w:t>
            </w:r>
            <w:r>
              <w:rPr>
                <w:rFonts w:ascii="Arial" w:hAnsi="Arial"/>
                <w:color w:val="212121"/>
                <w:sz w:val="20"/>
              </w:rPr>
              <w:t xml:space="preserve"> Thu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(Technical)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8259D07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B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 xml:space="preserve"> c</w:t>
            </w:r>
            <w:r>
              <w:rPr>
                <w:rFonts w:ascii="Arial" w:hAnsi="Arial"/>
                <w:color w:val="212121"/>
                <w:sz w:val="20"/>
              </w:rPr>
              <w:t>ụ</w:t>
            </w:r>
            <w:r>
              <w:rPr>
                <w:rFonts w:ascii="Arial" w:hAnsi="Arial"/>
                <w:color w:val="212121"/>
                <w:sz w:val="20"/>
              </w:rPr>
              <w:t>c rõ ràng, làm n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>i b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các ch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ng ch</w:t>
            </w:r>
            <w:r>
              <w:rPr>
                <w:rFonts w:ascii="Arial" w:hAnsi="Arial"/>
                <w:color w:val="212121"/>
                <w:sz w:val="20"/>
              </w:rPr>
              <w:t>ỉ</w:t>
            </w:r>
            <w:r>
              <w:rPr>
                <w:rFonts w:ascii="Arial" w:hAnsi="Arial"/>
                <w:color w:val="212121"/>
                <w:sz w:val="20"/>
              </w:rPr>
              <w:t xml:space="preserve"> ngh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 xml:space="preserve"> và công ngh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 xml:space="preserve"> thành th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o. Phù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th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 hàn, t</w:t>
            </w:r>
            <w:r>
              <w:rPr>
                <w:rFonts w:ascii="Arial" w:hAnsi="Arial"/>
                <w:color w:val="212121"/>
                <w:sz w:val="20"/>
              </w:rPr>
              <w:t>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 đi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n, v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n hành máy.</w:t>
            </w:r>
          </w:p>
        </w:tc>
      </w:tr>
      <w:tr w:rsidR="0033518B" w14:paraId="389B2741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89ED9E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6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86DC840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Nhi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t Đ</w:t>
            </w:r>
            <w:r>
              <w:rPr>
                <w:rFonts w:ascii="Arial" w:hAnsi="Arial"/>
                <w:color w:val="212121"/>
                <w:sz w:val="20"/>
              </w:rPr>
              <w:t>ớ</w:t>
            </w:r>
            <w:r>
              <w:rPr>
                <w:rFonts w:ascii="Arial" w:hAnsi="Arial"/>
                <w:color w:val="212121"/>
                <w:sz w:val="20"/>
              </w:rPr>
              <w:t>i (Tropical)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A810D9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Ph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màu tươi tr</w:t>
            </w:r>
            <w:r>
              <w:rPr>
                <w:rFonts w:ascii="Arial" w:hAnsi="Arial"/>
                <w:color w:val="212121"/>
                <w:sz w:val="20"/>
              </w:rPr>
              <w:t>ẻ</w:t>
            </w:r>
            <w:r>
              <w:rPr>
                <w:rFonts w:ascii="Arial" w:hAnsi="Arial"/>
                <w:color w:val="212121"/>
                <w:sz w:val="20"/>
              </w:rPr>
              <w:t>, sáng t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o và mang tính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t phá.</w:t>
            </w:r>
          </w:p>
        </w:tc>
      </w:tr>
      <w:tr w:rsidR="0033518B" w14:paraId="02195398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33DBAF6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7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3A3ABE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Sáng T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o (Creative)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EEC80E2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Thi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t k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 xml:space="preserve">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c đáo cho nh</w:t>
            </w:r>
            <w:r>
              <w:rPr>
                <w:rFonts w:ascii="Arial" w:hAnsi="Arial"/>
                <w:color w:val="212121"/>
                <w:sz w:val="20"/>
              </w:rPr>
              <w:t>ữ</w:t>
            </w:r>
            <w:r>
              <w:rPr>
                <w:rFonts w:ascii="Arial" w:hAnsi="Arial"/>
                <w:color w:val="212121"/>
                <w:sz w:val="20"/>
              </w:rPr>
              <w:t xml:space="preserve">ng 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ng viên mu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n th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 xml:space="preserve"> 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 cá tính riêng bi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t.</w:t>
            </w:r>
          </w:p>
        </w:tc>
      </w:tr>
      <w:tr w:rsidR="0033518B" w14:paraId="1C55D8E9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0A89A81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8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F3C07C0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H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c Thu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(Academic)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024D22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Trang tr</w:t>
            </w:r>
            <w:r>
              <w:rPr>
                <w:rFonts w:ascii="Arial" w:hAnsi="Arial"/>
                <w:color w:val="212121"/>
                <w:sz w:val="20"/>
              </w:rPr>
              <w:t>ọ</w:t>
            </w:r>
            <w:r>
              <w:rPr>
                <w:rFonts w:ascii="Arial" w:hAnsi="Arial"/>
                <w:color w:val="212121"/>
                <w:sz w:val="20"/>
              </w:rPr>
              <w:t>ng, chu</w:t>
            </w:r>
            <w:r>
              <w:rPr>
                <w:rFonts w:ascii="Arial" w:hAnsi="Arial"/>
                <w:color w:val="212121"/>
                <w:sz w:val="20"/>
              </w:rPr>
              <w:t>ẩ</w:t>
            </w:r>
            <w:r>
              <w:rPr>
                <w:rFonts w:ascii="Arial" w:hAnsi="Arial"/>
                <w:color w:val="212121"/>
                <w:sz w:val="20"/>
              </w:rPr>
              <w:t>n m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>c, thích h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p cho sinh</w:t>
            </w:r>
            <w:r>
              <w:rPr>
                <w:rFonts w:ascii="Arial" w:hAnsi="Arial"/>
                <w:color w:val="212121"/>
                <w:sz w:val="20"/>
              </w:rPr>
              <w:t xml:space="preserve"> viên m</w:t>
            </w:r>
            <w:r>
              <w:rPr>
                <w:rFonts w:ascii="Arial" w:hAnsi="Arial"/>
                <w:color w:val="212121"/>
                <w:sz w:val="20"/>
              </w:rPr>
              <w:t>ớ</w:t>
            </w:r>
            <w:r>
              <w:rPr>
                <w:rFonts w:ascii="Arial" w:hAnsi="Arial"/>
                <w:color w:val="212121"/>
                <w:sz w:val="20"/>
              </w:rPr>
              <w:t>i ra trư</w:t>
            </w:r>
            <w:r>
              <w:rPr>
                <w:rFonts w:ascii="Arial" w:hAnsi="Arial"/>
                <w:color w:val="212121"/>
                <w:sz w:val="20"/>
              </w:rPr>
              <w:t>ờ</w:t>
            </w:r>
            <w:r>
              <w:rPr>
                <w:rFonts w:ascii="Arial" w:hAnsi="Arial"/>
                <w:color w:val="212121"/>
                <w:sz w:val="20"/>
              </w:rPr>
              <w:t>ng ho</w:t>
            </w:r>
            <w:r>
              <w:rPr>
                <w:rFonts w:ascii="Arial" w:hAnsi="Arial"/>
                <w:color w:val="212121"/>
                <w:sz w:val="20"/>
              </w:rPr>
              <w:t>ặ</w:t>
            </w:r>
            <w:r>
              <w:rPr>
                <w:rFonts w:ascii="Arial" w:hAnsi="Arial"/>
                <w:color w:val="212121"/>
                <w:sz w:val="20"/>
              </w:rPr>
              <w:t>c th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>c t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p sinh.</w:t>
            </w:r>
          </w:p>
        </w:tc>
      </w:tr>
      <w:tr w:rsidR="0033518B" w14:paraId="196CC2AB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46F2808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9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5F7606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Freelancer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43FAA16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Nh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m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nh vào danh sách d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 xml:space="preserve"> án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c l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p đã hoàn thành.</w:t>
            </w:r>
          </w:p>
        </w:tc>
      </w:tr>
      <w:tr w:rsidR="0033518B" w14:paraId="3905DF71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74E831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lastRenderedPageBreak/>
              <w:t>10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FCAA58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Kh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i Nghi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p (Startup)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71FC644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 đ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i, linh ho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t, t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p trung vào kh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 xml:space="preserve"> năng thích 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ng nhanh.</w:t>
            </w:r>
          </w:p>
        </w:tc>
      </w:tr>
      <w:tr w:rsidR="0033518B" w14:paraId="479A5091" w14:textId="77777777">
        <w:trPr>
          <w:jc w:val="center"/>
        </w:trPr>
        <w:tc>
          <w:tcPr>
            <w:tcW w:w="86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159C97E" w14:textId="77777777" w:rsidR="0033518B" w:rsidRDefault="00B119E8" w:rsidP="00BD5B6D">
            <w:r>
              <w:rPr>
                <w:rFonts w:ascii="Arial" w:hAnsi="Arial"/>
                <w:color w:val="212121"/>
                <w:sz w:val="20"/>
              </w:rPr>
              <w:t>11</w:t>
            </w:r>
          </w:p>
        </w:tc>
        <w:tc>
          <w:tcPr>
            <w:tcW w:w="316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93BFA3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Đi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u Hành (Executive)</w:t>
            </w:r>
          </w:p>
        </w:tc>
        <w:tc>
          <w:tcPr>
            <w:tcW w:w="532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2BBA64" w14:textId="77777777" w:rsidR="0033518B" w:rsidRDefault="00B119E8" w:rsidP="00BD5B6D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Thi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t k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 xml:space="preserve"> đ</w:t>
            </w:r>
            <w:r>
              <w:rPr>
                <w:rFonts w:ascii="Arial" w:hAnsi="Arial"/>
                <w:color w:val="212121"/>
                <w:sz w:val="20"/>
              </w:rPr>
              <w:t>ẳ</w:t>
            </w:r>
            <w:r>
              <w:rPr>
                <w:rFonts w:ascii="Arial" w:hAnsi="Arial"/>
                <w:color w:val="212121"/>
                <w:sz w:val="20"/>
              </w:rPr>
              <w:t>ng c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p dành riêng cho c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p</w:t>
            </w:r>
            <w:r>
              <w:rPr>
                <w:rFonts w:ascii="Arial" w:hAnsi="Arial"/>
                <w:color w:val="212121"/>
                <w:sz w:val="20"/>
              </w:rPr>
              <w:t xml:space="preserve"> qu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 tr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>, đi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u ph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và giám sát.</w:t>
            </w:r>
          </w:p>
        </w:tc>
      </w:tr>
    </w:tbl>
    <w:p w14:paraId="06119409" w14:textId="77777777" w:rsidR="0033518B" w:rsidRDefault="0033518B" w:rsidP="00BD5B6D">
      <w:pPr>
        <w:spacing w:after="2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E61C47" w14:paraId="2E1D2C92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1B5E20"/>
              <w:bottom w:val="nil"/>
              <w:right w:val="nil"/>
            </w:tcBorders>
            <w:shd w:val="clear" w:color="auto" w:fill="E8F5E9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6B68CA13" w14:textId="77777777" w:rsidR="0033518B" w:rsidRPr="00E61C47" w:rsidRDefault="00B119E8" w:rsidP="00BD5B6D">
            <w:pPr>
              <w:spacing w:after="80"/>
              <w:rPr>
                <w:sz w:val="32"/>
                <w:szCs w:val="32"/>
              </w:rPr>
            </w:pP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💡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 xml:space="preserve"> G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Ợ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I Ý / M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Ẹ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O S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Ử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 xml:space="preserve"> D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>Ụ</w:t>
            </w:r>
            <w:r w:rsidRPr="00E61C47">
              <w:rPr>
                <w:rFonts w:ascii="Arial" w:hAnsi="Arial"/>
                <w:b/>
                <w:color w:val="1B5E20"/>
                <w:sz w:val="32"/>
                <w:szCs w:val="32"/>
              </w:rPr>
              <w:t xml:space="preserve">NG: 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Sau khi hoàn thành và lưu CV tr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ự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c tuy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ế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n, b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ạ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có th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ể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nh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ấ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vào nút 'T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ả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i CV PDF' đ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ể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lưu file c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ứ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ng v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ề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đi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ệ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tho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ạ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i ho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ặ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c nh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ấ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'Chia s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ẻ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qua Zalo' đ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ể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g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ử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i tr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ự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c ti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ế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p t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ệ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p CV đ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ị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nh d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ạ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ng PDF ch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ấ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t lư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ợ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ng cao cho 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nhà tuy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ể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d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ụ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ng ho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ặ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c ngư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ờ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i thân qua 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ứ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ng d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ụ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ng Zalo c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ự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c k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ỳ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 xml:space="preserve"> ti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ệ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n l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ợ</w:t>
            </w:r>
            <w:r w:rsidRPr="00E61C47">
              <w:rPr>
                <w:rFonts w:ascii="Arial" w:hAnsi="Arial"/>
                <w:color w:val="212121"/>
                <w:sz w:val="32"/>
                <w:szCs w:val="32"/>
              </w:rPr>
              <w:t>i.</w:t>
            </w:r>
          </w:p>
        </w:tc>
      </w:tr>
    </w:tbl>
    <w:p w14:paraId="3043A5A5" w14:textId="77777777" w:rsidR="0033518B" w:rsidRDefault="0033518B" w:rsidP="00BD5B6D">
      <w:pPr>
        <w:spacing w:after="120"/>
      </w:pPr>
    </w:p>
    <w:p w14:paraId="45D16C5B" w14:textId="00A74109" w:rsidR="00CB0B3C" w:rsidRPr="00E61C47" w:rsidRDefault="00B119E8" w:rsidP="00505EF0">
      <w:pPr>
        <w:spacing w:after="0"/>
        <w:jc w:val="center"/>
      </w:pPr>
      <w:r>
        <w:rPr>
          <w:rFonts w:ascii="Arial" w:hAnsi="Arial"/>
          <w:b/>
          <w:color w:val="1B5E20"/>
          <w:sz w:val="32"/>
        </w:rPr>
        <w:t>CHƯƠNG 4:</w:t>
      </w:r>
    </w:p>
    <w:p w14:paraId="7C9F1DAE" w14:textId="6C63A582" w:rsidR="0033518B" w:rsidRDefault="00B119E8" w:rsidP="00505EF0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>TÌM KI</w:t>
      </w:r>
      <w:r>
        <w:rPr>
          <w:rFonts w:ascii="Arial" w:hAnsi="Arial"/>
          <w:b/>
          <w:color w:val="1B5E20"/>
          <w:sz w:val="32"/>
        </w:rPr>
        <w:t>Ế</w:t>
      </w:r>
      <w:r>
        <w:rPr>
          <w:rFonts w:ascii="Arial" w:hAnsi="Arial"/>
          <w:b/>
          <w:color w:val="1B5E20"/>
          <w:sz w:val="32"/>
        </w:rPr>
        <w:t>M VI</w:t>
      </w:r>
      <w:r>
        <w:rPr>
          <w:rFonts w:ascii="Arial" w:hAnsi="Arial"/>
          <w:b/>
          <w:color w:val="1B5E20"/>
          <w:sz w:val="32"/>
        </w:rPr>
        <w:t>Ệ</w:t>
      </w:r>
      <w:r>
        <w:rPr>
          <w:rFonts w:ascii="Arial" w:hAnsi="Arial"/>
          <w:b/>
          <w:color w:val="1B5E20"/>
          <w:sz w:val="32"/>
        </w:rPr>
        <w:t>C LÀM HI</w:t>
      </w:r>
      <w:r>
        <w:rPr>
          <w:rFonts w:ascii="Arial" w:hAnsi="Arial"/>
          <w:b/>
          <w:color w:val="1B5E20"/>
          <w:sz w:val="32"/>
        </w:rPr>
        <w:t>Ệ</w:t>
      </w:r>
      <w:r>
        <w:rPr>
          <w:rFonts w:ascii="Arial" w:hAnsi="Arial"/>
          <w:b/>
          <w:color w:val="1B5E20"/>
          <w:sz w:val="32"/>
        </w:rPr>
        <w:t>U QU</w:t>
      </w:r>
      <w:r>
        <w:rPr>
          <w:rFonts w:ascii="Arial" w:hAnsi="Arial"/>
          <w:b/>
          <w:color w:val="1B5E20"/>
          <w:sz w:val="32"/>
        </w:rPr>
        <w:t>Ả</w:t>
      </w:r>
      <w:r>
        <w:rPr>
          <w:rFonts w:ascii="Arial" w:hAnsi="Arial"/>
          <w:b/>
          <w:color w:val="1B5E20"/>
          <w:sz w:val="32"/>
        </w:rPr>
        <w:t xml:space="preserve"> VÀ THÔNG MINH</w:t>
      </w:r>
    </w:p>
    <w:p w14:paraId="34B0B7B0" w14:textId="77777777" w:rsidR="00CB0B3C" w:rsidRDefault="00CB0B3C" w:rsidP="00BD5B6D">
      <w:pPr>
        <w:spacing w:after="120"/>
        <w:rPr>
          <w:rFonts w:ascii="Arial" w:hAnsi="Arial"/>
          <w:color w:val="212121"/>
        </w:rPr>
      </w:pPr>
    </w:p>
    <w:p w14:paraId="7F42875B" w14:textId="383DC4B9" w:rsidR="0033518B" w:rsidRPr="00CB0B3C" w:rsidRDefault="00B119E8" w:rsidP="00CB0B3C">
      <w:pPr>
        <w:spacing w:after="120"/>
        <w:ind w:firstLine="720"/>
        <w:rPr>
          <w:sz w:val="28"/>
          <w:szCs w:val="28"/>
        </w:rPr>
      </w:pPr>
      <w:r w:rsidRPr="00CB0B3C">
        <w:rPr>
          <w:rFonts w:ascii="Arial" w:hAnsi="Arial"/>
          <w:color w:val="212121"/>
          <w:sz w:val="28"/>
          <w:szCs w:val="28"/>
        </w:rPr>
        <w:t>H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 xml:space="preserve"> th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 Làm Xanh s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h</w:t>
      </w:r>
      <w:r w:rsidRPr="00CB0B3C">
        <w:rPr>
          <w:rFonts w:ascii="Arial" w:hAnsi="Arial"/>
          <w:color w:val="212121"/>
          <w:sz w:val="28"/>
          <w:szCs w:val="28"/>
        </w:rPr>
        <w:t>ữ</w:t>
      </w:r>
      <w:r w:rsidRPr="00CB0B3C">
        <w:rPr>
          <w:rFonts w:ascii="Arial" w:hAnsi="Arial"/>
          <w:color w:val="212121"/>
          <w:sz w:val="28"/>
          <w:szCs w:val="28"/>
        </w:rPr>
        <w:t>u công c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 xml:space="preserve"> tìm ki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m và g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i ý thông minh d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a trên hành vi và m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đ</w:t>
      </w:r>
      <w:r w:rsidRPr="00CB0B3C">
        <w:rPr>
          <w:rFonts w:ascii="Arial" w:hAnsi="Arial"/>
          <w:color w:val="212121"/>
          <w:sz w:val="28"/>
          <w:szCs w:val="28"/>
        </w:rPr>
        <w:t>ộ</w:t>
      </w:r>
      <w:r w:rsidRPr="00CB0B3C">
        <w:rPr>
          <w:rFonts w:ascii="Arial" w:hAnsi="Arial"/>
          <w:color w:val="212121"/>
          <w:sz w:val="28"/>
          <w:szCs w:val="28"/>
        </w:rPr>
        <w:t xml:space="preserve"> phù h</w:t>
      </w:r>
      <w:r w:rsidRPr="00CB0B3C">
        <w:rPr>
          <w:rFonts w:ascii="Arial" w:hAnsi="Arial"/>
          <w:color w:val="212121"/>
          <w:sz w:val="28"/>
          <w:szCs w:val="28"/>
        </w:rPr>
        <w:t>ợ</w:t>
      </w:r>
      <w:r w:rsidRPr="00CB0B3C">
        <w:rPr>
          <w:rFonts w:ascii="Arial" w:hAnsi="Arial"/>
          <w:color w:val="212121"/>
          <w:sz w:val="28"/>
          <w:szCs w:val="28"/>
        </w:rPr>
        <w:t>p th</w:t>
      </w:r>
      <w:r w:rsidRPr="00CB0B3C">
        <w:rPr>
          <w:rFonts w:ascii="Arial" w:hAnsi="Arial"/>
          <w:color w:val="212121"/>
          <w:sz w:val="28"/>
          <w:szCs w:val="28"/>
        </w:rPr>
        <w:t>ự</w:t>
      </w:r>
      <w:r w:rsidRPr="00CB0B3C">
        <w:rPr>
          <w:rFonts w:ascii="Arial" w:hAnsi="Arial"/>
          <w:color w:val="212121"/>
          <w:sz w:val="28"/>
          <w:szCs w:val="28"/>
        </w:rPr>
        <w:t>c t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 c</w:t>
      </w:r>
      <w:r w:rsidRPr="00CB0B3C">
        <w:rPr>
          <w:rFonts w:ascii="Arial" w:hAnsi="Arial"/>
          <w:color w:val="212121"/>
          <w:sz w:val="28"/>
          <w:szCs w:val="28"/>
        </w:rPr>
        <w:t>ủ</w:t>
      </w:r>
      <w:r w:rsidRPr="00CB0B3C">
        <w:rPr>
          <w:rFonts w:ascii="Arial" w:hAnsi="Arial"/>
          <w:color w:val="212121"/>
          <w:sz w:val="28"/>
          <w:szCs w:val="28"/>
        </w:rPr>
        <w:t>a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v</w:t>
      </w:r>
      <w:r w:rsidRPr="00CB0B3C">
        <w:rPr>
          <w:rFonts w:ascii="Arial" w:hAnsi="Arial"/>
          <w:color w:val="212121"/>
          <w:sz w:val="28"/>
          <w:szCs w:val="28"/>
        </w:rPr>
        <w:t>ớ</w:t>
      </w:r>
      <w:r w:rsidRPr="00CB0B3C">
        <w:rPr>
          <w:rFonts w:ascii="Arial" w:hAnsi="Arial"/>
          <w:color w:val="212121"/>
          <w:sz w:val="28"/>
          <w:szCs w:val="28"/>
        </w:rPr>
        <w:t>i công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c, gi</w:t>
      </w:r>
      <w:r w:rsidRPr="00CB0B3C">
        <w:rPr>
          <w:rFonts w:ascii="Arial" w:hAnsi="Arial"/>
          <w:color w:val="212121"/>
          <w:sz w:val="28"/>
          <w:szCs w:val="28"/>
        </w:rPr>
        <w:t>úp b</w:t>
      </w:r>
      <w:r w:rsidRPr="00CB0B3C">
        <w:rPr>
          <w:rFonts w:ascii="Arial" w:hAnsi="Arial"/>
          <w:color w:val="212121"/>
          <w:sz w:val="28"/>
          <w:szCs w:val="28"/>
        </w:rPr>
        <w:t>ạ</w:t>
      </w:r>
      <w:r w:rsidRPr="00CB0B3C">
        <w:rPr>
          <w:rFonts w:ascii="Arial" w:hAnsi="Arial"/>
          <w:color w:val="212121"/>
          <w:sz w:val="28"/>
          <w:szCs w:val="28"/>
        </w:rPr>
        <w:t>n ti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>t ki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m th</w:t>
      </w:r>
      <w:r w:rsidRPr="00CB0B3C">
        <w:rPr>
          <w:rFonts w:ascii="Arial" w:hAnsi="Arial"/>
          <w:color w:val="212121"/>
          <w:sz w:val="28"/>
          <w:szCs w:val="28"/>
        </w:rPr>
        <w:t>ờ</w:t>
      </w:r>
      <w:r w:rsidRPr="00CB0B3C">
        <w:rPr>
          <w:rFonts w:ascii="Arial" w:hAnsi="Arial"/>
          <w:color w:val="212121"/>
          <w:sz w:val="28"/>
          <w:szCs w:val="28"/>
        </w:rPr>
        <w:t>i gian t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i đa.</w:t>
      </w:r>
    </w:p>
    <w:p w14:paraId="364FA4AC" w14:textId="77777777" w:rsidR="0033518B" w:rsidRPr="00CB0B3C" w:rsidRDefault="00B119E8" w:rsidP="00CB0B3C">
      <w:pPr>
        <w:keepNext/>
        <w:spacing w:after="120"/>
        <w:ind w:firstLine="720"/>
        <w:rPr>
          <w:sz w:val="28"/>
          <w:szCs w:val="28"/>
        </w:rPr>
      </w:pPr>
      <w:r w:rsidRPr="00CB0B3C">
        <w:rPr>
          <w:rFonts w:ascii="Arial" w:hAnsi="Arial"/>
          <w:b/>
          <w:color w:val="37474F"/>
          <w:sz w:val="28"/>
          <w:szCs w:val="28"/>
        </w:rPr>
        <w:t>4.1. Tìm ki</w:t>
      </w:r>
      <w:r w:rsidRPr="00CB0B3C">
        <w:rPr>
          <w:rFonts w:ascii="Arial" w:hAnsi="Arial"/>
          <w:b/>
          <w:color w:val="37474F"/>
          <w:sz w:val="28"/>
          <w:szCs w:val="28"/>
        </w:rPr>
        <w:t>ế</w:t>
      </w:r>
      <w:r w:rsidRPr="00CB0B3C">
        <w:rPr>
          <w:rFonts w:ascii="Arial" w:hAnsi="Arial"/>
          <w:b/>
          <w:color w:val="37474F"/>
          <w:sz w:val="28"/>
          <w:szCs w:val="28"/>
        </w:rPr>
        <w:t>m và B</w:t>
      </w:r>
      <w:r w:rsidRPr="00CB0B3C">
        <w:rPr>
          <w:rFonts w:ascii="Arial" w:hAnsi="Arial"/>
          <w:b/>
          <w:color w:val="37474F"/>
          <w:sz w:val="28"/>
          <w:szCs w:val="28"/>
        </w:rPr>
        <w:t>ộ</w:t>
      </w:r>
      <w:r w:rsidRPr="00CB0B3C">
        <w:rPr>
          <w:rFonts w:ascii="Arial" w:hAnsi="Arial"/>
          <w:b/>
          <w:color w:val="37474F"/>
          <w:sz w:val="28"/>
          <w:szCs w:val="28"/>
        </w:rPr>
        <w:t xml:space="preserve"> l</w:t>
      </w:r>
      <w:r w:rsidRPr="00CB0B3C">
        <w:rPr>
          <w:rFonts w:ascii="Arial" w:hAnsi="Arial"/>
          <w:b/>
          <w:color w:val="37474F"/>
          <w:sz w:val="28"/>
          <w:szCs w:val="28"/>
        </w:rPr>
        <w:t>ọ</w:t>
      </w:r>
      <w:r w:rsidRPr="00CB0B3C">
        <w:rPr>
          <w:rFonts w:ascii="Arial" w:hAnsi="Arial"/>
          <w:b/>
          <w:color w:val="37474F"/>
          <w:sz w:val="28"/>
          <w:szCs w:val="28"/>
        </w:rPr>
        <w:t>c nâng cao đa chi</w:t>
      </w:r>
      <w:r w:rsidRPr="00CB0B3C">
        <w:rPr>
          <w:rFonts w:ascii="Arial" w:hAnsi="Arial"/>
          <w:b/>
          <w:color w:val="37474F"/>
          <w:sz w:val="28"/>
          <w:szCs w:val="28"/>
        </w:rPr>
        <w:t>ề</w:t>
      </w:r>
      <w:r w:rsidRPr="00CB0B3C">
        <w:rPr>
          <w:rFonts w:ascii="Arial" w:hAnsi="Arial"/>
          <w:b/>
          <w:color w:val="37474F"/>
          <w:sz w:val="28"/>
          <w:szCs w:val="28"/>
        </w:rPr>
        <w:t>u</w:t>
      </w:r>
    </w:p>
    <w:p w14:paraId="286D22A4" w14:textId="77777777" w:rsidR="0033518B" w:rsidRPr="00CB0B3C" w:rsidRDefault="00B119E8" w:rsidP="00CB0B3C">
      <w:pPr>
        <w:pStyle w:val="ListBullet"/>
        <w:spacing w:after="80"/>
        <w:ind w:left="0" w:firstLine="720"/>
        <w:rPr>
          <w:sz w:val="28"/>
          <w:szCs w:val="28"/>
        </w:rPr>
      </w:pPr>
      <w:r w:rsidRPr="00CB0B3C">
        <w:rPr>
          <w:rFonts w:ascii="Arial" w:hAnsi="Arial"/>
          <w:b/>
          <w:color w:val="212121"/>
          <w:sz w:val="28"/>
          <w:szCs w:val="28"/>
        </w:rPr>
        <w:t>Tìm ki</w:t>
      </w:r>
      <w:r w:rsidRPr="00CB0B3C">
        <w:rPr>
          <w:rFonts w:ascii="Arial" w:hAnsi="Arial"/>
          <w:b/>
          <w:color w:val="212121"/>
          <w:sz w:val="28"/>
          <w:szCs w:val="28"/>
        </w:rPr>
        <w:t>ế</w:t>
      </w:r>
      <w:r w:rsidRPr="00CB0B3C">
        <w:rPr>
          <w:rFonts w:ascii="Arial" w:hAnsi="Arial"/>
          <w:b/>
          <w:color w:val="212121"/>
          <w:sz w:val="28"/>
          <w:szCs w:val="28"/>
        </w:rPr>
        <w:t>m theo t</w:t>
      </w:r>
      <w:r w:rsidRPr="00CB0B3C">
        <w:rPr>
          <w:rFonts w:ascii="Arial" w:hAnsi="Arial"/>
          <w:b/>
          <w:color w:val="212121"/>
          <w:sz w:val="28"/>
          <w:szCs w:val="28"/>
        </w:rPr>
        <w:t>ừ</w:t>
      </w:r>
      <w:r w:rsidRPr="00CB0B3C">
        <w:rPr>
          <w:rFonts w:ascii="Arial" w:hAnsi="Arial"/>
          <w:b/>
          <w:color w:val="212121"/>
          <w:sz w:val="28"/>
          <w:szCs w:val="28"/>
        </w:rPr>
        <w:t xml:space="preserve"> khóa: </w:t>
      </w:r>
      <w:r w:rsidRPr="00CB0B3C">
        <w:rPr>
          <w:rFonts w:ascii="Arial" w:hAnsi="Arial"/>
          <w:color w:val="212121"/>
          <w:sz w:val="28"/>
          <w:szCs w:val="28"/>
        </w:rPr>
        <w:t>Nh</w:t>
      </w:r>
      <w:r w:rsidRPr="00CB0B3C">
        <w:rPr>
          <w:rFonts w:ascii="Arial" w:hAnsi="Arial"/>
          <w:color w:val="212121"/>
          <w:sz w:val="28"/>
          <w:szCs w:val="28"/>
        </w:rPr>
        <w:t>ậ</w:t>
      </w:r>
      <w:r w:rsidRPr="00CB0B3C">
        <w:rPr>
          <w:rFonts w:ascii="Arial" w:hAnsi="Arial"/>
          <w:color w:val="212121"/>
          <w:sz w:val="28"/>
          <w:szCs w:val="28"/>
        </w:rPr>
        <w:t>p ch</w:t>
      </w:r>
      <w:r w:rsidRPr="00CB0B3C">
        <w:rPr>
          <w:rFonts w:ascii="Arial" w:hAnsi="Arial"/>
          <w:color w:val="212121"/>
          <w:sz w:val="28"/>
          <w:szCs w:val="28"/>
        </w:rPr>
        <w:t>ứ</w:t>
      </w:r>
      <w:r w:rsidRPr="00CB0B3C">
        <w:rPr>
          <w:rFonts w:ascii="Arial" w:hAnsi="Arial"/>
          <w:color w:val="212121"/>
          <w:sz w:val="28"/>
          <w:szCs w:val="28"/>
        </w:rPr>
        <w:t>c danh công vi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c, tên công ty ho</w:t>
      </w:r>
      <w:r w:rsidRPr="00CB0B3C">
        <w:rPr>
          <w:rFonts w:ascii="Arial" w:hAnsi="Arial"/>
          <w:color w:val="212121"/>
          <w:sz w:val="28"/>
          <w:szCs w:val="28"/>
        </w:rPr>
        <w:t>ặ</w:t>
      </w:r>
      <w:r w:rsidRPr="00CB0B3C">
        <w:rPr>
          <w:rFonts w:ascii="Arial" w:hAnsi="Arial"/>
          <w:color w:val="212121"/>
          <w:sz w:val="28"/>
          <w:szCs w:val="28"/>
        </w:rPr>
        <w:t>c Khu Công Nghi</w:t>
      </w:r>
      <w:r w:rsidRPr="00CB0B3C">
        <w:rPr>
          <w:rFonts w:ascii="Arial" w:hAnsi="Arial"/>
          <w:color w:val="212121"/>
          <w:sz w:val="28"/>
          <w:szCs w:val="28"/>
        </w:rPr>
        <w:t>ệ</w:t>
      </w:r>
      <w:r w:rsidRPr="00CB0B3C">
        <w:rPr>
          <w:rFonts w:ascii="Arial" w:hAnsi="Arial"/>
          <w:color w:val="212121"/>
          <w:sz w:val="28"/>
          <w:szCs w:val="28"/>
        </w:rPr>
        <w:t>p mong mu</w:t>
      </w:r>
      <w:r w:rsidRPr="00CB0B3C">
        <w:rPr>
          <w:rFonts w:ascii="Arial" w:hAnsi="Arial"/>
          <w:color w:val="212121"/>
          <w:sz w:val="28"/>
          <w:szCs w:val="28"/>
        </w:rPr>
        <w:t>ố</w:t>
      </w:r>
      <w:r w:rsidRPr="00CB0B3C">
        <w:rPr>
          <w:rFonts w:ascii="Arial" w:hAnsi="Arial"/>
          <w:color w:val="212121"/>
          <w:sz w:val="28"/>
          <w:szCs w:val="28"/>
        </w:rPr>
        <w:t>n (Ví d</w:t>
      </w:r>
      <w:r w:rsidRPr="00CB0B3C">
        <w:rPr>
          <w:rFonts w:ascii="Arial" w:hAnsi="Arial"/>
          <w:color w:val="212121"/>
          <w:sz w:val="28"/>
          <w:szCs w:val="28"/>
        </w:rPr>
        <w:t>ụ</w:t>
      </w:r>
      <w:r w:rsidRPr="00CB0B3C">
        <w:rPr>
          <w:rFonts w:ascii="Arial" w:hAnsi="Arial"/>
          <w:color w:val="212121"/>
          <w:sz w:val="28"/>
          <w:szCs w:val="28"/>
        </w:rPr>
        <w:t>: 'Nhân viên kho', 'KCN VSIP 2', 'Lái xe nâng', 'Samsung'...) vào thanh tìm ki</w:t>
      </w:r>
      <w:r w:rsidRPr="00CB0B3C">
        <w:rPr>
          <w:rFonts w:ascii="Arial" w:hAnsi="Arial"/>
          <w:color w:val="212121"/>
          <w:sz w:val="28"/>
          <w:szCs w:val="28"/>
        </w:rPr>
        <w:t>ế</w:t>
      </w:r>
      <w:r w:rsidRPr="00CB0B3C">
        <w:rPr>
          <w:rFonts w:ascii="Arial" w:hAnsi="Arial"/>
          <w:color w:val="212121"/>
          <w:sz w:val="28"/>
          <w:szCs w:val="28"/>
        </w:rPr>
        <w:t xml:space="preserve">m </w:t>
      </w:r>
      <w:r w:rsidRPr="00CB0B3C">
        <w:rPr>
          <w:rFonts w:ascii="Arial" w:hAnsi="Arial"/>
          <w:color w:val="212121"/>
          <w:sz w:val="28"/>
          <w:szCs w:val="28"/>
        </w:rPr>
        <w:t>ở</w:t>
      </w:r>
      <w:r w:rsidRPr="00CB0B3C">
        <w:rPr>
          <w:rFonts w:ascii="Arial" w:hAnsi="Arial"/>
          <w:color w:val="212121"/>
          <w:sz w:val="28"/>
          <w:szCs w:val="28"/>
        </w:rPr>
        <w:t xml:space="preserve"> đ</w:t>
      </w:r>
      <w:r w:rsidRPr="00CB0B3C">
        <w:rPr>
          <w:rFonts w:ascii="Arial" w:hAnsi="Arial"/>
          <w:color w:val="212121"/>
          <w:sz w:val="28"/>
          <w:szCs w:val="28"/>
        </w:rPr>
        <w:t>ầ</w:t>
      </w:r>
      <w:r w:rsidRPr="00CB0B3C">
        <w:rPr>
          <w:rFonts w:ascii="Arial" w:hAnsi="Arial"/>
          <w:color w:val="212121"/>
          <w:sz w:val="28"/>
          <w:szCs w:val="28"/>
        </w:rPr>
        <w:t>u trang.</w:t>
      </w:r>
    </w:p>
    <w:p w14:paraId="7DD6C457" w14:textId="77777777" w:rsidR="0033518B" w:rsidRDefault="00B119E8" w:rsidP="00BD5B6D">
      <w:pPr>
        <w:keepNext/>
        <w:spacing w:after="80"/>
        <w:jc w:val="center"/>
      </w:pPr>
      <w:r>
        <w:rPr>
          <w:noProof/>
        </w:rPr>
        <w:drawing>
          <wp:inline distT="0" distB="0" distL="0" distR="0" wp14:anchorId="31F85C04" wp14:editId="7C62AC87">
            <wp:extent cx="5853124" cy="213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6629" cy="213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74AD9" w14:textId="77777777" w:rsidR="0033518B" w:rsidRDefault="00B119E8" w:rsidP="00BD5B6D">
      <w:pPr>
        <w:keepNext/>
        <w:spacing w:after="240"/>
        <w:jc w:val="center"/>
      </w:pPr>
      <w:r>
        <w:rPr>
          <w:rFonts w:ascii="Arial" w:hAnsi="Arial"/>
          <w:i/>
          <w:color w:val="757575"/>
          <w:sz w:val="19"/>
        </w:rPr>
        <w:t>Hình 2: Giao di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tìm ki</w:t>
      </w:r>
      <w:r>
        <w:rPr>
          <w:rFonts w:ascii="Arial" w:hAnsi="Arial"/>
          <w:i/>
          <w:color w:val="757575"/>
          <w:sz w:val="19"/>
        </w:rPr>
        <w:t>ế</w:t>
      </w:r>
      <w:r>
        <w:rPr>
          <w:rFonts w:ascii="Arial" w:hAnsi="Arial"/>
          <w:i/>
          <w:color w:val="757575"/>
          <w:sz w:val="19"/>
        </w:rPr>
        <w:t>m vi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c làm kèm b</w:t>
      </w:r>
      <w:r>
        <w:rPr>
          <w:rFonts w:ascii="Arial" w:hAnsi="Arial"/>
          <w:i/>
          <w:color w:val="757575"/>
          <w:sz w:val="19"/>
        </w:rPr>
        <w:t>ộ</w:t>
      </w:r>
      <w:r>
        <w:rPr>
          <w:rFonts w:ascii="Arial" w:hAnsi="Arial"/>
          <w:i/>
          <w:color w:val="757575"/>
          <w:sz w:val="19"/>
        </w:rPr>
        <w:t xml:space="preserve"> l</w:t>
      </w:r>
      <w:r>
        <w:rPr>
          <w:rFonts w:ascii="Arial" w:hAnsi="Arial"/>
          <w:i/>
          <w:color w:val="757575"/>
          <w:sz w:val="19"/>
        </w:rPr>
        <w:t>ọ</w:t>
      </w:r>
      <w:r>
        <w:rPr>
          <w:rFonts w:ascii="Arial" w:hAnsi="Arial"/>
          <w:i/>
          <w:color w:val="757575"/>
          <w:sz w:val="19"/>
        </w:rPr>
        <w:t>c ngành ngh</w:t>
      </w:r>
      <w:r>
        <w:rPr>
          <w:rFonts w:ascii="Arial" w:hAnsi="Arial"/>
          <w:i/>
          <w:color w:val="757575"/>
          <w:sz w:val="19"/>
        </w:rPr>
        <w:t>ề</w:t>
      </w:r>
      <w:r>
        <w:rPr>
          <w:rFonts w:ascii="Arial" w:hAnsi="Arial"/>
          <w:i/>
          <w:color w:val="757575"/>
          <w:sz w:val="19"/>
        </w:rPr>
        <w:t xml:space="preserve"> và đ</w:t>
      </w:r>
      <w:r>
        <w:rPr>
          <w:rFonts w:ascii="Arial" w:hAnsi="Arial"/>
          <w:i/>
          <w:color w:val="757575"/>
          <w:sz w:val="19"/>
        </w:rPr>
        <w:t>ị</w:t>
      </w:r>
      <w:r>
        <w:rPr>
          <w:rFonts w:ascii="Arial" w:hAnsi="Arial"/>
          <w:i/>
          <w:color w:val="757575"/>
          <w:sz w:val="19"/>
        </w:rPr>
        <w:t>a lý</w:t>
      </w:r>
    </w:p>
    <w:p w14:paraId="6B3F2971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L</w:t>
      </w:r>
      <w:r w:rsidRPr="00E61C47">
        <w:rPr>
          <w:rFonts w:ascii="Arial" w:hAnsi="Arial"/>
          <w:b/>
          <w:color w:val="212121"/>
          <w:sz w:val="28"/>
          <w:szCs w:val="28"/>
        </w:rPr>
        <w:t>ọ</w:t>
      </w:r>
      <w:r w:rsidRPr="00E61C47">
        <w:rPr>
          <w:rFonts w:ascii="Arial" w:hAnsi="Arial"/>
          <w:b/>
          <w:color w:val="212121"/>
          <w:sz w:val="28"/>
          <w:szCs w:val="28"/>
        </w:rPr>
        <w:t>c theo Đ</w:t>
      </w:r>
      <w:r w:rsidRPr="00E61C47">
        <w:rPr>
          <w:rFonts w:ascii="Arial" w:hAnsi="Arial"/>
          <w:b/>
          <w:color w:val="212121"/>
          <w:sz w:val="28"/>
          <w:szCs w:val="28"/>
        </w:rPr>
        <w:t>ị</w:t>
      </w:r>
      <w:r w:rsidRPr="00E61C47">
        <w:rPr>
          <w:rFonts w:ascii="Arial" w:hAnsi="Arial"/>
          <w:b/>
          <w:color w:val="212121"/>
          <w:sz w:val="28"/>
          <w:szCs w:val="28"/>
        </w:rPr>
        <w:t>a đi</w:t>
      </w:r>
      <w:r w:rsidRPr="00E61C47">
        <w:rPr>
          <w:rFonts w:ascii="Arial" w:hAnsi="Arial"/>
          <w:b/>
          <w:color w:val="212121"/>
          <w:sz w:val="28"/>
          <w:szCs w:val="28"/>
        </w:rPr>
        <w:t>ể</w:t>
      </w:r>
      <w:r w:rsidRPr="00E61C47">
        <w:rPr>
          <w:rFonts w:ascii="Arial" w:hAnsi="Arial"/>
          <w:b/>
          <w:color w:val="212121"/>
          <w:sz w:val="28"/>
          <w:szCs w:val="28"/>
        </w:rPr>
        <w:t>m &amp; Khu Công Nghi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p: </w:t>
      </w: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theo t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>nh thành (Bình Dương,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Nai, TP.HCM...), qu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n/huy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và đ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bi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t là l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 xml:space="preserve">c chính xác theo danh sách </w:t>
      </w:r>
      <w:r w:rsidRPr="00E61C47">
        <w:rPr>
          <w:rFonts w:ascii="Arial" w:hAnsi="Arial"/>
          <w:color w:val="212121"/>
          <w:sz w:val="28"/>
          <w:szCs w:val="28"/>
        </w:rPr>
        <w:t>các Khu Công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 l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n trong khu v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c.</w:t>
      </w:r>
    </w:p>
    <w:p w14:paraId="7125C03F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lastRenderedPageBreak/>
        <w:t>L</w:t>
      </w:r>
      <w:r w:rsidRPr="00E61C47">
        <w:rPr>
          <w:rFonts w:ascii="Arial" w:hAnsi="Arial"/>
          <w:b/>
          <w:color w:val="212121"/>
          <w:sz w:val="28"/>
          <w:szCs w:val="28"/>
        </w:rPr>
        <w:t>ọ</w:t>
      </w:r>
      <w:r w:rsidRPr="00E61C47">
        <w:rPr>
          <w:rFonts w:ascii="Arial" w:hAnsi="Arial"/>
          <w:b/>
          <w:color w:val="212121"/>
          <w:sz w:val="28"/>
          <w:szCs w:val="28"/>
        </w:rPr>
        <w:t>c theo m</w:t>
      </w:r>
      <w:r w:rsidRPr="00E61C47">
        <w:rPr>
          <w:rFonts w:ascii="Arial" w:hAnsi="Arial"/>
          <w:b/>
          <w:color w:val="212121"/>
          <w:sz w:val="28"/>
          <w:szCs w:val="28"/>
        </w:rPr>
        <w:t>ứ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lương: </w:t>
      </w:r>
      <w:r w:rsidRPr="00E61C47">
        <w:rPr>
          <w:rFonts w:ascii="Arial" w:hAnsi="Arial"/>
          <w:color w:val="212121"/>
          <w:sz w:val="28"/>
          <w:szCs w:val="28"/>
        </w:rPr>
        <w:t>Tùy ch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ng lương mong mu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n: Dư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5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u,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5 - 8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u,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8 - 12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u,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12 - 15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u,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trên 15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ng/tháng.</w:t>
      </w:r>
    </w:p>
    <w:p w14:paraId="504D15D1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L</w:t>
      </w:r>
      <w:r w:rsidRPr="00E61C47">
        <w:rPr>
          <w:rFonts w:ascii="Arial" w:hAnsi="Arial"/>
          <w:b/>
          <w:color w:val="212121"/>
          <w:sz w:val="28"/>
          <w:szCs w:val="28"/>
        </w:rPr>
        <w:t>ọ</w:t>
      </w:r>
      <w:r w:rsidRPr="00E61C47">
        <w:rPr>
          <w:rFonts w:ascii="Arial" w:hAnsi="Arial"/>
          <w:b/>
          <w:color w:val="212121"/>
          <w:sz w:val="28"/>
          <w:szCs w:val="28"/>
        </w:rPr>
        <w:t>c theo ca làm vi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c: </w:t>
      </w:r>
      <w:r w:rsidRPr="00E61C47">
        <w:rPr>
          <w:rFonts w:ascii="Arial" w:hAnsi="Arial"/>
          <w:color w:val="212121"/>
          <w:sz w:val="28"/>
          <w:szCs w:val="28"/>
        </w:rPr>
        <w:t>L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a ch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ca làm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thích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bao g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m ca ngày</w:t>
      </w:r>
      <w:r w:rsidRPr="00E61C47">
        <w:rPr>
          <w:rFonts w:ascii="Arial" w:hAnsi="Arial"/>
          <w:color w:val="212121"/>
          <w:sz w:val="28"/>
          <w:szCs w:val="28"/>
        </w:rPr>
        <w:t>, ca đêm, xoay ca,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làm gi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 xml:space="preserve"> hành chính.</w:t>
      </w:r>
    </w:p>
    <w:p w14:paraId="384AC02D" w14:textId="77777777" w:rsidR="0033518B" w:rsidRPr="00E61C47" w:rsidRDefault="00B119E8" w:rsidP="00E61C47">
      <w:pPr>
        <w:keepNext/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4.2. Tính năng Smart Match Jobs (So kh</w:t>
      </w:r>
      <w:r w:rsidRPr="00E61C47">
        <w:rPr>
          <w:rFonts w:ascii="Arial" w:hAnsi="Arial"/>
          <w:b/>
          <w:color w:val="37474F"/>
          <w:sz w:val="28"/>
          <w:szCs w:val="28"/>
        </w:rPr>
        <w:t>ớ</w:t>
      </w:r>
      <w:r w:rsidRPr="00E61C47">
        <w:rPr>
          <w:rFonts w:ascii="Arial" w:hAnsi="Arial"/>
          <w:b/>
          <w:color w:val="37474F"/>
          <w:sz w:val="28"/>
          <w:szCs w:val="28"/>
        </w:rPr>
        <w:t>p % tương thích)</w:t>
      </w:r>
    </w:p>
    <w:p w14:paraId="26BB629B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On m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>i th</w:t>
      </w:r>
      <w:r w:rsidRPr="00E61C47">
        <w:rPr>
          <w:rFonts w:ascii="Arial" w:hAnsi="Arial"/>
          <w:color w:val="212121"/>
          <w:sz w:val="28"/>
          <w:szCs w:val="28"/>
        </w:rPr>
        <w:t>ẻ</w:t>
      </w:r>
      <w:r w:rsidRPr="00E61C47">
        <w:rPr>
          <w:rFonts w:ascii="Arial" w:hAnsi="Arial"/>
          <w:color w:val="212121"/>
          <w:sz w:val="28"/>
          <w:szCs w:val="28"/>
        </w:rPr>
        <w:t xml:space="preserve">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trong danh sách,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ch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y thu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toán đ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chi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đưa ra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tương thích theo t</w:t>
      </w:r>
      <w:r w:rsidRPr="00E61C47">
        <w:rPr>
          <w:rFonts w:ascii="Arial" w:hAnsi="Arial"/>
          <w:color w:val="212121"/>
          <w:sz w:val="28"/>
          <w:szCs w:val="28"/>
        </w:rPr>
        <w:t>ỷ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ph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n trăm (%).</w:t>
      </w:r>
    </w:p>
    <w:p w14:paraId="7DC28921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Cách xem đi</w:t>
      </w:r>
      <w:r w:rsidRPr="00E61C47">
        <w:rPr>
          <w:rFonts w:ascii="Arial" w:hAnsi="Arial"/>
          <w:b/>
          <w:color w:val="212121"/>
          <w:sz w:val="28"/>
          <w:szCs w:val="28"/>
        </w:rPr>
        <w:t>ể</w:t>
      </w:r>
      <w:r w:rsidRPr="00E61C47">
        <w:rPr>
          <w:rFonts w:ascii="Arial" w:hAnsi="Arial"/>
          <w:b/>
          <w:color w:val="212121"/>
          <w:sz w:val="28"/>
          <w:szCs w:val="28"/>
        </w:rPr>
        <w:t>m s</w:t>
      </w:r>
      <w:r w:rsidRPr="00E61C47">
        <w:rPr>
          <w:rFonts w:ascii="Arial" w:hAnsi="Arial"/>
          <w:b/>
          <w:color w:val="212121"/>
          <w:sz w:val="28"/>
          <w:szCs w:val="28"/>
        </w:rPr>
        <w:t>ố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: </w:t>
      </w:r>
      <w:r w:rsidRPr="00E61C47">
        <w:rPr>
          <w:rFonts w:ascii="Arial" w:hAnsi="Arial"/>
          <w:color w:val="212121"/>
          <w:sz w:val="28"/>
          <w:szCs w:val="28"/>
        </w:rPr>
        <w:t>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quan d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ng 'Kh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95%'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'Phù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80%'. Khi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ng,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lý AI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lý do 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(Ví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: K</w:t>
      </w:r>
      <w:r w:rsidRPr="00E61C47">
        <w:rPr>
          <w:rFonts w:ascii="Arial" w:hAnsi="Arial"/>
          <w:color w:val="212121"/>
          <w:sz w:val="28"/>
          <w:szCs w:val="28"/>
        </w:rPr>
        <w:t>ỹ</w:t>
      </w:r>
      <w:r w:rsidRPr="00E61C47">
        <w:rPr>
          <w:rFonts w:ascii="Arial" w:hAnsi="Arial"/>
          <w:color w:val="212121"/>
          <w:sz w:val="28"/>
          <w:szCs w:val="28"/>
        </w:rPr>
        <w:t xml:space="preserve"> năng 'May công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p'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kh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 xml:space="preserve">p </w:t>
      </w:r>
      <w:r w:rsidRPr="00E61C47">
        <w:rPr>
          <w:rFonts w:ascii="Arial" w:hAnsi="Arial"/>
          <w:color w:val="212121"/>
          <w:sz w:val="28"/>
          <w:szCs w:val="28"/>
        </w:rPr>
        <w:t>100%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u; m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lương mong mu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 9.5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 n</w:t>
      </w:r>
      <w:r w:rsidRPr="00E61C47">
        <w:rPr>
          <w:rFonts w:ascii="Arial" w:hAnsi="Arial"/>
          <w:color w:val="212121"/>
          <w:sz w:val="28"/>
          <w:szCs w:val="28"/>
        </w:rPr>
        <w:t>ằ</w:t>
      </w:r>
      <w:r w:rsidRPr="00E61C47">
        <w:rPr>
          <w:rFonts w:ascii="Arial" w:hAnsi="Arial"/>
          <w:color w:val="212121"/>
          <w:sz w:val="28"/>
          <w:szCs w:val="28"/>
        </w:rPr>
        <w:t>m trong khung ngân sách 9 - 11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công ty;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ng cách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phòng tr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công ty ch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 xml:space="preserve"> là 1.8km). Đi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u này giúp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tin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các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có t</w:t>
      </w:r>
      <w:r w:rsidRPr="00E61C47">
        <w:rPr>
          <w:rFonts w:ascii="Arial" w:hAnsi="Arial"/>
          <w:color w:val="212121"/>
          <w:sz w:val="28"/>
          <w:szCs w:val="28"/>
        </w:rPr>
        <w:t>ỷ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cao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t.</w:t>
      </w:r>
    </w:p>
    <w:p w14:paraId="2B13B95D" w14:textId="77777777" w:rsidR="0033518B" w:rsidRPr="00E61C47" w:rsidRDefault="00B119E8" w:rsidP="00E61C47">
      <w:pPr>
        <w:keepNext/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4.3. Tính năng Career DNA (B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n đ</w:t>
      </w:r>
      <w:r w:rsidRPr="00E61C47">
        <w:rPr>
          <w:rFonts w:ascii="Arial" w:hAnsi="Arial"/>
          <w:b/>
          <w:color w:val="37474F"/>
          <w:sz w:val="28"/>
          <w:szCs w:val="28"/>
        </w:rPr>
        <w:t>ồ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DNA ngh</w:t>
      </w:r>
      <w:r w:rsidRPr="00E61C47">
        <w:rPr>
          <w:rFonts w:ascii="Arial" w:hAnsi="Arial"/>
          <w:b/>
          <w:color w:val="37474F"/>
          <w:sz w:val="28"/>
          <w:szCs w:val="28"/>
        </w:rPr>
        <w:t>ề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nghi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p cá nhân)</w:t>
      </w:r>
    </w:p>
    <w:p w14:paraId="2EBB00B9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ghi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l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ch s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tìm ki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m, nh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>ng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 xml:space="preserve">n xem lâu (dwell time), tin đã lưu và tin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v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nên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radar DNA ngh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trang '/career-dna'.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này phân tích 5 góc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ngh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n,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đó AI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đưa ra khuy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ngh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m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lương đ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xu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chính xác trên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ng và g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ý các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phù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t. Ngoài ra, tính năng phân tích Skill Gap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ch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 xml:space="preserve"> ra k</w:t>
      </w:r>
      <w:r w:rsidRPr="00E61C47">
        <w:rPr>
          <w:rFonts w:ascii="Arial" w:hAnsi="Arial"/>
          <w:color w:val="212121"/>
          <w:sz w:val="28"/>
          <w:szCs w:val="28"/>
        </w:rPr>
        <w:t>ỹ</w:t>
      </w:r>
      <w:r w:rsidRPr="00E61C47">
        <w:rPr>
          <w:rFonts w:ascii="Arial" w:hAnsi="Arial"/>
          <w:color w:val="212121"/>
          <w:sz w:val="28"/>
          <w:szCs w:val="28"/>
        </w:rPr>
        <w:t xml:space="preserve"> năng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đang thi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t m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lương cao hơn và g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ý các khóa 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ng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b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 xml:space="preserve"> sung.</w:t>
      </w:r>
    </w:p>
    <w:p w14:paraId="57178E2D" w14:textId="77777777" w:rsidR="0033518B" w:rsidRPr="00E61C47" w:rsidRDefault="00B119E8" w:rsidP="00E61C47">
      <w:pPr>
        <w:keepNext/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4</w:t>
      </w:r>
      <w:r w:rsidRPr="00E61C47">
        <w:rPr>
          <w:rFonts w:ascii="Arial" w:hAnsi="Arial"/>
          <w:b/>
          <w:color w:val="37474F"/>
          <w:sz w:val="28"/>
          <w:szCs w:val="28"/>
        </w:rPr>
        <w:t>.4. Tính năng AI Job Chat Search (Tìm vi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c b</w:t>
      </w:r>
      <w:r w:rsidRPr="00E61C47">
        <w:rPr>
          <w:rFonts w:ascii="Arial" w:hAnsi="Arial"/>
          <w:b/>
          <w:color w:val="37474F"/>
          <w:sz w:val="28"/>
          <w:szCs w:val="28"/>
        </w:rPr>
        <w:t>ằ</w:t>
      </w:r>
      <w:r w:rsidRPr="00E61C47">
        <w:rPr>
          <w:rFonts w:ascii="Arial" w:hAnsi="Arial"/>
          <w:b/>
          <w:color w:val="37474F"/>
          <w:sz w:val="28"/>
          <w:szCs w:val="28"/>
        </w:rPr>
        <w:t>ng h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>i tho</w:t>
      </w:r>
      <w:r w:rsidRPr="00E61C47">
        <w:rPr>
          <w:rFonts w:ascii="Arial" w:hAnsi="Arial"/>
          <w:b/>
          <w:color w:val="37474F"/>
          <w:sz w:val="28"/>
          <w:szCs w:val="28"/>
        </w:rPr>
        <w:t>ạ</w:t>
      </w:r>
      <w:r w:rsidRPr="00E61C47">
        <w:rPr>
          <w:rFonts w:ascii="Arial" w:hAnsi="Arial"/>
          <w:b/>
          <w:color w:val="37474F"/>
          <w:sz w:val="28"/>
          <w:szCs w:val="28"/>
        </w:rPr>
        <w:t>i chat)</w:t>
      </w:r>
    </w:p>
    <w:p w14:paraId="3DB62D70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không mu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b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th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 xml:space="preserve"> công,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ch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n m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a s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 xml:space="preserve"> chat AI góc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màn hình, ch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ch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'Tìm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thông minh' và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câu 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nhiên như đang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tin nói chuy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</w:t>
      </w:r>
      <w:r w:rsidRPr="00E61C47">
        <w:rPr>
          <w:rFonts w:ascii="Arial" w:hAnsi="Arial"/>
          <w:color w:val="212121"/>
          <w:sz w:val="28"/>
          <w:szCs w:val="28"/>
        </w:rPr>
        <w:t xml:space="preserve"> bè:</w:t>
      </w:r>
    </w:p>
    <w:p w14:paraId="10F9FA68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Ví d</w:t>
      </w:r>
      <w:r w:rsidRPr="00E61C47">
        <w:rPr>
          <w:rFonts w:ascii="Arial" w:hAnsi="Arial"/>
          <w:b/>
          <w:color w:val="212121"/>
          <w:sz w:val="28"/>
          <w:szCs w:val="28"/>
        </w:rPr>
        <w:t>ụ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1: </w:t>
      </w:r>
      <w:r w:rsidRPr="00E61C47">
        <w:rPr>
          <w:rFonts w:ascii="Arial" w:hAnsi="Arial"/>
          <w:color w:val="212121"/>
          <w:sz w:val="28"/>
          <w:szCs w:val="28"/>
        </w:rPr>
        <w:t>"Tìm cho tôi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l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p ráp linh ki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Thu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An Bình Dương, lương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8 tri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u, ca hành chính."</w:t>
      </w:r>
    </w:p>
    <w:p w14:paraId="61081DA7" w14:textId="77777777" w:rsidR="0033518B" w:rsidRPr="00E61C47" w:rsidRDefault="00B119E8" w:rsidP="00E61C47">
      <w:pPr>
        <w:pStyle w:val="ListBullet"/>
        <w:spacing w:after="80"/>
        <w:ind w:left="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Ví d</w:t>
      </w:r>
      <w:r w:rsidRPr="00E61C47">
        <w:rPr>
          <w:rFonts w:ascii="Arial" w:hAnsi="Arial"/>
          <w:b/>
          <w:color w:val="212121"/>
          <w:sz w:val="28"/>
          <w:szCs w:val="28"/>
        </w:rPr>
        <w:t>ụ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2: </w:t>
      </w:r>
      <w:r w:rsidRPr="00E61C47">
        <w:rPr>
          <w:rFonts w:ascii="Arial" w:hAnsi="Arial"/>
          <w:color w:val="212121"/>
          <w:sz w:val="28"/>
          <w:szCs w:val="28"/>
        </w:rPr>
        <w:t>"Có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lái xe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i hay lái xe nâng nào 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Biên Hòa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Nai đang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g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không ad?"</w:t>
      </w:r>
    </w:p>
    <w:p w14:paraId="2319812D" w14:textId="3F39FE14" w:rsidR="00E61C47" w:rsidRPr="00A63FEB" w:rsidRDefault="00B119E8" w:rsidP="00A63FEB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lý AI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phân tích ý đ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n, tìm ki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m trong cơ s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d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 xml:space="preserve"> li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 và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l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danh sách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chính xác kèm đư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ẫ</w:t>
      </w:r>
      <w:r w:rsidRPr="00E61C47">
        <w:rPr>
          <w:rFonts w:ascii="Arial" w:hAnsi="Arial"/>
          <w:color w:val="212121"/>
          <w:sz w:val="28"/>
          <w:szCs w:val="28"/>
        </w:rPr>
        <w:t>n liên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t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ngay l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c.</w:t>
      </w:r>
    </w:p>
    <w:p w14:paraId="7BAC681D" w14:textId="20232CF4" w:rsidR="00E61C47" w:rsidRDefault="00B119E8" w:rsidP="00E61C47">
      <w:pPr>
        <w:keepNext/>
        <w:spacing w:after="0"/>
        <w:jc w:val="center"/>
        <w:rPr>
          <w:rFonts w:ascii="Arial" w:hAnsi="Arial"/>
          <w:b/>
          <w:color w:val="1B5E20"/>
          <w:sz w:val="32"/>
        </w:rPr>
      </w:pPr>
      <w:r>
        <w:rPr>
          <w:rFonts w:ascii="Arial" w:hAnsi="Arial"/>
          <w:b/>
          <w:color w:val="1B5E20"/>
          <w:sz w:val="32"/>
        </w:rPr>
        <w:lastRenderedPageBreak/>
        <w:t>CHƯƠNG 5:</w:t>
      </w:r>
    </w:p>
    <w:p w14:paraId="6A5CEA31" w14:textId="247D72DE" w:rsidR="0033518B" w:rsidRDefault="00B119E8" w:rsidP="00E61C47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>TÌM VI</w:t>
      </w:r>
      <w:r>
        <w:rPr>
          <w:rFonts w:ascii="Arial" w:hAnsi="Arial"/>
          <w:b/>
          <w:color w:val="1B5E20"/>
          <w:sz w:val="32"/>
        </w:rPr>
        <w:t>Ệ</w:t>
      </w:r>
      <w:r>
        <w:rPr>
          <w:rFonts w:ascii="Arial" w:hAnsi="Arial"/>
          <w:b/>
          <w:color w:val="1B5E20"/>
          <w:sz w:val="32"/>
        </w:rPr>
        <w:t>C TRÊN B</w:t>
      </w:r>
      <w:r>
        <w:rPr>
          <w:rFonts w:ascii="Arial" w:hAnsi="Arial"/>
          <w:b/>
          <w:color w:val="1B5E20"/>
          <w:sz w:val="32"/>
        </w:rPr>
        <w:t>Ả</w:t>
      </w:r>
      <w:r>
        <w:rPr>
          <w:rFonts w:ascii="Arial" w:hAnsi="Arial"/>
          <w:b/>
          <w:color w:val="1B5E20"/>
          <w:sz w:val="32"/>
        </w:rPr>
        <w:t>N Đ</w:t>
      </w:r>
      <w:r>
        <w:rPr>
          <w:rFonts w:ascii="Arial" w:hAnsi="Arial"/>
          <w:b/>
          <w:color w:val="1B5E20"/>
          <w:sz w:val="32"/>
        </w:rPr>
        <w:t>Ồ</w:t>
      </w:r>
      <w:r>
        <w:rPr>
          <w:rFonts w:ascii="Arial" w:hAnsi="Arial"/>
          <w:b/>
          <w:color w:val="1B5E20"/>
          <w:sz w:val="32"/>
        </w:rPr>
        <w:t xml:space="preserve"> TƯƠNG TÁC (MAP)</w:t>
      </w:r>
    </w:p>
    <w:p w14:paraId="4F23F2F6" w14:textId="77777777" w:rsidR="00E61C47" w:rsidRDefault="00E61C47" w:rsidP="00BD5B6D">
      <w:pPr>
        <w:spacing w:after="120"/>
        <w:rPr>
          <w:rFonts w:ascii="Arial" w:hAnsi="Arial"/>
          <w:color w:val="212121"/>
        </w:rPr>
      </w:pPr>
    </w:p>
    <w:p w14:paraId="09915A62" w14:textId="4F7824AD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Tính năng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(tích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công ngh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nh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Mapbox toàn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 xml:space="preserve">u) giúp </w:t>
      </w:r>
      <w:r w:rsidRPr="00E61C47">
        <w:rPr>
          <w:rFonts w:ascii="Arial" w:hAnsi="Arial"/>
          <w:color w:val="212121"/>
          <w:sz w:val="28"/>
          <w:szCs w:val="28"/>
        </w:rPr>
        <w:t>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quan hóa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các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đang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so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mình.</w:t>
      </w:r>
    </w:p>
    <w:p w14:paraId="28450964" w14:textId="77777777" w:rsidR="0033518B" w:rsidRDefault="00B119E8" w:rsidP="00BD5B6D">
      <w:pPr>
        <w:keepNext/>
        <w:spacing w:after="80"/>
        <w:jc w:val="center"/>
      </w:pPr>
      <w:r>
        <w:rPr>
          <w:noProof/>
        </w:rPr>
        <w:drawing>
          <wp:inline distT="0" distB="0" distL="0" distR="0" wp14:anchorId="2766CF89" wp14:editId="36094E65">
            <wp:extent cx="6324600" cy="18821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5808" cy="188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6061C" w14:textId="77777777" w:rsidR="0033518B" w:rsidRDefault="00B119E8" w:rsidP="00BD5B6D">
      <w:pPr>
        <w:keepNext/>
        <w:spacing w:after="240"/>
        <w:jc w:val="center"/>
      </w:pPr>
      <w:r>
        <w:rPr>
          <w:rFonts w:ascii="Arial" w:hAnsi="Arial"/>
          <w:i/>
          <w:color w:val="757575"/>
          <w:sz w:val="19"/>
        </w:rPr>
        <w:t>Hình 3: Giao di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b</w:t>
      </w:r>
      <w:r>
        <w:rPr>
          <w:rFonts w:ascii="Arial" w:hAnsi="Arial"/>
          <w:i/>
          <w:color w:val="757575"/>
          <w:sz w:val="19"/>
        </w:rPr>
        <w:t>ả</w:t>
      </w:r>
      <w:r>
        <w:rPr>
          <w:rFonts w:ascii="Arial" w:hAnsi="Arial"/>
          <w:i/>
          <w:color w:val="757575"/>
          <w:sz w:val="19"/>
        </w:rPr>
        <w:t>n đ</w:t>
      </w:r>
      <w:r>
        <w:rPr>
          <w:rFonts w:ascii="Arial" w:hAnsi="Arial"/>
          <w:i/>
          <w:color w:val="757575"/>
          <w:sz w:val="19"/>
        </w:rPr>
        <w:t>ồ</w:t>
      </w:r>
      <w:r>
        <w:rPr>
          <w:rFonts w:ascii="Arial" w:hAnsi="Arial"/>
          <w:i/>
          <w:color w:val="757575"/>
          <w:sz w:val="19"/>
        </w:rPr>
        <w:t xml:space="preserve"> tương tác hi</w:t>
      </w:r>
      <w:r>
        <w:rPr>
          <w:rFonts w:ascii="Arial" w:hAnsi="Arial"/>
          <w:i/>
          <w:color w:val="757575"/>
          <w:sz w:val="19"/>
        </w:rPr>
        <w:t>ể</w:t>
      </w:r>
      <w:r>
        <w:rPr>
          <w:rFonts w:ascii="Arial" w:hAnsi="Arial"/>
          <w:i/>
          <w:color w:val="757575"/>
          <w:sz w:val="19"/>
        </w:rPr>
        <w:t>n th</w:t>
      </w:r>
      <w:r>
        <w:rPr>
          <w:rFonts w:ascii="Arial" w:hAnsi="Arial"/>
          <w:i/>
          <w:color w:val="757575"/>
          <w:sz w:val="19"/>
        </w:rPr>
        <w:t>ị</w:t>
      </w:r>
      <w:r>
        <w:rPr>
          <w:rFonts w:ascii="Arial" w:hAnsi="Arial"/>
          <w:i/>
          <w:color w:val="757575"/>
          <w:sz w:val="19"/>
        </w:rPr>
        <w:t xml:space="preserve"> v</w:t>
      </w:r>
      <w:r>
        <w:rPr>
          <w:rFonts w:ascii="Arial" w:hAnsi="Arial"/>
          <w:i/>
          <w:color w:val="757575"/>
          <w:sz w:val="19"/>
        </w:rPr>
        <w:t>ị</w:t>
      </w:r>
      <w:r>
        <w:rPr>
          <w:rFonts w:ascii="Arial" w:hAnsi="Arial"/>
          <w:i/>
          <w:color w:val="757575"/>
          <w:sz w:val="19"/>
        </w:rPr>
        <w:t xml:space="preserve"> trí các tin tuy</w:t>
      </w:r>
      <w:r>
        <w:rPr>
          <w:rFonts w:ascii="Arial" w:hAnsi="Arial"/>
          <w:i/>
          <w:color w:val="757575"/>
          <w:sz w:val="19"/>
        </w:rPr>
        <w:t>ể</w:t>
      </w:r>
      <w:r>
        <w:rPr>
          <w:rFonts w:ascii="Arial" w:hAnsi="Arial"/>
          <w:i/>
          <w:color w:val="757575"/>
          <w:sz w:val="19"/>
        </w:rPr>
        <w:t>n d</w:t>
      </w:r>
      <w:r>
        <w:rPr>
          <w:rFonts w:ascii="Arial" w:hAnsi="Arial"/>
          <w:i/>
          <w:color w:val="757575"/>
          <w:sz w:val="19"/>
        </w:rPr>
        <w:t>ụ</w:t>
      </w:r>
      <w:r>
        <w:rPr>
          <w:rFonts w:ascii="Arial" w:hAnsi="Arial"/>
          <w:i/>
          <w:color w:val="757575"/>
          <w:sz w:val="19"/>
        </w:rPr>
        <w:t>ng</w:t>
      </w:r>
    </w:p>
    <w:p w14:paraId="5FA556A2" w14:textId="77777777" w:rsidR="0033518B" w:rsidRPr="00E61C47" w:rsidRDefault="00B119E8" w:rsidP="00E61C47">
      <w:pPr>
        <w:keepNext/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5.1. Quy trình tìm vi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c quanh v</w:t>
      </w:r>
      <w:r w:rsidRPr="00E61C47">
        <w:rPr>
          <w:rFonts w:ascii="Arial" w:hAnsi="Arial"/>
          <w:b/>
          <w:color w:val="37474F"/>
          <w:sz w:val="28"/>
          <w:szCs w:val="28"/>
        </w:rPr>
        <w:t>ị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trí c</w:t>
      </w:r>
      <w:r w:rsidRPr="00E61C47">
        <w:rPr>
          <w:rFonts w:ascii="Arial" w:hAnsi="Arial"/>
          <w:b/>
          <w:color w:val="37474F"/>
          <w:sz w:val="28"/>
          <w:szCs w:val="28"/>
        </w:rPr>
        <w:t>ủ</w:t>
      </w:r>
      <w:r w:rsidRPr="00E61C47">
        <w:rPr>
          <w:rFonts w:ascii="Arial" w:hAnsi="Arial"/>
          <w:b/>
          <w:color w:val="37474F"/>
          <w:sz w:val="28"/>
          <w:szCs w:val="28"/>
        </w:rPr>
        <w:t>a b</w:t>
      </w:r>
      <w:r w:rsidRPr="00E61C47">
        <w:rPr>
          <w:rFonts w:ascii="Arial" w:hAnsi="Arial"/>
          <w:b/>
          <w:color w:val="37474F"/>
          <w:sz w:val="28"/>
          <w:szCs w:val="28"/>
        </w:rPr>
        <w:t>ạ</w:t>
      </w:r>
      <w:r w:rsidRPr="00E61C47">
        <w:rPr>
          <w:rFonts w:ascii="Arial" w:hAnsi="Arial"/>
          <w:b/>
          <w:color w:val="37474F"/>
          <w:sz w:val="28"/>
          <w:szCs w:val="28"/>
        </w:rPr>
        <w:t>n</w:t>
      </w:r>
    </w:p>
    <w:p w14:paraId="64F9656F" w14:textId="77777777" w:rsidR="0033518B" w:rsidRPr="00E61C47" w:rsidRDefault="00B119E8" w:rsidP="00A63FEB">
      <w:pPr>
        <w:pStyle w:val="ListBullet"/>
        <w:numPr>
          <w:ilvl w:val="0"/>
          <w:numId w:val="0"/>
        </w:numPr>
        <w:spacing w:after="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m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trên thanh đi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u hư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ng dư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 xml:space="preserve">i màn hình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ng.</w:t>
      </w:r>
    </w:p>
    <w:p w14:paraId="4EB53255" w14:textId="77777777" w:rsidR="0033518B" w:rsidRPr="00E61C47" w:rsidRDefault="00B119E8" w:rsidP="00A63FEB">
      <w:pPr>
        <w:pStyle w:val="ListBullet"/>
        <w:numPr>
          <w:ilvl w:val="0"/>
          <w:numId w:val="0"/>
        </w:numPr>
        <w:spacing w:after="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ý c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quy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truy c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cho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(GPS trên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i).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ằ</w:t>
      </w:r>
      <w:r w:rsidRPr="00E61C47">
        <w:rPr>
          <w:rFonts w:ascii="Arial" w:hAnsi="Arial"/>
          <w:color w:val="212121"/>
          <w:sz w:val="28"/>
          <w:szCs w:val="28"/>
        </w:rPr>
        <w:t>ng m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t ch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m tròn màu xanh dương.</w:t>
      </w:r>
    </w:p>
    <w:p w14:paraId="1858CD02" w14:textId="77777777" w:rsidR="0033518B" w:rsidRPr="00E61C47" w:rsidRDefault="00B119E8" w:rsidP="00A63FEB">
      <w:pPr>
        <w:pStyle w:val="ListBullet"/>
        <w:numPr>
          <w:ilvl w:val="0"/>
          <w:numId w:val="0"/>
        </w:numPr>
        <w:spacing w:after="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E61C47">
        <w:rPr>
          <w:rFonts w:ascii="Arial" w:hAnsi="Arial"/>
          <w:color w:val="212121"/>
          <w:sz w:val="28"/>
          <w:szCs w:val="28"/>
        </w:rPr>
        <w:t>Ch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bán kính quét xung quanh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n: 1km, 3km, 5km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10km.</w:t>
      </w:r>
    </w:p>
    <w:p w14:paraId="21BD8F4F" w14:textId="77777777" w:rsidR="0033518B" w:rsidRPr="00E61C47" w:rsidRDefault="00B119E8" w:rsidP="00A63FEB">
      <w:pPr>
        <w:pStyle w:val="ListBullet"/>
        <w:numPr>
          <w:ilvl w:val="0"/>
          <w:numId w:val="0"/>
        </w:numPr>
        <w:spacing w:after="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E61C47">
        <w:rPr>
          <w:rFonts w:ascii="Arial" w:hAnsi="Arial"/>
          <w:color w:val="212121"/>
          <w:sz w:val="28"/>
          <w:szCs w:val="28"/>
        </w:rPr>
        <w:t>Các</w:t>
      </w:r>
      <w:r w:rsidRPr="00E61C47">
        <w:rPr>
          <w:rFonts w:ascii="Arial" w:hAnsi="Arial"/>
          <w:color w:val="212121"/>
          <w:sz w:val="28"/>
          <w:szCs w:val="28"/>
        </w:rPr>
        <w:t xml:space="preserve">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xu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dư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d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ng các ghim (markers) đ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nh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màu xanh lá cây.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ghim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khung thông tin nhanh bao g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m: Tên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c, tên công ty, m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lương và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ng cách th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 (Ví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: cách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1.5km).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'Chi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t'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vào trang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n.</w:t>
      </w:r>
    </w:p>
    <w:p w14:paraId="002F8B6A" w14:textId="77777777" w:rsidR="0033518B" w:rsidRPr="00E61C47" w:rsidRDefault="00B119E8" w:rsidP="00A63FEB">
      <w:pPr>
        <w:pStyle w:val="ListBullet"/>
        <w:numPr>
          <w:ilvl w:val="0"/>
          <w:numId w:val="0"/>
        </w:numPr>
        <w:spacing w:after="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5: </w:t>
      </w:r>
      <w:r w:rsidRPr="00E61C47">
        <w:rPr>
          <w:rFonts w:ascii="Arial" w:hAnsi="Arial"/>
          <w:color w:val="212121"/>
          <w:sz w:val="28"/>
          <w:szCs w:val="28"/>
        </w:rPr>
        <w:t>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cũng v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rõ ranh gi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các Khu Công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 chính, giúp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ễ</w:t>
      </w:r>
      <w:r w:rsidRPr="00E61C47">
        <w:rPr>
          <w:rFonts w:ascii="Arial" w:hAnsi="Arial"/>
          <w:color w:val="212121"/>
          <w:sz w:val="28"/>
          <w:szCs w:val="28"/>
        </w:rPr>
        <w:t xml:space="preserve"> dàng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bi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công ty có n</w:t>
      </w:r>
      <w:r w:rsidRPr="00E61C47">
        <w:rPr>
          <w:rFonts w:ascii="Arial" w:hAnsi="Arial"/>
          <w:color w:val="212121"/>
          <w:sz w:val="28"/>
          <w:szCs w:val="28"/>
        </w:rPr>
        <w:t>ằ</w:t>
      </w:r>
      <w:r w:rsidRPr="00E61C47">
        <w:rPr>
          <w:rFonts w:ascii="Arial" w:hAnsi="Arial"/>
          <w:color w:val="212121"/>
          <w:sz w:val="28"/>
          <w:szCs w:val="28"/>
        </w:rPr>
        <w:t>m trong KCN hay không.</w:t>
      </w:r>
    </w:p>
    <w:p w14:paraId="3B042073" w14:textId="77777777" w:rsidR="0033518B" w:rsidRPr="00E61C47" w:rsidRDefault="00B119E8" w:rsidP="00E61C47">
      <w:pPr>
        <w:keepNext/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5.2. Chính sách b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o m</w:t>
      </w:r>
      <w:r w:rsidRPr="00E61C47">
        <w:rPr>
          <w:rFonts w:ascii="Arial" w:hAnsi="Arial"/>
          <w:b/>
          <w:color w:val="37474F"/>
          <w:sz w:val="28"/>
          <w:szCs w:val="28"/>
        </w:rPr>
        <w:t>ậ</w:t>
      </w:r>
      <w:r w:rsidRPr="00E61C47">
        <w:rPr>
          <w:rFonts w:ascii="Arial" w:hAnsi="Arial"/>
          <w:b/>
          <w:color w:val="37474F"/>
          <w:sz w:val="28"/>
          <w:szCs w:val="28"/>
        </w:rPr>
        <w:t>t v</w:t>
      </w:r>
      <w:r w:rsidRPr="00E61C47">
        <w:rPr>
          <w:rFonts w:ascii="Arial" w:hAnsi="Arial"/>
          <w:b/>
          <w:color w:val="37474F"/>
          <w:sz w:val="28"/>
          <w:szCs w:val="28"/>
        </w:rPr>
        <w:t>ị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trí (Location Fuzzing)</w:t>
      </w:r>
    </w:p>
    <w:p w14:paraId="285DA56F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an toàn t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đa cho Ngư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ng, ngăn ng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>a tình tr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 xml:space="preserve">ng </w:t>
      </w:r>
      <w:r w:rsidRPr="00E61C47">
        <w:rPr>
          <w:rFonts w:ascii="Arial" w:hAnsi="Arial"/>
          <w:color w:val="212121"/>
          <w:sz w:val="28"/>
          <w:szCs w:val="28"/>
        </w:rPr>
        <w:t>b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theo dõi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phòng tr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 xml:space="preserve">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b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làm phi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ngoài mong mu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n,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áp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thu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toán làm m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 xml:space="preserve">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E61C47" w14:paraId="441E5AB7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F44336"/>
              <w:bottom w:val="nil"/>
              <w:right w:val="nil"/>
            </w:tcBorders>
            <w:shd w:val="clear" w:color="auto" w:fill="FFEBEE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2BA06A64" w14:textId="77777777" w:rsidR="0033518B" w:rsidRPr="00E61C47" w:rsidRDefault="00B119E8" w:rsidP="00BD5B6D">
            <w:pPr>
              <w:spacing w:after="80"/>
              <w:rPr>
                <w:sz w:val="28"/>
                <w:szCs w:val="28"/>
              </w:rPr>
            </w:pP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⚠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️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 C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NH BÁO AN TOÀN: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trí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a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hi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trên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ồ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Nhà tuy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ặ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các tài kho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khác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ẽ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ch chuy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ng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ẫ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u nhiên và làm m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rong bán kính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ừ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±100m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±300m so 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trí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a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lastRenderedPageBreak/>
              <w:t>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n. NTD ch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ỉ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bi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n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ở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khu 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lân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ậ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đó ch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ứ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hoàn toàn không bi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a ch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ỉ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nhà hay phòng tr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ọ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chính xác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a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n.</w:t>
            </w:r>
          </w:p>
        </w:tc>
      </w:tr>
    </w:tbl>
    <w:p w14:paraId="5B8AF6E5" w14:textId="77777777" w:rsidR="0033518B" w:rsidRDefault="0033518B" w:rsidP="00BD5B6D">
      <w:pPr>
        <w:spacing w:after="120"/>
      </w:pPr>
    </w:p>
    <w:p w14:paraId="05836C7C" w14:textId="0FB3BDFC" w:rsidR="00E61C47" w:rsidRPr="004D336E" w:rsidRDefault="00B119E8" w:rsidP="004D336E">
      <w:pPr>
        <w:spacing w:after="0"/>
        <w:jc w:val="center"/>
      </w:pPr>
      <w:r>
        <w:rPr>
          <w:rFonts w:ascii="Arial" w:hAnsi="Arial"/>
          <w:b/>
          <w:color w:val="1B5E20"/>
          <w:sz w:val="32"/>
        </w:rPr>
        <w:t>CHƯƠNG 6:</w:t>
      </w:r>
    </w:p>
    <w:p w14:paraId="7F3A3355" w14:textId="3077F875" w:rsidR="0033518B" w:rsidRDefault="00B119E8" w:rsidP="004D336E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 xml:space="preserve">QUY TRÌNH </w:t>
      </w:r>
      <w:r>
        <w:rPr>
          <w:rFonts w:ascii="Arial" w:hAnsi="Arial"/>
          <w:b/>
          <w:color w:val="1B5E20"/>
          <w:sz w:val="32"/>
        </w:rPr>
        <w:t>Ứ</w:t>
      </w:r>
      <w:r>
        <w:rPr>
          <w:rFonts w:ascii="Arial" w:hAnsi="Arial"/>
          <w:b/>
          <w:color w:val="1B5E20"/>
          <w:sz w:val="32"/>
        </w:rPr>
        <w:t>NG TUY</w:t>
      </w:r>
      <w:r>
        <w:rPr>
          <w:rFonts w:ascii="Arial" w:hAnsi="Arial"/>
          <w:b/>
          <w:color w:val="1B5E20"/>
          <w:sz w:val="32"/>
        </w:rPr>
        <w:t>Ể</w:t>
      </w:r>
      <w:r>
        <w:rPr>
          <w:rFonts w:ascii="Arial" w:hAnsi="Arial"/>
          <w:b/>
          <w:color w:val="1B5E20"/>
          <w:sz w:val="32"/>
        </w:rPr>
        <w:t>N VÀ LÀM BÀI KI</w:t>
      </w:r>
      <w:r>
        <w:rPr>
          <w:rFonts w:ascii="Arial" w:hAnsi="Arial"/>
          <w:b/>
          <w:color w:val="1B5E20"/>
          <w:sz w:val="32"/>
        </w:rPr>
        <w:t>Ể</w:t>
      </w:r>
      <w:r>
        <w:rPr>
          <w:rFonts w:ascii="Arial" w:hAnsi="Arial"/>
          <w:b/>
          <w:color w:val="1B5E20"/>
          <w:sz w:val="32"/>
        </w:rPr>
        <w:t>M TRA NĂNG L</w:t>
      </w:r>
      <w:r>
        <w:rPr>
          <w:rFonts w:ascii="Arial" w:hAnsi="Arial"/>
          <w:b/>
          <w:color w:val="1B5E20"/>
          <w:sz w:val="32"/>
        </w:rPr>
        <w:t>Ự</w:t>
      </w:r>
      <w:r>
        <w:rPr>
          <w:rFonts w:ascii="Arial" w:hAnsi="Arial"/>
          <w:b/>
          <w:color w:val="1B5E20"/>
          <w:sz w:val="32"/>
        </w:rPr>
        <w:t>C</w:t>
      </w:r>
    </w:p>
    <w:p w14:paraId="46CA9E57" w14:textId="77777777" w:rsidR="00E61C47" w:rsidRDefault="00E61C47">
      <w:pPr>
        <w:spacing w:after="120"/>
        <w:rPr>
          <w:rFonts w:ascii="Arial" w:hAnsi="Arial"/>
          <w:color w:val="212121"/>
        </w:rPr>
      </w:pPr>
    </w:p>
    <w:p w14:paraId="76D0317F" w14:textId="33D67EC8" w:rsidR="0033518B" w:rsidRPr="00E61C47" w:rsidRDefault="00B119E8" w:rsidP="00E61C47">
      <w:pPr>
        <w:spacing w:after="0"/>
        <w:ind w:firstLine="720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Quy trình n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p đơn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trên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c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k</w:t>
      </w:r>
      <w:r w:rsidRPr="00E61C47">
        <w:rPr>
          <w:rFonts w:ascii="Arial" w:hAnsi="Arial"/>
          <w:color w:val="212121"/>
          <w:sz w:val="28"/>
          <w:szCs w:val="28"/>
        </w:rPr>
        <w:t>ỳ</w:t>
      </w:r>
      <w:r w:rsidRPr="00E61C47">
        <w:rPr>
          <w:rFonts w:ascii="Arial" w:hAnsi="Arial"/>
          <w:color w:val="212121"/>
          <w:sz w:val="28"/>
          <w:szCs w:val="28"/>
        </w:rPr>
        <w:t xml:space="preserve"> đơn gi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n,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các công c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 xml:space="preserve"> ki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tra đánh giá năng l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giúp nâng cao giá tr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n.</w:t>
      </w:r>
    </w:p>
    <w:p w14:paraId="2C07CB73" w14:textId="77777777" w:rsidR="0033518B" w:rsidRPr="00E61C47" w:rsidRDefault="00B119E8" w:rsidP="00E61C47">
      <w:pPr>
        <w:keepNext/>
        <w:spacing w:after="0"/>
        <w:ind w:firstLine="720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6.1. Hư</w:t>
      </w:r>
      <w:r w:rsidRPr="00E61C47">
        <w:rPr>
          <w:rFonts w:ascii="Arial" w:hAnsi="Arial"/>
          <w:b/>
          <w:color w:val="37474F"/>
          <w:sz w:val="28"/>
          <w:szCs w:val="28"/>
        </w:rPr>
        <w:t>ớ</w:t>
      </w:r>
      <w:r w:rsidRPr="00E61C47">
        <w:rPr>
          <w:rFonts w:ascii="Arial" w:hAnsi="Arial"/>
          <w:b/>
          <w:color w:val="37474F"/>
          <w:sz w:val="28"/>
          <w:szCs w:val="28"/>
        </w:rPr>
        <w:t>ng d</w:t>
      </w:r>
      <w:r w:rsidRPr="00E61C47">
        <w:rPr>
          <w:rFonts w:ascii="Arial" w:hAnsi="Arial"/>
          <w:b/>
          <w:color w:val="37474F"/>
          <w:sz w:val="28"/>
          <w:szCs w:val="28"/>
        </w:rPr>
        <w:t>ẫ</w:t>
      </w:r>
      <w:r w:rsidRPr="00E61C47">
        <w:rPr>
          <w:rFonts w:ascii="Arial" w:hAnsi="Arial"/>
          <w:b/>
          <w:color w:val="37474F"/>
          <w:sz w:val="28"/>
          <w:szCs w:val="28"/>
        </w:rPr>
        <w:t>n n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>p h</w:t>
      </w:r>
      <w:r w:rsidRPr="00E61C47">
        <w:rPr>
          <w:rFonts w:ascii="Arial" w:hAnsi="Arial"/>
          <w:b/>
          <w:color w:val="37474F"/>
          <w:sz w:val="28"/>
          <w:szCs w:val="28"/>
        </w:rPr>
        <w:t>ồ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sơ </w:t>
      </w:r>
      <w:r w:rsidRPr="00E61C47">
        <w:rPr>
          <w:rFonts w:ascii="Arial" w:hAnsi="Arial"/>
          <w:b/>
          <w:color w:val="37474F"/>
          <w:sz w:val="28"/>
          <w:szCs w:val="28"/>
        </w:rPr>
        <w:t>ứ</w:t>
      </w:r>
      <w:r w:rsidRPr="00E61C47">
        <w:rPr>
          <w:rFonts w:ascii="Arial" w:hAnsi="Arial"/>
          <w:b/>
          <w:color w:val="37474F"/>
          <w:sz w:val="28"/>
          <w:szCs w:val="28"/>
        </w:rPr>
        <w:t>ng tuy</w:t>
      </w:r>
      <w:r w:rsidRPr="00E61C47">
        <w:rPr>
          <w:rFonts w:ascii="Arial" w:hAnsi="Arial"/>
          <w:b/>
          <w:color w:val="37474F"/>
          <w:sz w:val="28"/>
          <w:szCs w:val="28"/>
        </w:rPr>
        <w:t>ể</w:t>
      </w:r>
      <w:r w:rsidRPr="00E61C47">
        <w:rPr>
          <w:rFonts w:ascii="Arial" w:hAnsi="Arial"/>
          <w:b/>
          <w:color w:val="37474F"/>
          <w:sz w:val="28"/>
          <w:szCs w:val="28"/>
        </w:rPr>
        <w:t>n</w:t>
      </w:r>
    </w:p>
    <w:p w14:paraId="4214CD6C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0"/>
        <w:ind w:left="720" w:hanging="720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E61C47">
        <w:rPr>
          <w:rFonts w:ascii="Arial" w:hAnsi="Arial"/>
          <w:color w:val="212121"/>
          <w:sz w:val="28"/>
          <w:szCs w:val="28"/>
        </w:rPr>
        <w:t>Xem 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ng, đ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k</w:t>
      </w:r>
      <w:r w:rsidRPr="00E61C47">
        <w:rPr>
          <w:rFonts w:ascii="Arial" w:hAnsi="Arial"/>
          <w:color w:val="212121"/>
          <w:sz w:val="28"/>
          <w:szCs w:val="28"/>
        </w:rPr>
        <w:t>ỹ</w:t>
      </w:r>
      <w:r w:rsidRPr="00E61C47">
        <w:rPr>
          <w:rFonts w:ascii="Arial" w:hAnsi="Arial"/>
          <w:color w:val="212121"/>
          <w:sz w:val="28"/>
          <w:szCs w:val="28"/>
        </w:rPr>
        <w:t xml:space="preserve">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c, quy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và ca làm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</w:t>
      </w:r>
      <w:r w:rsidRPr="00E61C47">
        <w:rPr>
          <w:rFonts w:ascii="Arial" w:hAnsi="Arial"/>
          <w:color w:val="212121"/>
          <w:sz w:val="28"/>
          <w:szCs w:val="28"/>
        </w:rPr>
        <w:t>.</w:t>
      </w:r>
    </w:p>
    <w:p w14:paraId="33198F7D" w14:textId="77777777" w:rsidR="0033518B" w:rsidRDefault="00B119E8">
      <w:pPr>
        <w:keepNext/>
        <w:spacing w:before="240" w:after="80"/>
        <w:jc w:val="center"/>
      </w:pPr>
      <w:r>
        <w:rPr>
          <w:noProof/>
        </w:rPr>
        <w:drawing>
          <wp:inline distT="0" distB="0" distL="0" distR="0" wp14:anchorId="2FD771A2" wp14:editId="2FEA5160">
            <wp:extent cx="4133672" cy="3114809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7255" cy="3117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26D6C" w14:textId="77777777" w:rsidR="0033518B" w:rsidRDefault="00B119E8">
      <w:pPr>
        <w:keepNext/>
        <w:spacing w:before="40" w:after="240"/>
        <w:jc w:val="center"/>
      </w:pPr>
      <w:r>
        <w:rPr>
          <w:rFonts w:ascii="Arial" w:hAnsi="Arial"/>
          <w:i/>
          <w:color w:val="757575"/>
          <w:sz w:val="19"/>
        </w:rPr>
        <w:t>Hình 4: Giao di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h</w:t>
      </w:r>
      <w:r>
        <w:rPr>
          <w:rFonts w:ascii="Arial" w:hAnsi="Arial"/>
          <w:i/>
          <w:color w:val="757575"/>
          <w:sz w:val="19"/>
        </w:rPr>
        <w:t>ồ</w:t>
      </w:r>
      <w:r>
        <w:rPr>
          <w:rFonts w:ascii="Arial" w:hAnsi="Arial"/>
          <w:i/>
          <w:color w:val="757575"/>
          <w:sz w:val="19"/>
        </w:rPr>
        <w:t xml:space="preserve"> sơ và đơn </w:t>
      </w:r>
      <w:r>
        <w:rPr>
          <w:rFonts w:ascii="Arial" w:hAnsi="Arial"/>
          <w:i/>
          <w:color w:val="757575"/>
          <w:sz w:val="19"/>
        </w:rPr>
        <w:t>ứ</w:t>
      </w:r>
      <w:r>
        <w:rPr>
          <w:rFonts w:ascii="Arial" w:hAnsi="Arial"/>
          <w:i/>
          <w:color w:val="757575"/>
          <w:sz w:val="19"/>
        </w:rPr>
        <w:t>ng tuy</w:t>
      </w:r>
      <w:r>
        <w:rPr>
          <w:rFonts w:ascii="Arial" w:hAnsi="Arial"/>
          <w:i/>
          <w:color w:val="757575"/>
          <w:sz w:val="19"/>
        </w:rPr>
        <w:t>ể</w:t>
      </w:r>
      <w:r>
        <w:rPr>
          <w:rFonts w:ascii="Arial" w:hAnsi="Arial"/>
          <w:i/>
          <w:color w:val="757575"/>
          <w:sz w:val="19"/>
        </w:rPr>
        <w:t>n c</w:t>
      </w:r>
      <w:r>
        <w:rPr>
          <w:rFonts w:ascii="Arial" w:hAnsi="Arial"/>
          <w:i/>
          <w:color w:val="757575"/>
          <w:sz w:val="19"/>
        </w:rPr>
        <w:t>ủ</w:t>
      </w:r>
      <w:r>
        <w:rPr>
          <w:rFonts w:ascii="Arial" w:hAnsi="Arial"/>
          <w:i/>
          <w:color w:val="757575"/>
          <w:sz w:val="19"/>
        </w:rPr>
        <w:t>a Ngư</w:t>
      </w:r>
      <w:r>
        <w:rPr>
          <w:rFonts w:ascii="Arial" w:hAnsi="Arial"/>
          <w:i/>
          <w:color w:val="757575"/>
          <w:sz w:val="19"/>
        </w:rPr>
        <w:t>ờ</w:t>
      </w:r>
      <w:r>
        <w:rPr>
          <w:rFonts w:ascii="Arial" w:hAnsi="Arial"/>
          <w:i/>
          <w:color w:val="757575"/>
          <w:sz w:val="19"/>
        </w:rPr>
        <w:t>i Lao Đ</w:t>
      </w:r>
      <w:r>
        <w:rPr>
          <w:rFonts w:ascii="Arial" w:hAnsi="Arial"/>
          <w:i/>
          <w:color w:val="757575"/>
          <w:sz w:val="19"/>
        </w:rPr>
        <w:t>ộ</w:t>
      </w:r>
      <w:r>
        <w:rPr>
          <w:rFonts w:ascii="Arial" w:hAnsi="Arial"/>
          <w:i/>
          <w:color w:val="757575"/>
          <w:sz w:val="19"/>
        </w:rPr>
        <w:t>ng</w:t>
      </w:r>
    </w:p>
    <w:p w14:paraId="504CBF38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nút '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ngay'. B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CV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tuy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đư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l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đ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qu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lý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ng.</w:t>
      </w:r>
    </w:p>
    <w:p w14:paraId="2B50B245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E61C47">
        <w:rPr>
          <w:rFonts w:ascii="Arial" w:hAnsi="Arial"/>
          <w:color w:val="212121"/>
          <w:sz w:val="28"/>
          <w:szCs w:val="28"/>
        </w:rPr>
        <w:t>Theo dõi tr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ng thái: M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>i khi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tr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 xml:space="preserve">ng </w:t>
      </w:r>
      <w:r w:rsidRPr="00E61C47">
        <w:rPr>
          <w:rFonts w:ascii="Arial" w:hAnsi="Arial"/>
          <w:color w:val="212121"/>
          <w:sz w:val="28"/>
          <w:szCs w:val="28"/>
        </w:rPr>
        <w:t>thái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(M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-&gt; Đã xem -&gt; Ph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ng v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-&gt; Đã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ng),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thông báo đ</w:t>
      </w:r>
      <w:r w:rsidRPr="00E61C47">
        <w:rPr>
          <w:rFonts w:ascii="Arial" w:hAnsi="Arial"/>
          <w:color w:val="212121"/>
          <w:sz w:val="28"/>
          <w:szCs w:val="28"/>
        </w:rPr>
        <w:t>ẩ</w:t>
      </w:r>
      <w:r w:rsidRPr="00E61C47">
        <w:rPr>
          <w:rFonts w:ascii="Arial" w:hAnsi="Arial"/>
          <w:color w:val="212121"/>
          <w:sz w:val="28"/>
          <w:szCs w:val="28"/>
        </w:rPr>
        <w:t>y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v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n.</w:t>
      </w:r>
    </w:p>
    <w:p w14:paraId="51D3BC42" w14:textId="77777777" w:rsidR="0033518B" w:rsidRPr="00E61C47" w:rsidRDefault="00B119E8" w:rsidP="004D336E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6.2. Làm bài ki</w:t>
      </w:r>
      <w:r w:rsidRPr="00E61C47">
        <w:rPr>
          <w:rFonts w:ascii="Arial" w:hAnsi="Arial"/>
          <w:b/>
          <w:color w:val="37474F"/>
          <w:sz w:val="28"/>
          <w:szCs w:val="28"/>
        </w:rPr>
        <w:t>ể</w:t>
      </w:r>
      <w:r w:rsidRPr="00E61C47">
        <w:rPr>
          <w:rFonts w:ascii="Arial" w:hAnsi="Arial"/>
          <w:b/>
          <w:color w:val="37474F"/>
          <w:sz w:val="28"/>
          <w:szCs w:val="28"/>
        </w:rPr>
        <w:t>m tra năng l</w:t>
      </w:r>
      <w:r w:rsidRPr="00E61C47">
        <w:rPr>
          <w:rFonts w:ascii="Arial" w:hAnsi="Arial"/>
          <w:b/>
          <w:color w:val="37474F"/>
          <w:sz w:val="28"/>
          <w:szCs w:val="28"/>
        </w:rPr>
        <w:t>ự</w:t>
      </w:r>
      <w:r w:rsidRPr="00E61C47">
        <w:rPr>
          <w:rFonts w:ascii="Arial" w:hAnsi="Arial"/>
          <w:b/>
          <w:color w:val="37474F"/>
          <w:sz w:val="28"/>
          <w:szCs w:val="28"/>
        </w:rPr>
        <w:t>c (Assessment &amp; Skill Test)</w:t>
      </w:r>
    </w:p>
    <w:p w14:paraId="42EA1CD9" w14:textId="77777777" w:rsidR="0033518B" w:rsidRPr="00E61C47" w:rsidRDefault="00B119E8" w:rsidP="004D336E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M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t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có tính ch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k</w:t>
      </w:r>
      <w:r w:rsidRPr="00E61C47">
        <w:rPr>
          <w:rFonts w:ascii="Arial" w:hAnsi="Arial"/>
          <w:color w:val="212121"/>
          <w:sz w:val="28"/>
          <w:szCs w:val="28"/>
        </w:rPr>
        <w:t>ỹ</w:t>
      </w:r>
      <w:r w:rsidRPr="00E61C47">
        <w:rPr>
          <w:rFonts w:ascii="Arial" w:hAnsi="Arial"/>
          <w:color w:val="212121"/>
          <w:sz w:val="28"/>
          <w:szCs w:val="28"/>
        </w:rPr>
        <w:t xml:space="preserve"> thu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cao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 xml:space="preserve">u chuyên </w:t>
      </w:r>
      <w:r w:rsidRPr="00E61C47">
        <w:rPr>
          <w:rFonts w:ascii="Arial" w:hAnsi="Arial"/>
          <w:color w:val="212121"/>
          <w:sz w:val="28"/>
          <w:szCs w:val="28"/>
        </w:rPr>
        <w:t>môn đ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thù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có bài ki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tra năng l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đi kèm do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thi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l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p.</w:t>
      </w:r>
    </w:p>
    <w:p w14:paraId="2A6187C0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lastRenderedPageBreak/>
        <w:t>Yêu c</w:t>
      </w:r>
      <w:r w:rsidRPr="00E61C47">
        <w:rPr>
          <w:rFonts w:ascii="Arial" w:hAnsi="Arial"/>
          <w:b/>
          <w:color w:val="212121"/>
          <w:sz w:val="28"/>
          <w:szCs w:val="28"/>
        </w:rPr>
        <w:t>ầ</w:t>
      </w:r>
      <w:r w:rsidRPr="00E61C47">
        <w:rPr>
          <w:rFonts w:ascii="Arial" w:hAnsi="Arial"/>
          <w:b/>
          <w:color w:val="212121"/>
          <w:sz w:val="28"/>
          <w:szCs w:val="28"/>
        </w:rPr>
        <w:t>u th</w:t>
      </w:r>
      <w:r w:rsidRPr="00E61C47">
        <w:rPr>
          <w:rFonts w:ascii="Arial" w:hAnsi="Arial"/>
          <w:b/>
          <w:color w:val="212121"/>
          <w:sz w:val="28"/>
          <w:szCs w:val="28"/>
        </w:rPr>
        <w:t>ự</w:t>
      </w:r>
      <w:r w:rsidRPr="00E61C47">
        <w:rPr>
          <w:rFonts w:ascii="Arial" w:hAnsi="Arial"/>
          <w:b/>
          <w:color w:val="212121"/>
          <w:sz w:val="28"/>
          <w:szCs w:val="28"/>
        </w:rPr>
        <w:t>c hi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n: </w:t>
      </w:r>
      <w:r w:rsidRPr="00E61C47">
        <w:rPr>
          <w:rFonts w:ascii="Arial" w:hAnsi="Arial"/>
          <w:color w:val="212121"/>
          <w:sz w:val="28"/>
          <w:szCs w:val="28"/>
        </w:rPr>
        <w:t>Khi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 xml:space="preserve">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các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này,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m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t thông báo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th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bài ki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tra năng l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khi chính th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n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p đơn.</w:t>
      </w:r>
    </w:p>
    <w:p w14:paraId="7AA19F32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Th</w:t>
      </w:r>
      <w:r w:rsidRPr="00E61C47">
        <w:rPr>
          <w:rFonts w:ascii="Arial" w:hAnsi="Arial"/>
          <w:b/>
          <w:color w:val="212121"/>
          <w:sz w:val="28"/>
          <w:szCs w:val="28"/>
        </w:rPr>
        <w:t>ờ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i gian làm 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bài: </w:t>
      </w:r>
      <w:r w:rsidRPr="00E61C47">
        <w:rPr>
          <w:rFonts w:ascii="Arial" w:hAnsi="Arial"/>
          <w:color w:val="212121"/>
          <w:sz w:val="28"/>
          <w:szCs w:val="28"/>
        </w:rPr>
        <w:t>Bài ki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tra (thư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ng là tr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c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m)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kèm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m ngư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(Ví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: 15 phút).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trung tr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và b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m n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p bài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khi h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gi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. 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tình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l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trang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thoát trình duy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t,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v</w:t>
      </w:r>
      <w:r w:rsidRPr="00E61C47">
        <w:rPr>
          <w:rFonts w:ascii="Arial" w:hAnsi="Arial"/>
          <w:color w:val="212121"/>
          <w:sz w:val="28"/>
          <w:szCs w:val="28"/>
        </w:rPr>
        <w:t>ẫ</w:t>
      </w:r>
      <w:r w:rsidRPr="00E61C47">
        <w:rPr>
          <w:rFonts w:ascii="Arial" w:hAnsi="Arial"/>
          <w:color w:val="212121"/>
          <w:sz w:val="28"/>
          <w:szCs w:val="28"/>
        </w:rPr>
        <w:t>n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ch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y.</w:t>
      </w:r>
    </w:p>
    <w:p w14:paraId="25654830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H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b/>
          <w:color w:val="212121"/>
          <w:sz w:val="28"/>
          <w:szCs w:val="28"/>
        </w:rPr>
        <w:t>ố</w:t>
      </w:r>
      <w:r w:rsidRPr="00E61C47">
        <w:rPr>
          <w:rFonts w:ascii="Arial" w:hAnsi="Arial"/>
          <w:b/>
          <w:color w:val="212121"/>
          <w:sz w:val="28"/>
          <w:szCs w:val="28"/>
        </w:rPr>
        <w:t>ng ch</w:t>
      </w:r>
      <w:r w:rsidRPr="00E61C47">
        <w:rPr>
          <w:rFonts w:ascii="Arial" w:hAnsi="Arial"/>
          <w:b/>
          <w:color w:val="212121"/>
          <w:sz w:val="28"/>
          <w:szCs w:val="28"/>
        </w:rPr>
        <w:t>ấ</w:t>
      </w:r>
      <w:r w:rsidRPr="00E61C47">
        <w:rPr>
          <w:rFonts w:ascii="Arial" w:hAnsi="Arial"/>
          <w:b/>
          <w:color w:val="212121"/>
          <w:sz w:val="28"/>
          <w:szCs w:val="28"/>
        </w:rPr>
        <w:t>m đi</w:t>
      </w:r>
      <w:r w:rsidRPr="00E61C47">
        <w:rPr>
          <w:rFonts w:ascii="Arial" w:hAnsi="Arial"/>
          <w:b/>
          <w:color w:val="212121"/>
          <w:sz w:val="28"/>
          <w:szCs w:val="28"/>
        </w:rPr>
        <w:t>ể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m: </w:t>
      </w:r>
      <w:r w:rsidRPr="00E61C47">
        <w:rPr>
          <w:rFonts w:ascii="Arial" w:hAnsi="Arial"/>
          <w:color w:val="212121"/>
          <w:sz w:val="28"/>
          <w:szCs w:val="28"/>
        </w:rPr>
        <w:t>Bài làm đư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ch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m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ngay l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và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qu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đính kèm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p vào đơn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đ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NTD.</w:t>
      </w:r>
    </w:p>
    <w:p w14:paraId="398F1934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H</w:t>
      </w:r>
      <w:r w:rsidRPr="00E61C47">
        <w:rPr>
          <w:rFonts w:ascii="Arial" w:hAnsi="Arial"/>
          <w:b/>
          <w:color w:val="212121"/>
          <w:sz w:val="28"/>
          <w:szCs w:val="28"/>
        </w:rPr>
        <w:t>ỗ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b/>
          <w:color w:val="212121"/>
          <w:sz w:val="28"/>
          <w:szCs w:val="28"/>
        </w:rPr>
        <w:t>ợ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b/>
          <w:color w:val="212121"/>
          <w:sz w:val="28"/>
          <w:szCs w:val="28"/>
        </w:rPr>
        <w:t>ả</w:t>
      </w:r>
      <w:r w:rsidRPr="00E61C47">
        <w:rPr>
          <w:rFonts w:ascii="Arial" w:hAnsi="Arial"/>
          <w:b/>
          <w:color w:val="212121"/>
          <w:sz w:val="28"/>
          <w:szCs w:val="28"/>
        </w:rPr>
        <w:t>i thi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>n năng l</w:t>
      </w:r>
      <w:r w:rsidRPr="00E61C47">
        <w:rPr>
          <w:rFonts w:ascii="Arial" w:hAnsi="Arial"/>
          <w:b/>
          <w:color w:val="212121"/>
          <w:sz w:val="28"/>
          <w:szCs w:val="28"/>
        </w:rPr>
        <w:t>ự</w:t>
      </w:r>
      <w:r w:rsidRPr="00E61C47">
        <w:rPr>
          <w:rFonts w:ascii="Arial" w:hAnsi="Arial"/>
          <w:b/>
          <w:color w:val="212121"/>
          <w:sz w:val="28"/>
          <w:szCs w:val="28"/>
        </w:rPr>
        <w:t>c t</w:t>
      </w:r>
      <w:r w:rsidRPr="00E61C47">
        <w:rPr>
          <w:rFonts w:ascii="Arial" w:hAnsi="Arial"/>
          <w:b/>
          <w:color w:val="212121"/>
          <w:sz w:val="28"/>
          <w:szCs w:val="28"/>
        </w:rPr>
        <w:t>ừ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AI: </w:t>
      </w:r>
      <w:r w:rsidRPr="00E61C47">
        <w:rPr>
          <w:rFonts w:ascii="Arial" w:hAnsi="Arial"/>
          <w:color w:val="212121"/>
          <w:sz w:val="28"/>
          <w:szCs w:val="28"/>
        </w:rPr>
        <w:t>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bài thi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không đ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t (dư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50%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m),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AI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phân tích nh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 xml:space="preserve">ng </w:t>
      </w:r>
      <w:r w:rsidRPr="00E61C47">
        <w:rPr>
          <w:rFonts w:ascii="Arial" w:hAnsi="Arial"/>
          <w:color w:val="212121"/>
          <w:sz w:val="28"/>
          <w:szCs w:val="28"/>
        </w:rPr>
        <w:t>câu 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làm sai và đ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xu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các tài nguyên 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t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p, video hư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ẫ</w:t>
      </w:r>
      <w:r w:rsidRPr="00E61C47">
        <w:rPr>
          <w:rFonts w:ascii="Arial" w:hAnsi="Arial"/>
          <w:color w:val="212121"/>
          <w:sz w:val="28"/>
          <w:szCs w:val="28"/>
        </w:rPr>
        <w:t>n k</w:t>
      </w:r>
      <w:r w:rsidRPr="00E61C47">
        <w:rPr>
          <w:rFonts w:ascii="Arial" w:hAnsi="Arial"/>
          <w:color w:val="212121"/>
          <w:sz w:val="28"/>
          <w:szCs w:val="28"/>
        </w:rPr>
        <w:t>ỹ</w:t>
      </w:r>
      <w:r w:rsidRPr="00E61C47">
        <w:rPr>
          <w:rFonts w:ascii="Arial" w:hAnsi="Arial"/>
          <w:color w:val="212121"/>
          <w:sz w:val="28"/>
          <w:szCs w:val="28"/>
        </w:rPr>
        <w:t xml:space="preserve"> năng ng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phù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m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'Tài nguyên 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t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p'.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th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i, AI cũng g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ý các công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tương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khác đang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có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th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hơn phù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E61C47" w14:paraId="7D6048AA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FF9800"/>
              <w:bottom w:val="nil"/>
              <w:right w:val="nil"/>
            </w:tcBorders>
            <w:shd w:val="clear" w:color="auto" w:fill="FFF3E0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41C6A978" w14:textId="77777777" w:rsidR="0033518B" w:rsidRPr="00E61C47" w:rsidRDefault="00B119E8" w:rsidP="00E61C47">
            <w:pPr>
              <w:spacing w:before="80" w:after="80"/>
              <w:ind w:firstLine="720"/>
              <w:jc w:val="both"/>
              <w:rPr>
                <w:sz w:val="28"/>
                <w:szCs w:val="28"/>
              </w:rPr>
            </w:pPr>
            <w:r w:rsidRPr="00E61C47">
              <w:rPr>
                <w:rFonts w:ascii="Arial" w:hAnsi="Arial"/>
                <w:b/>
                <w:color w:val="FF9800"/>
                <w:sz w:val="28"/>
                <w:szCs w:val="28"/>
              </w:rPr>
              <w:t>📌</w:t>
            </w:r>
            <w:r w:rsidRPr="00E61C47">
              <w:rPr>
                <w:rFonts w:ascii="Arial" w:hAnsi="Arial"/>
                <w:b/>
                <w:color w:val="FF9800"/>
                <w:sz w:val="28"/>
                <w:szCs w:val="28"/>
              </w:rPr>
              <w:t xml:space="preserve"> LƯU Ý QUAN TR</w:t>
            </w:r>
            <w:r w:rsidRPr="00E61C47">
              <w:rPr>
                <w:rFonts w:ascii="Arial" w:hAnsi="Arial"/>
                <w:b/>
                <w:color w:val="FF9800"/>
                <w:sz w:val="28"/>
                <w:szCs w:val="28"/>
              </w:rPr>
              <w:t>Ọ</w:t>
            </w:r>
            <w:r w:rsidRPr="00E61C47">
              <w:rPr>
                <w:rFonts w:ascii="Arial" w:hAnsi="Arial"/>
                <w:b/>
                <w:color w:val="FF9800"/>
                <w:sz w:val="28"/>
                <w:szCs w:val="28"/>
              </w:rPr>
              <w:t xml:space="preserve">NG: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Trư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c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khi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m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ắ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u làm bài ki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m tra năng l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c, hãy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m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o đi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a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có k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n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m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ng Internet 4G/Wifi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ổ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nh và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n đang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ở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không gian yên tĩnh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có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làm bài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nh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t. M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ỗ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bài ki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m tra ch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ỉ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đư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hi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m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l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duy nh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cho m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ỗ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tin tuy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ng.</w:t>
            </w:r>
          </w:p>
        </w:tc>
      </w:tr>
    </w:tbl>
    <w:p w14:paraId="71D0AD6C" w14:textId="77777777" w:rsidR="0033518B" w:rsidRPr="00E61C47" w:rsidRDefault="0033518B" w:rsidP="00E61C47">
      <w:pPr>
        <w:spacing w:after="120"/>
        <w:ind w:firstLine="720"/>
        <w:jc w:val="both"/>
        <w:rPr>
          <w:sz w:val="28"/>
          <w:szCs w:val="28"/>
        </w:rPr>
      </w:pPr>
    </w:p>
    <w:p w14:paraId="3063BA1D" w14:textId="7CE7A786" w:rsidR="004D336E" w:rsidRDefault="00B119E8" w:rsidP="004D336E">
      <w:pPr>
        <w:keepNext/>
        <w:spacing w:after="0"/>
        <w:ind w:firstLine="720"/>
        <w:jc w:val="center"/>
        <w:rPr>
          <w:rFonts w:ascii="Arial" w:hAnsi="Arial"/>
          <w:b/>
          <w:color w:val="1B5E20"/>
          <w:sz w:val="32"/>
          <w:szCs w:val="32"/>
        </w:rPr>
      </w:pPr>
      <w:r w:rsidRPr="004D336E">
        <w:rPr>
          <w:rFonts w:ascii="Arial" w:hAnsi="Arial"/>
          <w:b/>
          <w:color w:val="1B5E20"/>
          <w:sz w:val="32"/>
          <w:szCs w:val="32"/>
        </w:rPr>
        <w:t>CHƯƠNG 7:</w:t>
      </w:r>
    </w:p>
    <w:p w14:paraId="6D99F840" w14:textId="520F4F58" w:rsidR="0033518B" w:rsidRPr="004D336E" w:rsidRDefault="00B119E8" w:rsidP="004D336E">
      <w:pPr>
        <w:keepNext/>
        <w:spacing w:after="0"/>
        <w:ind w:firstLine="720"/>
        <w:jc w:val="center"/>
        <w:rPr>
          <w:sz w:val="32"/>
          <w:szCs w:val="32"/>
        </w:rPr>
      </w:pPr>
      <w:r w:rsidRPr="004D336E">
        <w:rPr>
          <w:rFonts w:ascii="Arial" w:hAnsi="Arial"/>
          <w:b/>
          <w:color w:val="1B5E20"/>
          <w:sz w:val="32"/>
          <w:szCs w:val="32"/>
        </w:rPr>
        <w:t>NH</w:t>
      </w:r>
      <w:r w:rsidRPr="004D336E">
        <w:rPr>
          <w:rFonts w:ascii="Arial" w:hAnsi="Arial"/>
          <w:b/>
          <w:color w:val="1B5E20"/>
          <w:sz w:val="32"/>
          <w:szCs w:val="32"/>
        </w:rPr>
        <w:t>Ắ</w:t>
      </w:r>
      <w:r w:rsidRPr="004D336E">
        <w:rPr>
          <w:rFonts w:ascii="Arial" w:hAnsi="Arial"/>
          <w:b/>
          <w:color w:val="1B5E20"/>
          <w:sz w:val="32"/>
          <w:szCs w:val="32"/>
        </w:rPr>
        <w:t>N TIN VÀ TƯƠNG TÁC V</w:t>
      </w:r>
      <w:r w:rsidRPr="004D336E">
        <w:rPr>
          <w:rFonts w:ascii="Arial" w:hAnsi="Arial"/>
          <w:b/>
          <w:color w:val="1B5E20"/>
          <w:sz w:val="32"/>
          <w:szCs w:val="32"/>
        </w:rPr>
        <w:t>Ớ</w:t>
      </w:r>
      <w:r w:rsidRPr="004D336E">
        <w:rPr>
          <w:rFonts w:ascii="Arial" w:hAnsi="Arial"/>
          <w:b/>
          <w:color w:val="1B5E20"/>
          <w:sz w:val="32"/>
          <w:szCs w:val="32"/>
        </w:rPr>
        <w:t>I NHÀ TUY</w:t>
      </w:r>
      <w:r w:rsidRPr="004D336E">
        <w:rPr>
          <w:rFonts w:ascii="Arial" w:hAnsi="Arial"/>
          <w:b/>
          <w:color w:val="1B5E20"/>
          <w:sz w:val="32"/>
          <w:szCs w:val="32"/>
        </w:rPr>
        <w:t>Ể</w:t>
      </w:r>
      <w:r w:rsidRPr="004D336E">
        <w:rPr>
          <w:rFonts w:ascii="Arial" w:hAnsi="Arial"/>
          <w:b/>
          <w:color w:val="1B5E20"/>
          <w:sz w:val="32"/>
          <w:szCs w:val="32"/>
        </w:rPr>
        <w:t>N D</w:t>
      </w:r>
      <w:r w:rsidRPr="004D336E">
        <w:rPr>
          <w:rFonts w:ascii="Arial" w:hAnsi="Arial"/>
          <w:b/>
          <w:color w:val="1B5E20"/>
          <w:sz w:val="32"/>
          <w:szCs w:val="32"/>
        </w:rPr>
        <w:t>Ụ</w:t>
      </w:r>
      <w:r w:rsidRPr="004D336E">
        <w:rPr>
          <w:rFonts w:ascii="Arial" w:hAnsi="Arial"/>
          <w:b/>
          <w:color w:val="1B5E20"/>
          <w:sz w:val="32"/>
          <w:szCs w:val="32"/>
        </w:rPr>
        <w:t>NG</w:t>
      </w:r>
    </w:p>
    <w:p w14:paraId="204F1187" w14:textId="77777777" w:rsidR="004D336E" w:rsidRDefault="004D336E" w:rsidP="00E61C47">
      <w:pPr>
        <w:spacing w:after="120"/>
        <w:ind w:firstLine="720"/>
        <w:jc w:val="both"/>
        <w:rPr>
          <w:rFonts w:ascii="Arial" w:hAnsi="Arial"/>
          <w:color w:val="212121"/>
          <w:sz w:val="28"/>
          <w:szCs w:val="28"/>
        </w:rPr>
      </w:pPr>
    </w:p>
    <w:p w14:paraId="46D59E5E" w14:textId="2EE4F31B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cung c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kênh đàm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th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gian th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gi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>a Ngư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và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c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truy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nhanh chóng và các l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p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thông tin cá nhân an toàn.</w:t>
      </w:r>
    </w:p>
    <w:p w14:paraId="0C296461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7.1. Trò chuy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n tr</w:t>
      </w:r>
      <w:r w:rsidRPr="00E61C47">
        <w:rPr>
          <w:rFonts w:ascii="Arial" w:hAnsi="Arial"/>
          <w:b/>
          <w:color w:val="37474F"/>
          <w:sz w:val="28"/>
          <w:szCs w:val="28"/>
        </w:rPr>
        <w:t>ự</w:t>
      </w:r>
      <w:r w:rsidRPr="00E61C47">
        <w:rPr>
          <w:rFonts w:ascii="Arial" w:hAnsi="Arial"/>
          <w:b/>
          <w:color w:val="37474F"/>
          <w:sz w:val="28"/>
          <w:szCs w:val="28"/>
        </w:rPr>
        <w:t>c tuy</w:t>
      </w:r>
      <w:r w:rsidRPr="00E61C47">
        <w:rPr>
          <w:rFonts w:ascii="Arial" w:hAnsi="Arial"/>
          <w:b/>
          <w:color w:val="37474F"/>
          <w:sz w:val="28"/>
          <w:szCs w:val="28"/>
        </w:rPr>
        <w:t>ế</w:t>
      </w:r>
      <w:r w:rsidRPr="00E61C47">
        <w:rPr>
          <w:rFonts w:ascii="Arial" w:hAnsi="Arial"/>
          <w:b/>
          <w:color w:val="37474F"/>
          <w:sz w:val="28"/>
          <w:szCs w:val="28"/>
        </w:rPr>
        <w:t>n th</w:t>
      </w:r>
      <w:r w:rsidRPr="00E61C47">
        <w:rPr>
          <w:rFonts w:ascii="Arial" w:hAnsi="Arial"/>
          <w:b/>
          <w:color w:val="37474F"/>
          <w:sz w:val="28"/>
          <w:szCs w:val="28"/>
        </w:rPr>
        <w:t>ờ</w:t>
      </w:r>
      <w:r w:rsidRPr="00E61C47">
        <w:rPr>
          <w:rFonts w:ascii="Arial" w:hAnsi="Arial"/>
          <w:b/>
          <w:color w:val="37474F"/>
          <w:sz w:val="28"/>
          <w:szCs w:val="28"/>
        </w:rPr>
        <w:t>i gian th</w:t>
      </w:r>
      <w:r w:rsidRPr="00E61C47">
        <w:rPr>
          <w:rFonts w:ascii="Arial" w:hAnsi="Arial"/>
          <w:b/>
          <w:color w:val="37474F"/>
          <w:sz w:val="28"/>
          <w:szCs w:val="28"/>
        </w:rPr>
        <w:t>ự</w:t>
      </w:r>
      <w:r w:rsidRPr="00E61C47">
        <w:rPr>
          <w:rFonts w:ascii="Arial" w:hAnsi="Arial"/>
          <w:b/>
          <w:color w:val="37474F"/>
          <w:sz w:val="28"/>
          <w:szCs w:val="28"/>
        </w:rPr>
        <w:t>c (Real-time Chat)</w:t>
      </w:r>
    </w:p>
    <w:p w14:paraId="2AFC83C1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m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'Nh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tin' 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trang 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truy c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bi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u tư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ng 'Trò chuy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n' trên thanh công c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m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a s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 xml:space="preserve"> chat.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có th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trò chuy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nhân s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công ty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ễ</w:t>
      </w:r>
      <w:r w:rsidRPr="00E61C47">
        <w:rPr>
          <w:rFonts w:ascii="Arial" w:hAnsi="Arial"/>
          <w:color w:val="212121"/>
          <w:sz w:val="28"/>
          <w:szCs w:val="28"/>
        </w:rPr>
        <w:t xml:space="preserve"> tin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c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(&lt;0</w:t>
      </w:r>
      <w:r w:rsidRPr="00E61C47">
        <w:rPr>
          <w:rFonts w:ascii="Arial" w:hAnsi="Arial"/>
          <w:color w:val="212121"/>
          <w:sz w:val="28"/>
          <w:szCs w:val="28"/>
        </w:rPr>
        <w:t>.2 giây).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tin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văn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n, chia s</w:t>
      </w:r>
      <w:r w:rsidRPr="00E61C47">
        <w:rPr>
          <w:rFonts w:ascii="Arial" w:hAnsi="Arial"/>
          <w:color w:val="212121"/>
          <w:sz w:val="28"/>
          <w:szCs w:val="28"/>
        </w:rPr>
        <w:t>ẻ</w:t>
      </w:r>
      <w:r w:rsidRPr="00E61C47">
        <w:rPr>
          <w:rFonts w:ascii="Arial" w:hAnsi="Arial"/>
          <w:color w:val="212121"/>
          <w:sz w:val="28"/>
          <w:szCs w:val="28"/>
        </w:rPr>
        <w:t xml:space="preserve">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và đính kèm CV PDF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ngay trong đo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chat.</w:t>
      </w:r>
    </w:p>
    <w:p w14:paraId="34574487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lastRenderedPageBreak/>
        <w:t>7.2. Tính năng AI Auto-Reply (AI tr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l</w:t>
      </w:r>
      <w:r w:rsidRPr="00E61C47">
        <w:rPr>
          <w:rFonts w:ascii="Arial" w:hAnsi="Arial"/>
          <w:b/>
          <w:color w:val="37474F"/>
          <w:sz w:val="28"/>
          <w:szCs w:val="28"/>
        </w:rPr>
        <w:t>ờ</w:t>
      </w:r>
      <w:r w:rsidRPr="00E61C47">
        <w:rPr>
          <w:rFonts w:ascii="Arial" w:hAnsi="Arial"/>
          <w:b/>
          <w:color w:val="37474F"/>
          <w:sz w:val="28"/>
          <w:szCs w:val="28"/>
        </w:rPr>
        <w:t>i t</w:t>
      </w:r>
      <w:r w:rsidRPr="00E61C47">
        <w:rPr>
          <w:rFonts w:ascii="Arial" w:hAnsi="Arial"/>
          <w:b/>
          <w:color w:val="37474F"/>
          <w:sz w:val="28"/>
          <w:szCs w:val="28"/>
        </w:rPr>
        <w:t>ự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đ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>ng chào m</w:t>
      </w:r>
      <w:r w:rsidRPr="00E61C47">
        <w:rPr>
          <w:rFonts w:ascii="Arial" w:hAnsi="Arial"/>
          <w:b/>
          <w:color w:val="37474F"/>
          <w:sz w:val="28"/>
          <w:szCs w:val="28"/>
        </w:rPr>
        <w:t>ừ</w:t>
      </w:r>
      <w:r w:rsidRPr="00E61C47">
        <w:rPr>
          <w:rFonts w:ascii="Arial" w:hAnsi="Arial"/>
          <w:b/>
          <w:color w:val="37474F"/>
          <w:sz w:val="28"/>
          <w:szCs w:val="28"/>
        </w:rPr>
        <w:t>ng)</w:t>
      </w:r>
    </w:p>
    <w:p w14:paraId="12ECB87A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không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m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th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gian ch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 xml:space="preserve"> nhân s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, khi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m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u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c trò chuy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m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v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m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t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đã b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tính năng AI,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lý 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AI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công ty đó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tin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chào m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>ng cá nhân hóa (g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i đúng tên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n) và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danh sách các v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trí công ty đang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kèm mô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 nhanh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tìm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u.</w:t>
      </w:r>
    </w:p>
    <w:p w14:paraId="1E6DD419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7.3. B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o m</w:t>
      </w:r>
      <w:r w:rsidRPr="00E61C47">
        <w:rPr>
          <w:rFonts w:ascii="Arial" w:hAnsi="Arial"/>
          <w:b/>
          <w:color w:val="37474F"/>
          <w:sz w:val="28"/>
          <w:szCs w:val="28"/>
        </w:rPr>
        <w:t>ậ</w:t>
      </w:r>
      <w:r w:rsidRPr="00E61C47">
        <w:rPr>
          <w:rFonts w:ascii="Arial" w:hAnsi="Arial"/>
          <w:b/>
          <w:color w:val="37474F"/>
          <w:sz w:val="28"/>
          <w:szCs w:val="28"/>
        </w:rPr>
        <w:t>t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s</w:t>
      </w:r>
      <w:r w:rsidRPr="00E61C47">
        <w:rPr>
          <w:rFonts w:ascii="Arial" w:hAnsi="Arial"/>
          <w:b/>
          <w:color w:val="37474F"/>
          <w:sz w:val="28"/>
          <w:szCs w:val="28"/>
        </w:rPr>
        <w:t>ố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đi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n tho</w:t>
      </w:r>
      <w:r w:rsidRPr="00E61C47">
        <w:rPr>
          <w:rFonts w:ascii="Arial" w:hAnsi="Arial"/>
          <w:b/>
          <w:color w:val="37474F"/>
          <w:sz w:val="28"/>
          <w:szCs w:val="28"/>
        </w:rPr>
        <w:t>ạ</w:t>
      </w:r>
      <w:r w:rsidRPr="00E61C47">
        <w:rPr>
          <w:rFonts w:ascii="Arial" w:hAnsi="Arial"/>
          <w:b/>
          <w:color w:val="37474F"/>
          <w:sz w:val="28"/>
          <w:szCs w:val="28"/>
        </w:rPr>
        <w:t>i (Phone Masking) ch</w:t>
      </w:r>
      <w:r w:rsidRPr="00E61C47">
        <w:rPr>
          <w:rFonts w:ascii="Arial" w:hAnsi="Arial"/>
          <w:b/>
          <w:color w:val="37474F"/>
          <w:sz w:val="28"/>
          <w:szCs w:val="28"/>
        </w:rPr>
        <w:t>ố</w:t>
      </w:r>
      <w:r w:rsidRPr="00E61C47">
        <w:rPr>
          <w:rFonts w:ascii="Arial" w:hAnsi="Arial"/>
          <w:b/>
          <w:color w:val="37474F"/>
          <w:sz w:val="28"/>
          <w:szCs w:val="28"/>
        </w:rPr>
        <w:t>ng l</w:t>
      </w:r>
      <w:r w:rsidRPr="00E61C47">
        <w:rPr>
          <w:rFonts w:ascii="Arial" w:hAnsi="Arial"/>
          <w:b/>
          <w:color w:val="37474F"/>
          <w:sz w:val="28"/>
          <w:szCs w:val="28"/>
        </w:rPr>
        <w:t>ừ</w:t>
      </w:r>
      <w:r w:rsidRPr="00E61C47">
        <w:rPr>
          <w:rFonts w:ascii="Arial" w:hAnsi="Arial"/>
          <w:b/>
          <w:color w:val="37474F"/>
          <w:sz w:val="28"/>
          <w:szCs w:val="28"/>
        </w:rPr>
        <w:t>a đ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o</w:t>
      </w:r>
    </w:p>
    <w:p w14:paraId="766E8A43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kh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i các cu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c g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i rác, chào m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đ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tư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các đ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tư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ng x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u l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y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i,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áp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công ngh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tho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E61C47" w14:paraId="6A1EFF78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F44336"/>
              <w:bottom w:val="nil"/>
              <w:right w:val="nil"/>
            </w:tcBorders>
            <w:shd w:val="clear" w:color="auto" w:fill="FFEBEE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09BB1B9D" w14:textId="77777777" w:rsidR="0033518B" w:rsidRPr="00E61C47" w:rsidRDefault="00B119E8" w:rsidP="00E61C47">
            <w:pPr>
              <w:spacing w:before="80" w:after="80"/>
              <w:ind w:firstLine="720"/>
              <w:jc w:val="both"/>
              <w:rPr>
                <w:sz w:val="28"/>
                <w:szCs w:val="28"/>
              </w:rPr>
            </w:pP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⚠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️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 C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NH BÁO AN TOÀN: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Trong su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t cu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trò chuy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chat, toàn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g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ử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đi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ẽ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ẩ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dư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ớ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ký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sao (Ví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: 091****789) 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ở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phía ngư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nh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ậ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n.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ch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ỉ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hi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y 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khi Nhà tuy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g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ử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i yêu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u xem thông tin liên 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và đư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b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nh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nút 'Đ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ồ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ý'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rên màn hình, ho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ặ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khi NTD đăng ký s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ử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các gói d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ị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ch v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tr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 xml:space="preserve"> phí chính th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ứ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c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ủ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a n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ề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 t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ng Vi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E61C47">
              <w:rPr>
                <w:rFonts w:ascii="Arial" w:hAnsi="Arial"/>
                <w:color w:val="212121"/>
                <w:sz w:val="28"/>
                <w:szCs w:val="28"/>
              </w:rPr>
              <w:t>c Làm Xanh.</w:t>
            </w:r>
          </w:p>
        </w:tc>
      </w:tr>
    </w:tbl>
    <w:p w14:paraId="423B8997" w14:textId="77777777" w:rsidR="0033518B" w:rsidRPr="00E61C47" w:rsidRDefault="0033518B" w:rsidP="00E61C47">
      <w:pPr>
        <w:spacing w:after="120"/>
        <w:ind w:firstLine="720"/>
        <w:jc w:val="both"/>
        <w:rPr>
          <w:sz w:val="28"/>
          <w:szCs w:val="28"/>
        </w:rPr>
      </w:pPr>
    </w:p>
    <w:p w14:paraId="2CDF1C8B" w14:textId="743E00A4" w:rsidR="00E61C47" w:rsidRPr="004D336E" w:rsidRDefault="00B119E8" w:rsidP="004D336E">
      <w:pPr>
        <w:spacing w:after="0"/>
        <w:jc w:val="center"/>
        <w:rPr>
          <w:sz w:val="28"/>
          <w:szCs w:val="28"/>
        </w:rPr>
      </w:pPr>
      <w:r w:rsidRPr="00E61C47">
        <w:rPr>
          <w:rFonts w:ascii="Arial" w:hAnsi="Arial"/>
          <w:b/>
          <w:color w:val="1B5E20"/>
          <w:sz w:val="32"/>
          <w:szCs w:val="32"/>
        </w:rPr>
        <w:t>CHƯƠNG 8:</w:t>
      </w:r>
    </w:p>
    <w:p w14:paraId="693DC7FC" w14:textId="466BB3D7" w:rsidR="0033518B" w:rsidRPr="00E61C47" w:rsidRDefault="00B119E8" w:rsidP="004D336E">
      <w:pPr>
        <w:keepNext/>
        <w:spacing w:after="0"/>
        <w:ind w:firstLine="720"/>
        <w:jc w:val="center"/>
        <w:rPr>
          <w:sz w:val="32"/>
          <w:szCs w:val="32"/>
        </w:rPr>
      </w:pPr>
      <w:r w:rsidRPr="00E61C47">
        <w:rPr>
          <w:rFonts w:ascii="Arial" w:hAnsi="Arial"/>
          <w:b/>
          <w:color w:val="1B5E20"/>
          <w:sz w:val="32"/>
          <w:szCs w:val="32"/>
        </w:rPr>
        <w:t>TR</w:t>
      </w:r>
      <w:r w:rsidRPr="00E61C47">
        <w:rPr>
          <w:rFonts w:ascii="Arial" w:hAnsi="Arial"/>
          <w:b/>
          <w:color w:val="1B5E20"/>
          <w:sz w:val="32"/>
          <w:szCs w:val="32"/>
        </w:rPr>
        <w:t>Ợ</w:t>
      </w:r>
      <w:r w:rsidRPr="00E61C47">
        <w:rPr>
          <w:rFonts w:ascii="Arial" w:hAnsi="Arial"/>
          <w:b/>
          <w:color w:val="1B5E20"/>
          <w:sz w:val="32"/>
          <w:szCs w:val="32"/>
        </w:rPr>
        <w:t xml:space="preserve"> LÝ AI TƯ V</w:t>
      </w:r>
      <w:r w:rsidRPr="00E61C47">
        <w:rPr>
          <w:rFonts w:ascii="Arial" w:hAnsi="Arial"/>
          <w:b/>
          <w:color w:val="1B5E20"/>
          <w:sz w:val="32"/>
          <w:szCs w:val="32"/>
        </w:rPr>
        <w:t>Ấ</w:t>
      </w:r>
      <w:r w:rsidRPr="00E61C47">
        <w:rPr>
          <w:rFonts w:ascii="Arial" w:hAnsi="Arial"/>
          <w:b/>
          <w:color w:val="1B5E20"/>
          <w:sz w:val="32"/>
          <w:szCs w:val="32"/>
        </w:rPr>
        <w:t>N LU</w:t>
      </w:r>
      <w:r w:rsidRPr="00E61C47">
        <w:rPr>
          <w:rFonts w:ascii="Arial" w:hAnsi="Arial"/>
          <w:b/>
          <w:color w:val="1B5E20"/>
          <w:sz w:val="32"/>
          <w:szCs w:val="32"/>
        </w:rPr>
        <w:t>Ậ</w:t>
      </w:r>
      <w:r w:rsidRPr="00E61C47">
        <w:rPr>
          <w:rFonts w:ascii="Arial" w:hAnsi="Arial"/>
          <w:b/>
          <w:color w:val="1B5E20"/>
          <w:sz w:val="32"/>
          <w:szCs w:val="32"/>
        </w:rPr>
        <w:t>T LAO Đ</w:t>
      </w:r>
      <w:r w:rsidRPr="00E61C47">
        <w:rPr>
          <w:rFonts w:ascii="Arial" w:hAnsi="Arial"/>
          <w:b/>
          <w:color w:val="1B5E20"/>
          <w:sz w:val="32"/>
          <w:szCs w:val="32"/>
        </w:rPr>
        <w:t>Ộ</w:t>
      </w:r>
      <w:r w:rsidRPr="00E61C47">
        <w:rPr>
          <w:rFonts w:ascii="Arial" w:hAnsi="Arial"/>
          <w:b/>
          <w:color w:val="1B5E20"/>
          <w:sz w:val="32"/>
          <w:szCs w:val="32"/>
        </w:rPr>
        <w:t>NG VÀ TÌM VI</w:t>
      </w:r>
      <w:r w:rsidRPr="00E61C47">
        <w:rPr>
          <w:rFonts w:ascii="Arial" w:hAnsi="Arial"/>
          <w:b/>
          <w:color w:val="1B5E20"/>
          <w:sz w:val="32"/>
          <w:szCs w:val="32"/>
        </w:rPr>
        <w:t>Ệ</w:t>
      </w:r>
      <w:r w:rsidRPr="00E61C47">
        <w:rPr>
          <w:rFonts w:ascii="Arial" w:hAnsi="Arial"/>
          <w:b/>
          <w:color w:val="1B5E20"/>
          <w:sz w:val="32"/>
          <w:szCs w:val="32"/>
        </w:rPr>
        <w:t>C</w:t>
      </w:r>
    </w:p>
    <w:p w14:paraId="31AF43EC" w14:textId="77777777" w:rsidR="004D336E" w:rsidRDefault="004D336E" w:rsidP="00E61C47">
      <w:pPr>
        <w:spacing w:after="120"/>
        <w:ind w:firstLine="720"/>
        <w:jc w:val="both"/>
        <w:rPr>
          <w:rFonts w:ascii="Arial" w:hAnsi="Arial"/>
          <w:color w:val="212121"/>
          <w:sz w:val="28"/>
          <w:szCs w:val="28"/>
        </w:rPr>
      </w:pPr>
    </w:p>
    <w:p w14:paraId="022E0C35" w14:textId="01122F5A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tích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lý 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AI am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u sâu s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c v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Lu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t Nam, s</w:t>
      </w:r>
      <w:r w:rsidRPr="00E61C47">
        <w:rPr>
          <w:rFonts w:ascii="Arial" w:hAnsi="Arial"/>
          <w:color w:val="212121"/>
          <w:sz w:val="28"/>
          <w:szCs w:val="28"/>
        </w:rPr>
        <w:t>ẵ</w:t>
      </w:r>
      <w:r w:rsidRPr="00E61C47">
        <w:rPr>
          <w:rFonts w:ascii="Arial" w:hAnsi="Arial"/>
          <w:color w:val="212121"/>
          <w:sz w:val="28"/>
          <w:szCs w:val="28"/>
        </w:rPr>
        <w:t>n sàng gi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i </w:t>
      </w:r>
      <w:r w:rsidRPr="00E61C47">
        <w:rPr>
          <w:rFonts w:ascii="Arial" w:hAnsi="Arial"/>
          <w:color w:val="212121"/>
          <w:sz w:val="28"/>
          <w:szCs w:val="28"/>
        </w:rPr>
        <w:t>đáp m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i th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c m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c và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quy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pháp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trong su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t quá trình làm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c.</w:t>
      </w:r>
    </w:p>
    <w:p w14:paraId="3B96FD49" w14:textId="77777777" w:rsidR="0033518B" w:rsidRDefault="00B119E8">
      <w:pPr>
        <w:keepNext/>
        <w:spacing w:before="240" w:after="80"/>
        <w:jc w:val="center"/>
      </w:pPr>
      <w:r>
        <w:rPr>
          <w:noProof/>
        </w:rPr>
        <w:lastRenderedPageBreak/>
        <w:drawing>
          <wp:inline distT="0" distB="0" distL="0" distR="0" wp14:anchorId="65FBE7DC" wp14:editId="25F61DB0">
            <wp:extent cx="3747266" cy="425196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5899" cy="427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F9D8F" w14:textId="77777777" w:rsidR="0033518B" w:rsidRDefault="00B119E8">
      <w:pPr>
        <w:keepNext/>
        <w:spacing w:before="40" w:after="240"/>
        <w:jc w:val="center"/>
      </w:pPr>
      <w:r>
        <w:rPr>
          <w:rFonts w:ascii="Arial" w:hAnsi="Arial"/>
          <w:i/>
          <w:color w:val="757575"/>
          <w:sz w:val="19"/>
        </w:rPr>
        <w:t>Hình 5: H</w:t>
      </w:r>
      <w:r>
        <w:rPr>
          <w:rFonts w:ascii="Arial" w:hAnsi="Arial"/>
          <w:i/>
          <w:color w:val="757575"/>
          <w:sz w:val="19"/>
        </w:rPr>
        <w:t>ộ</w:t>
      </w:r>
      <w:r>
        <w:rPr>
          <w:rFonts w:ascii="Arial" w:hAnsi="Arial"/>
          <w:i/>
          <w:color w:val="757575"/>
          <w:sz w:val="19"/>
        </w:rPr>
        <w:t>p tho</w:t>
      </w:r>
      <w:r>
        <w:rPr>
          <w:rFonts w:ascii="Arial" w:hAnsi="Arial"/>
          <w:i/>
          <w:color w:val="757575"/>
          <w:sz w:val="19"/>
        </w:rPr>
        <w:t>ạ</w:t>
      </w:r>
      <w:r>
        <w:rPr>
          <w:rFonts w:ascii="Arial" w:hAnsi="Arial"/>
          <w:i/>
          <w:color w:val="757575"/>
          <w:sz w:val="19"/>
        </w:rPr>
        <w:t>i trò chuy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>n v</w:t>
      </w:r>
      <w:r>
        <w:rPr>
          <w:rFonts w:ascii="Arial" w:hAnsi="Arial"/>
          <w:i/>
          <w:color w:val="757575"/>
          <w:sz w:val="19"/>
        </w:rPr>
        <w:t>ớ</w:t>
      </w:r>
      <w:r>
        <w:rPr>
          <w:rFonts w:ascii="Arial" w:hAnsi="Arial"/>
          <w:i/>
          <w:color w:val="757575"/>
          <w:sz w:val="19"/>
        </w:rPr>
        <w:t>i tr</w:t>
      </w:r>
      <w:r>
        <w:rPr>
          <w:rFonts w:ascii="Arial" w:hAnsi="Arial"/>
          <w:i/>
          <w:color w:val="757575"/>
          <w:sz w:val="19"/>
        </w:rPr>
        <w:t>ợ</w:t>
      </w:r>
      <w:r>
        <w:rPr>
          <w:rFonts w:ascii="Arial" w:hAnsi="Arial"/>
          <w:i/>
          <w:color w:val="757575"/>
          <w:sz w:val="19"/>
        </w:rPr>
        <w:t xml:space="preserve"> lý trí tu</w:t>
      </w:r>
      <w:r>
        <w:rPr>
          <w:rFonts w:ascii="Arial" w:hAnsi="Arial"/>
          <w:i/>
          <w:color w:val="757575"/>
          <w:sz w:val="19"/>
        </w:rPr>
        <w:t>ệ</w:t>
      </w:r>
      <w:r>
        <w:rPr>
          <w:rFonts w:ascii="Arial" w:hAnsi="Arial"/>
          <w:i/>
          <w:color w:val="757575"/>
          <w:sz w:val="19"/>
        </w:rPr>
        <w:t xml:space="preserve"> nhân t</w:t>
      </w:r>
      <w:r>
        <w:rPr>
          <w:rFonts w:ascii="Arial" w:hAnsi="Arial"/>
          <w:i/>
          <w:color w:val="757575"/>
          <w:sz w:val="19"/>
        </w:rPr>
        <w:t>ạ</w:t>
      </w:r>
      <w:r>
        <w:rPr>
          <w:rFonts w:ascii="Arial" w:hAnsi="Arial"/>
          <w:i/>
          <w:color w:val="757575"/>
          <w:sz w:val="19"/>
        </w:rPr>
        <w:t>o AI</w:t>
      </w:r>
    </w:p>
    <w:p w14:paraId="7CCC3EBA" w14:textId="77777777" w:rsidR="0033518B" w:rsidRPr="00E61C47" w:rsidRDefault="00B119E8" w:rsidP="004D336E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8.1. Các ch</w:t>
      </w:r>
      <w:r w:rsidRPr="00E61C47">
        <w:rPr>
          <w:rFonts w:ascii="Arial" w:hAnsi="Arial"/>
          <w:b/>
          <w:color w:val="37474F"/>
          <w:sz w:val="28"/>
          <w:szCs w:val="28"/>
        </w:rPr>
        <w:t>ế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đ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ho</w:t>
      </w:r>
      <w:r w:rsidRPr="00E61C47">
        <w:rPr>
          <w:rFonts w:ascii="Arial" w:hAnsi="Arial"/>
          <w:b/>
          <w:color w:val="37474F"/>
          <w:sz w:val="28"/>
          <w:szCs w:val="28"/>
        </w:rPr>
        <w:t>ạ</w:t>
      </w:r>
      <w:r w:rsidRPr="00E61C47">
        <w:rPr>
          <w:rFonts w:ascii="Arial" w:hAnsi="Arial"/>
          <w:b/>
          <w:color w:val="37474F"/>
          <w:sz w:val="28"/>
          <w:szCs w:val="28"/>
        </w:rPr>
        <w:t>t đ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>ng c</w:t>
      </w:r>
      <w:r w:rsidRPr="00E61C47">
        <w:rPr>
          <w:rFonts w:ascii="Arial" w:hAnsi="Arial"/>
          <w:b/>
          <w:color w:val="37474F"/>
          <w:sz w:val="28"/>
          <w:szCs w:val="28"/>
        </w:rPr>
        <w:t>ủ</w:t>
      </w:r>
      <w:r w:rsidRPr="00E61C47">
        <w:rPr>
          <w:rFonts w:ascii="Arial" w:hAnsi="Arial"/>
          <w:b/>
          <w:color w:val="37474F"/>
          <w:sz w:val="28"/>
          <w:szCs w:val="28"/>
        </w:rPr>
        <w:t>a Tr</w:t>
      </w:r>
      <w:r w:rsidRPr="00E61C47">
        <w:rPr>
          <w:rFonts w:ascii="Arial" w:hAnsi="Arial"/>
          <w:b/>
          <w:color w:val="37474F"/>
          <w:sz w:val="28"/>
          <w:szCs w:val="28"/>
        </w:rPr>
        <w:t>ợ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lý AI</w:t>
      </w:r>
    </w:p>
    <w:p w14:paraId="428F6639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36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Ch</w:t>
      </w:r>
      <w:r w:rsidRPr="00E61C47">
        <w:rPr>
          <w:rFonts w:ascii="Arial" w:hAnsi="Arial"/>
          <w:b/>
          <w:color w:val="212121"/>
          <w:sz w:val="28"/>
          <w:szCs w:val="28"/>
        </w:rPr>
        <w:t>ế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b/>
          <w:color w:val="212121"/>
          <w:sz w:val="28"/>
          <w:szCs w:val="28"/>
        </w:rPr>
        <w:t>ộ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Tư v</w:t>
      </w:r>
      <w:r w:rsidRPr="00E61C47">
        <w:rPr>
          <w:rFonts w:ascii="Arial" w:hAnsi="Arial"/>
          <w:b/>
          <w:color w:val="212121"/>
          <w:sz w:val="28"/>
          <w:szCs w:val="28"/>
        </w:rPr>
        <w:t>ấ</w:t>
      </w:r>
      <w:r w:rsidRPr="00E61C47">
        <w:rPr>
          <w:rFonts w:ascii="Arial" w:hAnsi="Arial"/>
          <w:b/>
          <w:color w:val="212121"/>
          <w:sz w:val="28"/>
          <w:szCs w:val="28"/>
        </w:rPr>
        <w:t>n Lu</w:t>
      </w:r>
      <w:r w:rsidRPr="00E61C47">
        <w:rPr>
          <w:rFonts w:ascii="Arial" w:hAnsi="Arial"/>
          <w:b/>
          <w:color w:val="212121"/>
          <w:sz w:val="28"/>
          <w:szCs w:val="28"/>
        </w:rPr>
        <w:t>ậ</w:t>
      </w:r>
      <w:r w:rsidRPr="00E61C47">
        <w:rPr>
          <w:rFonts w:ascii="Arial" w:hAnsi="Arial"/>
          <w:b/>
          <w:color w:val="212121"/>
          <w:sz w:val="28"/>
          <w:szCs w:val="28"/>
        </w:rPr>
        <w:t>t Lao đ</w:t>
      </w:r>
      <w:r w:rsidRPr="00E61C47">
        <w:rPr>
          <w:rFonts w:ascii="Arial" w:hAnsi="Arial"/>
          <w:b/>
          <w:color w:val="212121"/>
          <w:sz w:val="28"/>
          <w:szCs w:val="28"/>
        </w:rPr>
        <w:t>ộ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ng: </w:t>
      </w:r>
      <w:r w:rsidRPr="00E61C47">
        <w:rPr>
          <w:rFonts w:ascii="Arial" w:hAnsi="Arial"/>
          <w:color w:val="212121"/>
          <w:sz w:val="28"/>
          <w:szCs w:val="28"/>
        </w:rPr>
        <w:t>Cung c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các thông tin chu</w:t>
      </w:r>
      <w:r w:rsidRPr="00E61C47">
        <w:rPr>
          <w:rFonts w:ascii="Arial" w:hAnsi="Arial"/>
          <w:color w:val="212121"/>
          <w:sz w:val="28"/>
          <w:szCs w:val="28"/>
        </w:rPr>
        <w:t>ẩ</w:t>
      </w:r>
      <w:r w:rsidRPr="00E61C47">
        <w:rPr>
          <w:rFonts w:ascii="Arial" w:hAnsi="Arial"/>
          <w:color w:val="212121"/>
          <w:sz w:val="28"/>
          <w:szCs w:val="28"/>
        </w:rPr>
        <w:t>n xác d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a trê</w:t>
      </w:r>
      <w:r w:rsidRPr="00E61C47">
        <w:rPr>
          <w:rFonts w:ascii="Arial" w:hAnsi="Arial"/>
          <w:color w:val="212121"/>
          <w:sz w:val="28"/>
          <w:szCs w:val="28"/>
        </w:rPr>
        <w:t>n B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Lu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t Nam m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v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các v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 xml:space="preserve"> như: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xã h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i (BHXH),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nghi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p, cách tính lương tăng ca ngày l</w:t>
      </w:r>
      <w:r w:rsidRPr="00E61C47">
        <w:rPr>
          <w:rFonts w:ascii="Arial" w:hAnsi="Arial"/>
          <w:color w:val="212121"/>
          <w:sz w:val="28"/>
          <w:szCs w:val="28"/>
        </w:rPr>
        <w:t>ễ</w:t>
      </w:r>
      <w:r w:rsidRPr="00E61C47">
        <w:rPr>
          <w:rFonts w:ascii="Arial" w:hAnsi="Arial"/>
          <w:color w:val="212121"/>
          <w:sz w:val="28"/>
          <w:szCs w:val="28"/>
        </w:rPr>
        <w:t>/ch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 xml:space="preserve">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t, ch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thai s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n, th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gi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 xml:space="preserve"> làm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và ngh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 xml:space="preserve"> ngơi, quy đ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nh ngh</w:t>
      </w:r>
      <w:r w:rsidRPr="00E61C47">
        <w:rPr>
          <w:rFonts w:ascii="Arial" w:hAnsi="Arial"/>
          <w:color w:val="212121"/>
          <w:sz w:val="28"/>
          <w:szCs w:val="28"/>
        </w:rPr>
        <w:t>ỉ</w:t>
      </w:r>
      <w:r w:rsidRPr="00E61C47">
        <w:rPr>
          <w:rFonts w:ascii="Arial" w:hAnsi="Arial"/>
          <w:color w:val="212121"/>
          <w:sz w:val="28"/>
          <w:szCs w:val="28"/>
        </w:rPr>
        <w:t xml:space="preserve">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và b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i thư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ng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ng.</w:t>
      </w:r>
    </w:p>
    <w:p w14:paraId="12516DE7" w14:textId="77777777" w:rsidR="0033518B" w:rsidRPr="00E61C47" w:rsidRDefault="00B119E8" w:rsidP="004D336E">
      <w:pPr>
        <w:pStyle w:val="ListBullet"/>
        <w:numPr>
          <w:ilvl w:val="0"/>
          <w:numId w:val="0"/>
        </w:numPr>
        <w:spacing w:after="80"/>
        <w:ind w:left="360" w:firstLine="36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Ch</w:t>
      </w:r>
      <w:r w:rsidRPr="00E61C47">
        <w:rPr>
          <w:rFonts w:ascii="Arial" w:hAnsi="Arial"/>
          <w:b/>
          <w:color w:val="212121"/>
          <w:sz w:val="28"/>
          <w:szCs w:val="28"/>
        </w:rPr>
        <w:t>ế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b/>
          <w:color w:val="212121"/>
          <w:sz w:val="28"/>
          <w:szCs w:val="28"/>
        </w:rPr>
        <w:t>ộ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Tìm </w:t>
      </w:r>
      <w:r w:rsidRPr="00E61C47">
        <w:rPr>
          <w:rFonts w:ascii="Arial" w:hAnsi="Arial"/>
          <w:b/>
          <w:color w:val="212121"/>
          <w:sz w:val="28"/>
          <w:szCs w:val="28"/>
        </w:rPr>
        <w:t>vi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thông minh: </w:t>
      </w: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so sánh nhanh m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 lương gi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>a các công ty, g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ý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phù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và hư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ẫ</w:t>
      </w:r>
      <w:r w:rsidRPr="00E61C47">
        <w:rPr>
          <w:rFonts w:ascii="Arial" w:hAnsi="Arial"/>
          <w:color w:val="212121"/>
          <w:sz w:val="28"/>
          <w:szCs w:val="28"/>
        </w:rPr>
        <w:t>n tr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các câu 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i ph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ng v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 xml:space="preserve">n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n.</w:t>
      </w:r>
    </w:p>
    <w:p w14:paraId="58F1FE8C" w14:textId="77777777" w:rsidR="0033518B" w:rsidRPr="00E61C47" w:rsidRDefault="00B119E8" w:rsidP="004D336E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8.2. M</w:t>
      </w:r>
      <w:r w:rsidRPr="00E61C47">
        <w:rPr>
          <w:rFonts w:ascii="Arial" w:hAnsi="Arial"/>
          <w:b/>
          <w:color w:val="37474F"/>
          <w:sz w:val="28"/>
          <w:szCs w:val="28"/>
        </w:rPr>
        <w:t>ộ</w:t>
      </w:r>
      <w:r w:rsidRPr="00E61C47">
        <w:rPr>
          <w:rFonts w:ascii="Arial" w:hAnsi="Arial"/>
          <w:b/>
          <w:color w:val="37474F"/>
          <w:sz w:val="28"/>
          <w:szCs w:val="28"/>
        </w:rPr>
        <w:t>t s</w:t>
      </w:r>
      <w:r w:rsidRPr="00E61C47">
        <w:rPr>
          <w:rFonts w:ascii="Arial" w:hAnsi="Arial"/>
          <w:b/>
          <w:color w:val="37474F"/>
          <w:sz w:val="28"/>
          <w:szCs w:val="28"/>
        </w:rPr>
        <w:t>ố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câu h</w:t>
      </w:r>
      <w:r w:rsidRPr="00E61C47">
        <w:rPr>
          <w:rFonts w:ascii="Arial" w:hAnsi="Arial"/>
          <w:b/>
          <w:color w:val="37474F"/>
          <w:sz w:val="28"/>
          <w:szCs w:val="28"/>
        </w:rPr>
        <w:t>ỏ</w:t>
      </w:r>
      <w:r w:rsidRPr="00E61C47">
        <w:rPr>
          <w:rFonts w:ascii="Arial" w:hAnsi="Arial"/>
          <w:b/>
          <w:color w:val="37474F"/>
          <w:sz w:val="28"/>
          <w:szCs w:val="28"/>
        </w:rPr>
        <w:t>i m</w:t>
      </w:r>
      <w:r w:rsidRPr="00E61C47">
        <w:rPr>
          <w:rFonts w:ascii="Arial" w:hAnsi="Arial"/>
          <w:b/>
          <w:color w:val="37474F"/>
          <w:sz w:val="28"/>
          <w:szCs w:val="28"/>
        </w:rPr>
        <w:t>ẫ</w:t>
      </w:r>
      <w:r w:rsidRPr="00E61C47">
        <w:rPr>
          <w:rFonts w:ascii="Arial" w:hAnsi="Arial"/>
          <w:b/>
          <w:color w:val="37474F"/>
          <w:sz w:val="28"/>
          <w:szCs w:val="28"/>
        </w:rPr>
        <w:t>u thư</w:t>
      </w:r>
      <w:r w:rsidRPr="00E61C47">
        <w:rPr>
          <w:rFonts w:ascii="Arial" w:hAnsi="Arial"/>
          <w:b/>
          <w:color w:val="37474F"/>
          <w:sz w:val="28"/>
          <w:szCs w:val="28"/>
        </w:rPr>
        <w:t>ờ</w:t>
      </w:r>
      <w:r w:rsidRPr="00E61C47">
        <w:rPr>
          <w:rFonts w:ascii="Arial" w:hAnsi="Arial"/>
          <w:b/>
          <w:color w:val="37474F"/>
          <w:sz w:val="28"/>
          <w:szCs w:val="28"/>
        </w:rPr>
        <w:t>ng g</w:t>
      </w:r>
      <w:r w:rsidRPr="00E61C47">
        <w:rPr>
          <w:rFonts w:ascii="Arial" w:hAnsi="Arial"/>
          <w:b/>
          <w:color w:val="37474F"/>
          <w:sz w:val="28"/>
          <w:szCs w:val="28"/>
        </w:rPr>
        <w:t>ặ</w:t>
      </w:r>
      <w:r w:rsidRPr="00E61C47">
        <w:rPr>
          <w:rFonts w:ascii="Arial" w:hAnsi="Arial"/>
          <w:b/>
          <w:color w:val="37474F"/>
          <w:sz w:val="28"/>
          <w:szCs w:val="28"/>
        </w:rPr>
        <w:t>p</w:t>
      </w:r>
    </w:p>
    <w:p w14:paraId="56BF3393" w14:textId="77777777" w:rsidR="0033518B" w:rsidRPr="00E61C47" w:rsidRDefault="00B119E8" w:rsidP="004D336E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có th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m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bong bóng chat AI 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góc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màn hình và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p các câu </w:t>
      </w: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i m</w:t>
      </w:r>
      <w:r w:rsidRPr="00E61C47">
        <w:rPr>
          <w:rFonts w:ascii="Arial" w:hAnsi="Arial"/>
          <w:color w:val="212121"/>
          <w:sz w:val="28"/>
          <w:szCs w:val="28"/>
        </w:rPr>
        <w:t>ẫ</w:t>
      </w:r>
      <w:r w:rsidRPr="00E61C47">
        <w:rPr>
          <w:rFonts w:ascii="Arial" w:hAnsi="Arial"/>
          <w:color w:val="212121"/>
          <w:sz w:val="28"/>
          <w:szCs w:val="28"/>
        </w:rPr>
        <w:t>u sau: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32"/>
        <w:gridCol w:w="1872"/>
        <w:gridCol w:w="3456"/>
      </w:tblGrid>
      <w:tr w:rsidR="0033518B" w14:paraId="668E7CBA" w14:textId="77777777">
        <w:trPr>
          <w:jc w:val="center"/>
        </w:trPr>
        <w:tc>
          <w:tcPr>
            <w:tcW w:w="4032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2A6BC4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N</w:t>
            </w:r>
            <w:r>
              <w:rPr>
                <w:rFonts w:ascii="Arial" w:hAnsi="Arial"/>
                <w:b/>
                <w:color w:val="FFFFFF"/>
                <w:sz w:val="21"/>
              </w:rPr>
              <w:t>ộ</w:t>
            </w:r>
            <w:r>
              <w:rPr>
                <w:rFonts w:ascii="Arial" w:hAnsi="Arial"/>
                <w:b/>
                <w:color w:val="FFFFFF"/>
                <w:sz w:val="21"/>
              </w:rPr>
              <w:t>i dung câu h</w:t>
            </w:r>
            <w:r>
              <w:rPr>
                <w:rFonts w:ascii="Arial" w:hAnsi="Arial"/>
                <w:b/>
                <w:color w:val="FFFFFF"/>
                <w:sz w:val="21"/>
              </w:rPr>
              <w:t>ỏ</w:t>
            </w:r>
            <w:r>
              <w:rPr>
                <w:rFonts w:ascii="Arial" w:hAnsi="Arial"/>
                <w:b/>
                <w:color w:val="FFFFFF"/>
                <w:sz w:val="21"/>
              </w:rPr>
              <w:t>i b</w:t>
            </w:r>
            <w:r>
              <w:rPr>
                <w:rFonts w:ascii="Arial" w:hAnsi="Arial"/>
                <w:b/>
                <w:color w:val="FFFFFF"/>
                <w:sz w:val="21"/>
              </w:rPr>
              <w:t>ạ</w:t>
            </w:r>
            <w:r>
              <w:rPr>
                <w:rFonts w:ascii="Arial" w:hAnsi="Arial"/>
                <w:b/>
                <w:color w:val="FFFFFF"/>
                <w:sz w:val="21"/>
              </w:rPr>
              <w:t>n nh</w:t>
            </w:r>
            <w:r>
              <w:rPr>
                <w:rFonts w:ascii="Arial" w:hAnsi="Arial"/>
                <w:b/>
                <w:color w:val="FFFFFF"/>
                <w:sz w:val="21"/>
              </w:rPr>
              <w:t>ậ</w:t>
            </w:r>
            <w:r>
              <w:rPr>
                <w:rFonts w:ascii="Arial" w:hAnsi="Arial"/>
                <w:b/>
                <w:color w:val="FFFFFF"/>
                <w:sz w:val="21"/>
              </w:rPr>
              <w:t>p</w:t>
            </w:r>
          </w:p>
        </w:tc>
        <w:tc>
          <w:tcPr>
            <w:tcW w:w="1872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74FE1D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Ch</w:t>
            </w:r>
            <w:r>
              <w:rPr>
                <w:rFonts w:ascii="Arial" w:hAnsi="Arial"/>
                <w:b/>
                <w:color w:val="FFFFFF"/>
                <w:sz w:val="21"/>
              </w:rPr>
              <w:t>ế</w:t>
            </w:r>
            <w:r>
              <w:rPr>
                <w:rFonts w:ascii="Arial" w:hAnsi="Arial"/>
                <w:b/>
                <w:color w:val="FFFFFF"/>
                <w:sz w:val="21"/>
              </w:rPr>
              <w:t xml:space="preserve"> đ</w:t>
            </w:r>
            <w:r>
              <w:rPr>
                <w:rFonts w:ascii="Arial" w:hAnsi="Arial"/>
                <w:b/>
                <w:color w:val="FFFFFF"/>
                <w:sz w:val="21"/>
              </w:rPr>
              <w:t>ộ</w:t>
            </w:r>
            <w:r>
              <w:rPr>
                <w:rFonts w:ascii="Arial" w:hAnsi="Arial"/>
                <w:b/>
                <w:color w:val="FFFFFF"/>
                <w:sz w:val="21"/>
              </w:rPr>
              <w:t xml:space="preserve"> AI</w:t>
            </w:r>
          </w:p>
        </w:tc>
        <w:tc>
          <w:tcPr>
            <w:tcW w:w="3456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459C6C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Thông tin b</w:t>
            </w:r>
            <w:r>
              <w:rPr>
                <w:rFonts w:ascii="Arial" w:hAnsi="Arial"/>
                <w:b/>
                <w:color w:val="FFFFFF"/>
                <w:sz w:val="21"/>
              </w:rPr>
              <w:t>ạ</w:t>
            </w:r>
            <w:r>
              <w:rPr>
                <w:rFonts w:ascii="Arial" w:hAnsi="Arial"/>
                <w:b/>
                <w:color w:val="FFFFFF"/>
                <w:sz w:val="21"/>
              </w:rPr>
              <w:t>n nh</w:t>
            </w:r>
            <w:r>
              <w:rPr>
                <w:rFonts w:ascii="Arial" w:hAnsi="Arial"/>
                <w:b/>
                <w:color w:val="FFFFFF"/>
                <w:sz w:val="21"/>
              </w:rPr>
              <w:t>ậ</w:t>
            </w:r>
            <w:r>
              <w:rPr>
                <w:rFonts w:ascii="Arial" w:hAnsi="Arial"/>
                <w:b/>
                <w:color w:val="FFFFFF"/>
                <w:sz w:val="21"/>
              </w:rPr>
              <w:t>n đư</w:t>
            </w:r>
            <w:r>
              <w:rPr>
                <w:rFonts w:ascii="Arial" w:hAnsi="Arial"/>
                <w:b/>
                <w:color w:val="FFFFFF"/>
                <w:sz w:val="21"/>
              </w:rPr>
              <w:t>ợ</w:t>
            </w:r>
            <w:r>
              <w:rPr>
                <w:rFonts w:ascii="Arial" w:hAnsi="Arial"/>
                <w:b/>
                <w:color w:val="FFFFFF"/>
                <w:sz w:val="21"/>
              </w:rPr>
              <w:t>c</w:t>
            </w:r>
          </w:p>
        </w:tc>
      </w:tr>
      <w:tr w:rsidR="0033518B" w14:paraId="292D8300" w14:textId="77777777">
        <w:trPr>
          <w:jc w:val="center"/>
        </w:trPr>
        <w:tc>
          <w:tcPr>
            <w:tcW w:w="403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53CCD5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"Th</w:t>
            </w:r>
            <w:r>
              <w:rPr>
                <w:rFonts w:ascii="Arial" w:hAnsi="Arial"/>
                <w:color w:val="212121"/>
                <w:sz w:val="20"/>
              </w:rPr>
              <w:t>ử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công nhân t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đa m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y ngày, lương th</w:t>
            </w:r>
            <w:r>
              <w:rPr>
                <w:rFonts w:ascii="Arial" w:hAnsi="Arial"/>
                <w:color w:val="212121"/>
                <w:sz w:val="20"/>
              </w:rPr>
              <w:t>ử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b</w:t>
            </w:r>
            <w:r>
              <w:rPr>
                <w:rFonts w:ascii="Arial" w:hAnsi="Arial"/>
                <w:color w:val="212121"/>
                <w:sz w:val="20"/>
              </w:rPr>
              <w:t>ằ</w:t>
            </w:r>
            <w:r>
              <w:rPr>
                <w:rFonts w:ascii="Arial" w:hAnsi="Arial"/>
                <w:color w:val="212121"/>
                <w:sz w:val="20"/>
              </w:rPr>
              <w:t>ng bao nhiêu % lương chính?"</w:t>
            </w:r>
          </w:p>
        </w:tc>
        <w:tc>
          <w:tcPr>
            <w:tcW w:w="187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E5BD7A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Tư v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Lu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Lao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345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8A2D0B5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Thông tin lu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quy đ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>nh th</w:t>
            </w:r>
            <w:r>
              <w:rPr>
                <w:rFonts w:ascii="Arial" w:hAnsi="Arial"/>
                <w:color w:val="212121"/>
                <w:sz w:val="20"/>
              </w:rPr>
              <w:t>ờ</w:t>
            </w:r>
            <w:r>
              <w:rPr>
                <w:rFonts w:ascii="Arial" w:hAnsi="Arial"/>
                <w:color w:val="212121"/>
                <w:sz w:val="20"/>
              </w:rPr>
              <w:t>i gian th</w:t>
            </w:r>
            <w:r>
              <w:rPr>
                <w:rFonts w:ascii="Arial" w:hAnsi="Arial"/>
                <w:color w:val="212121"/>
                <w:sz w:val="20"/>
              </w:rPr>
              <w:t>ử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t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đa và m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c lương th</w:t>
            </w:r>
            <w:r>
              <w:rPr>
                <w:rFonts w:ascii="Arial" w:hAnsi="Arial"/>
                <w:color w:val="212121"/>
                <w:sz w:val="20"/>
              </w:rPr>
              <w:t>ử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ph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 xml:space="preserve">i </w:t>
            </w:r>
            <w:r>
              <w:rPr>
                <w:rFonts w:ascii="Arial" w:hAnsi="Arial"/>
                <w:color w:val="212121"/>
                <w:sz w:val="20"/>
              </w:rPr>
              <w:t>đ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t ít nh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t 85% lương chính th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c.</w:t>
            </w:r>
          </w:p>
        </w:tc>
      </w:tr>
      <w:tr w:rsidR="0033518B" w14:paraId="0893C353" w14:textId="77777777">
        <w:trPr>
          <w:jc w:val="center"/>
        </w:trPr>
        <w:tc>
          <w:tcPr>
            <w:tcW w:w="403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076945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lastRenderedPageBreak/>
              <w:t>"Tôi làm công nhân may đư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c 20 tháng, khi ngh</w:t>
            </w:r>
            <w:r>
              <w:rPr>
                <w:rFonts w:ascii="Arial" w:hAnsi="Arial"/>
                <w:color w:val="212121"/>
                <w:sz w:val="20"/>
              </w:rPr>
              <w:t>ỉ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tôi đư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c 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 tr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 c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p th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t nghi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p th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 xml:space="preserve"> nào?"</w:t>
            </w:r>
          </w:p>
        </w:tc>
        <w:tc>
          <w:tcPr>
            <w:tcW w:w="187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15E66D8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Tư v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Lu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Lao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345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9C19BA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Cách tính s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 xml:space="preserve"> tháng đư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c nh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n tr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 c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p (3 tháng 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ng) và m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c 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 b</w:t>
            </w:r>
            <w:r>
              <w:rPr>
                <w:rFonts w:ascii="Arial" w:hAnsi="Arial"/>
                <w:color w:val="212121"/>
                <w:sz w:val="20"/>
              </w:rPr>
              <w:t>ằ</w:t>
            </w:r>
            <w:r>
              <w:rPr>
                <w:rFonts w:ascii="Arial" w:hAnsi="Arial"/>
                <w:color w:val="212121"/>
                <w:sz w:val="20"/>
              </w:rPr>
              <w:t>ng 60% bình quân lương.</w:t>
            </w:r>
          </w:p>
        </w:tc>
      </w:tr>
      <w:tr w:rsidR="0033518B" w14:paraId="57F1A5F8" w14:textId="77777777">
        <w:trPr>
          <w:jc w:val="center"/>
        </w:trPr>
        <w:tc>
          <w:tcPr>
            <w:tcW w:w="403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B90276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"M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c lương</w:t>
            </w:r>
            <w:r>
              <w:rPr>
                <w:rFonts w:ascii="Arial" w:hAnsi="Arial"/>
                <w:color w:val="212121"/>
                <w:sz w:val="20"/>
              </w:rPr>
              <w:t xml:space="preserve"> đóng BHXH t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thi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u vùng Bình Dương năm nay là bao nhiêu?"</w:t>
            </w:r>
          </w:p>
        </w:tc>
        <w:tc>
          <w:tcPr>
            <w:tcW w:w="187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FA026A4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Tư v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Lu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Lao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345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F76BDC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C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p nh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 chính xác s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 xml:space="preserve"> ti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n đóng b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o hi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m t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i thi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u theo quy đ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>nh vùng.</w:t>
            </w:r>
          </w:p>
        </w:tc>
      </w:tr>
      <w:tr w:rsidR="0033518B" w14:paraId="322DCDB5" w14:textId="77777777">
        <w:trPr>
          <w:jc w:val="center"/>
        </w:trPr>
        <w:tc>
          <w:tcPr>
            <w:tcW w:w="403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790D22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"So sánh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làm l</w:t>
            </w:r>
            <w:r>
              <w:rPr>
                <w:rFonts w:ascii="Arial" w:hAnsi="Arial"/>
                <w:color w:val="212121"/>
                <w:sz w:val="20"/>
              </w:rPr>
              <w:t>ắ</w:t>
            </w:r>
            <w:r>
              <w:rPr>
                <w:rFonts w:ascii="Arial" w:hAnsi="Arial"/>
                <w:color w:val="212121"/>
                <w:sz w:val="20"/>
              </w:rPr>
              <w:t>p ráp t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i KCN VSIP 1 và KCN Amata Biên Hòa."</w:t>
            </w:r>
          </w:p>
        </w:tc>
        <w:tc>
          <w:tcPr>
            <w:tcW w:w="187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F9BCB8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Tìm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thông minh</w:t>
            </w:r>
          </w:p>
        </w:tc>
        <w:tc>
          <w:tcPr>
            <w:tcW w:w="345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C9EA49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So sánh khách quan</w:t>
            </w:r>
            <w:r>
              <w:rPr>
                <w:rFonts w:ascii="Arial" w:hAnsi="Arial"/>
                <w:color w:val="212121"/>
                <w:sz w:val="20"/>
              </w:rPr>
              <w:t xml:space="preserve"> v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 xml:space="preserve"> m</w:t>
            </w:r>
            <w:r>
              <w:rPr>
                <w:rFonts w:ascii="Arial" w:hAnsi="Arial"/>
                <w:color w:val="212121"/>
                <w:sz w:val="20"/>
              </w:rPr>
              <w:t>ặ</w:t>
            </w:r>
            <w:r>
              <w:rPr>
                <w:rFonts w:ascii="Arial" w:hAnsi="Arial"/>
                <w:color w:val="212121"/>
                <w:sz w:val="20"/>
              </w:rPr>
              <w:t>t b</w:t>
            </w:r>
            <w:r>
              <w:rPr>
                <w:rFonts w:ascii="Arial" w:hAnsi="Arial"/>
                <w:color w:val="212121"/>
                <w:sz w:val="20"/>
              </w:rPr>
              <w:t>ằ</w:t>
            </w:r>
            <w:r>
              <w:rPr>
                <w:rFonts w:ascii="Arial" w:hAnsi="Arial"/>
                <w:color w:val="212121"/>
                <w:sz w:val="20"/>
              </w:rPr>
              <w:t>ng lương, kho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ng cách đ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>a lý và các phúc l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i đi kèm.</w:t>
            </w:r>
          </w:p>
        </w:tc>
      </w:tr>
      <w:tr w:rsidR="0033518B" w14:paraId="55C04E73" w14:textId="77777777">
        <w:trPr>
          <w:jc w:val="center"/>
        </w:trPr>
        <w:tc>
          <w:tcPr>
            <w:tcW w:w="403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23974C5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"M</w:t>
            </w:r>
            <w:r>
              <w:rPr>
                <w:rFonts w:ascii="Arial" w:hAnsi="Arial"/>
                <w:color w:val="212121"/>
                <w:sz w:val="20"/>
              </w:rPr>
              <w:t>ẹ</w:t>
            </w:r>
            <w:r>
              <w:rPr>
                <w:rFonts w:ascii="Arial" w:hAnsi="Arial"/>
                <w:color w:val="212121"/>
                <w:sz w:val="20"/>
              </w:rPr>
              <w:t>o tr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 xml:space="preserve"> l</w:t>
            </w:r>
            <w:r>
              <w:rPr>
                <w:rFonts w:ascii="Arial" w:hAnsi="Arial"/>
                <w:color w:val="212121"/>
                <w:sz w:val="20"/>
              </w:rPr>
              <w:t>ờ</w:t>
            </w:r>
            <w:r>
              <w:rPr>
                <w:rFonts w:ascii="Arial" w:hAnsi="Arial"/>
                <w:color w:val="212121"/>
                <w:sz w:val="20"/>
              </w:rPr>
              <w:t>i ph</w:t>
            </w:r>
            <w:r>
              <w:rPr>
                <w:rFonts w:ascii="Arial" w:hAnsi="Arial"/>
                <w:color w:val="212121"/>
                <w:sz w:val="20"/>
              </w:rPr>
              <w:t>ỏ</w:t>
            </w:r>
            <w:r>
              <w:rPr>
                <w:rFonts w:ascii="Arial" w:hAnsi="Arial"/>
                <w:color w:val="212121"/>
                <w:sz w:val="20"/>
              </w:rPr>
              <w:t>ng v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 khi nhà tuy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d</w:t>
            </w:r>
            <w:r>
              <w:rPr>
                <w:rFonts w:ascii="Arial" w:hAnsi="Arial"/>
                <w:color w:val="212121"/>
                <w:sz w:val="20"/>
              </w:rPr>
              <w:t>ụ</w:t>
            </w:r>
            <w:r>
              <w:rPr>
                <w:rFonts w:ascii="Arial" w:hAnsi="Arial"/>
                <w:color w:val="212121"/>
                <w:sz w:val="20"/>
              </w:rPr>
              <w:t>ng h</w:t>
            </w:r>
            <w:r>
              <w:rPr>
                <w:rFonts w:ascii="Arial" w:hAnsi="Arial"/>
                <w:color w:val="212121"/>
                <w:sz w:val="20"/>
              </w:rPr>
              <w:t>ỏ</w:t>
            </w:r>
            <w:r>
              <w:rPr>
                <w:rFonts w:ascii="Arial" w:hAnsi="Arial"/>
                <w:color w:val="212121"/>
                <w:sz w:val="20"/>
              </w:rPr>
              <w:t>i 'T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i sao b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 l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i ngh</w:t>
            </w:r>
            <w:r>
              <w:rPr>
                <w:rFonts w:ascii="Arial" w:hAnsi="Arial"/>
                <w:color w:val="212121"/>
                <w:sz w:val="20"/>
              </w:rPr>
              <w:t>ỉ</w:t>
            </w:r>
            <w:r>
              <w:rPr>
                <w:rFonts w:ascii="Arial" w:hAnsi="Arial"/>
                <w:color w:val="212121"/>
                <w:sz w:val="20"/>
              </w:rPr>
              <w:t xml:space="preserve">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 xml:space="preserve">c 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 xml:space="preserve"> công ty cũ?'"</w:t>
            </w:r>
          </w:p>
        </w:tc>
        <w:tc>
          <w:tcPr>
            <w:tcW w:w="187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1415F25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Tìm vi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c thông minh</w:t>
            </w:r>
          </w:p>
        </w:tc>
        <w:tc>
          <w:tcPr>
            <w:tcW w:w="345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3EBBD0D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G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i ý câu tr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 xml:space="preserve"> l</w:t>
            </w:r>
            <w:r>
              <w:rPr>
                <w:rFonts w:ascii="Arial" w:hAnsi="Arial"/>
                <w:color w:val="212121"/>
                <w:sz w:val="20"/>
              </w:rPr>
              <w:t>ờ</w:t>
            </w:r>
            <w:r>
              <w:rPr>
                <w:rFonts w:ascii="Arial" w:hAnsi="Arial"/>
                <w:color w:val="212121"/>
                <w:sz w:val="20"/>
              </w:rPr>
              <w:t>i khéo léo, chuyên nghi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p và t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o thi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n c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m v</w:t>
            </w:r>
            <w:r>
              <w:rPr>
                <w:rFonts w:ascii="Arial" w:hAnsi="Arial"/>
                <w:color w:val="212121"/>
                <w:sz w:val="20"/>
              </w:rPr>
              <w:t>ớ</w:t>
            </w:r>
            <w:r>
              <w:rPr>
                <w:rFonts w:ascii="Arial" w:hAnsi="Arial"/>
                <w:color w:val="212121"/>
                <w:sz w:val="20"/>
              </w:rPr>
              <w:t>i ngư</w:t>
            </w:r>
            <w:r>
              <w:rPr>
                <w:rFonts w:ascii="Arial" w:hAnsi="Arial"/>
                <w:color w:val="212121"/>
                <w:sz w:val="20"/>
              </w:rPr>
              <w:t>ờ</w:t>
            </w:r>
            <w:r>
              <w:rPr>
                <w:rFonts w:ascii="Arial" w:hAnsi="Arial"/>
                <w:color w:val="212121"/>
                <w:sz w:val="20"/>
              </w:rPr>
              <w:t>i ph</w:t>
            </w:r>
            <w:r>
              <w:rPr>
                <w:rFonts w:ascii="Arial" w:hAnsi="Arial"/>
                <w:color w:val="212121"/>
                <w:sz w:val="20"/>
              </w:rPr>
              <w:t>ỏ</w:t>
            </w:r>
            <w:r>
              <w:rPr>
                <w:rFonts w:ascii="Arial" w:hAnsi="Arial"/>
                <w:color w:val="212121"/>
                <w:sz w:val="20"/>
              </w:rPr>
              <w:t>ng v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n.</w:t>
            </w:r>
          </w:p>
        </w:tc>
      </w:tr>
    </w:tbl>
    <w:p w14:paraId="4D8E6A7E" w14:textId="77777777" w:rsidR="0033518B" w:rsidRDefault="0033518B">
      <w:pPr>
        <w:spacing w:after="240"/>
      </w:pPr>
    </w:p>
    <w:p w14:paraId="3B9D5191" w14:textId="646CAC78" w:rsidR="001B3E77" w:rsidRDefault="00B119E8" w:rsidP="001B3E77">
      <w:pPr>
        <w:keepNext/>
        <w:spacing w:after="0"/>
        <w:jc w:val="center"/>
        <w:rPr>
          <w:rFonts w:ascii="Arial" w:hAnsi="Arial"/>
          <w:b/>
          <w:color w:val="1B5E20"/>
          <w:sz w:val="32"/>
        </w:rPr>
      </w:pPr>
      <w:r>
        <w:rPr>
          <w:rFonts w:ascii="Arial" w:hAnsi="Arial"/>
          <w:b/>
          <w:color w:val="1B5E20"/>
          <w:sz w:val="32"/>
        </w:rPr>
        <w:t>CHƯƠNG 9:</w:t>
      </w:r>
    </w:p>
    <w:p w14:paraId="6B984002" w14:textId="2A8B4330" w:rsidR="0033518B" w:rsidRDefault="00B119E8" w:rsidP="001B3E77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>TÍCH LŨY ĐI</w:t>
      </w:r>
      <w:r>
        <w:rPr>
          <w:rFonts w:ascii="Arial" w:hAnsi="Arial"/>
          <w:b/>
          <w:color w:val="1B5E20"/>
          <w:sz w:val="32"/>
        </w:rPr>
        <w:t>Ể</w:t>
      </w:r>
      <w:r>
        <w:rPr>
          <w:rFonts w:ascii="Arial" w:hAnsi="Arial"/>
          <w:b/>
          <w:color w:val="1B5E20"/>
          <w:sz w:val="32"/>
        </w:rPr>
        <w:t>M THƯ</w:t>
      </w:r>
      <w:r>
        <w:rPr>
          <w:rFonts w:ascii="Arial" w:hAnsi="Arial"/>
          <w:b/>
          <w:color w:val="1B5E20"/>
          <w:sz w:val="32"/>
        </w:rPr>
        <w:t>Ở</w:t>
      </w:r>
      <w:r>
        <w:rPr>
          <w:rFonts w:ascii="Arial" w:hAnsi="Arial"/>
          <w:b/>
          <w:color w:val="1B5E20"/>
          <w:sz w:val="32"/>
        </w:rPr>
        <w:t>NG VÀ S</w:t>
      </w:r>
      <w:r>
        <w:rPr>
          <w:rFonts w:ascii="Arial" w:hAnsi="Arial"/>
          <w:b/>
          <w:color w:val="1B5E20"/>
          <w:sz w:val="32"/>
        </w:rPr>
        <w:t>Ử</w:t>
      </w:r>
      <w:r>
        <w:rPr>
          <w:rFonts w:ascii="Arial" w:hAnsi="Arial"/>
          <w:b/>
          <w:color w:val="1B5E20"/>
          <w:sz w:val="32"/>
        </w:rPr>
        <w:t xml:space="preserve"> D</w:t>
      </w:r>
      <w:r>
        <w:rPr>
          <w:rFonts w:ascii="Arial" w:hAnsi="Arial"/>
          <w:b/>
          <w:color w:val="1B5E20"/>
          <w:sz w:val="32"/>
        </w:rPr>
        <w:t>Ụ</w:t>
      </w:r>
      <w:r>
        <w:rPr>
          <w:rFonts w:ascii="Arial" w:hAnsi="Arial"/>
          <w:b/>
          <w:color w:val="1B5E20"/>
          <w:sz w:val="32"/>
        </w:rPr>
        <w:t>NG VÍ ĐI</w:t>
      </w:r>
      <w:r>
        <w:rPr>
          <w:rFonts w:ascii="Arial" w:hAnsi="Arial"/>
          <w:b/>
          <w:color w:val="1B5E20"/>
          <w:sz w:val="32"/>
        </w:rPr>
        <w:t>Ệ</w:t>
      </w:r>
      <w:r>
        <w:rPr>
          <w:rFonts w:ascii="Arial" w:hAnsi="Arial"/>
          <w:b/>
          <w:color w:val="1B5E20"/>
          <w:sz w:val="32"/>
        </w:rPr>
        <w:t>N T</w:t>
      </w:r>
      <w:r>
        <w:rPr>
          <w:rFonts w:ascii="Arial" w:hAnsi="Arial"/>
          <w:b/>
          <w:color w:val="1B5E20"/>
          <w:sz w:val="32"/>
        </w:rPr>
        <w:t>Ử</w:t>
      </w:r>
    </w:p>
    <w:p w14:paraId="7251D494" w14:textId="77777777" w:rsidR="001B3E77" w:rsidRDefault="001B3E77" w:rsidP="00E61C47">
      <w:pPr>
        <w:spacing w:after="120"/>
        <w:ind w:firstLine="720"/>
        <w:jc w:val="both"/>
        <w:rPr>
          <w:rFonts w:ascii="Arial" w:hAnsi="Arial"/>
          <w:color w:val="212121"/>
          <w:sz w:val="28"/>
          <w:szCs w:val="28"/>
        </w:rPr>
      </w:pPr>
    </w:p>
    <w:p w14:paraId="67CECC7F" w14:textId="77777777" w:rsidR="00FE6912" w:rsidRDefault="00FE6912" w:rsidP="00E61C47">
      <w:pPr>
        <w:spacing w:after="120"/>
        <w:ind w:firstLine="720"/>
        <w:jc w:val="both"/>
        <w:rPr>
          <w:rFonts w:ascii="Arial" w:hAnsi="Arial"/>
          <w:color w:val="212121"/>
          <w:sz w:val="28"/>
          <w:szCs w:val="28"/>
        </w:rPr>
      </w:pPr>
    </w:p>
    <w:p w14:paraId="4ADC7D91" w14:textId="26FD8B1E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N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ng tích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Ví đi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t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n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 xml:space="preserve"> giúp Ngư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Lao Đ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qu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lý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thư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>ng tích lũy và s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các d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ch v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 xml:space="preserve"> 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 m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t cách minh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ch.</w:t>
      </w:r>
    </w:p>
    <w:p w14:paraId="07CA12CC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9.1. Tính năng Đi</w:t>
      </w:r>
      <w:r w:rsidRPr="00E61C47">
        <w:rPr>
          <w:rFonts w:ascii="Arial" w:hAnsi="Arial"/>
          <w:b/>
          <w:color w:val="37474F"/>
          <w:sz w:val="28"/>
          <w:szCs w:val="28"/>
        </w:rPr>
        <w:t>ể</w:t>
      </w:r>
      <w:r w:rsidRPr="00E61C47">
        <w:rPr>
          <w:rFonts w:ascii="Arial" w:hAnsi="Arial"/>
          <w:b/>
          <w:color w:val="37474F"/>
          <w:sz w:val="28"/>
          <w:szCs w:val="28"/>
        </w:rPr>
        <w:t>m danh hàng ngày (Daily Check-in)</w:t>
      </w:r>
    </w:p>
    <w:p w14:paraId="6E3FDDE5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M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>i ngày khi đăng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vào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ng,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hãy truy c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vào trang cá nhân và b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m nút 'Đi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danh hàng ngày'. 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c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thư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>ng tr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p vào ví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n.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s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 xml:space="preserve">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đư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tăng d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n 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duy trì chu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>i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danh liên t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nhi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u ngày (Streak reward</w:t>
      </w:r>
      <w:r w:rsidRPr="00E61C47">
        <w:rPr>
          <w:rFonts w:ascii="Arial" w:hAnsi="Arial"/>
          <w:color w:val="212121"/>
          <w:sz w:val="28"/>
          <w:szCs w:val="28"/>
        </w:rPr>
        <w:t>): Ngày th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 xml:space="preserve"> 1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10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m, ngày th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 xml:space="preserve"> 2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20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m... lên t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i t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đa 100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m/ngày.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có th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dùng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tích lũy này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>i l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y các gói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ích 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 xml:space="preserve"> tr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 xml:space="preserve"> tìm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nhanh.</w:t>
      </w:r>
    </w:p>
    <w:p w14:paraId="23308677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9.2. Đăng ký các gói l</w:t>
      </w:r>
      <w:r w:rsidRPr="00E61C47">
        <w:rPr>
          <w:rFonts w:ascii="Arial" w:hAnsi="Arial"/>
          <w:b/>
          <w:color w:val="37474F"/>
          <w:sz w:val="28"/>
          <w:szCs w:val="28"/>
        </w:rPr>
        <w:t>ợ</w:t>
      </w:r>
      <w:r w:rsidRPr="00E61C47">
        <w:rPr>
          <w:rFonts w:ascii="Arial" w:hAnsi="Arial"/>
          <w:b/>
          <w:color w:val="37474F"/>
          <w:sz w:val="28"/>
          <w:szCs w:val="28"/>
        </w:rPr>
        <w:t>i ích h</w:t>
      </w:r>
      <w:r w:rsidRPr="00E61C47">
        <w:rPr>
          <w:rFonts w:ascii="Arial" w:hAnsi="Arial"/>
          <w:b/>
          <w:color w:val="37474F"/>
          <w:sz w:val="28"/>
          <w:szCs w:val="28"/>
        </w:rPr>
        <w:t>ỗ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tr</w:t>
      </w:r>
      <w:r w:rsidRPr="00E61C47">
        <w:rPr>
          <w:rFonts w:ascii="Arial" w:hAnsi="Arial"/>
          <w:b/>
          <w:color w:val="37474F"/>
          <w:sz w:val="28"/>
          <w:szCs w:val="28"/>
        </w:rPr>
        <w:t>ợ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tìm vi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c nhanh</w:t>
      </w:r>
    </w:p>
    <w:p w14:paraId="17A348D7" w14:textId="038812BC" w:rsidR="0033518B" w:rsidRDefault="00B119E8" w:rsidP="00E61C47">
      <w:pPr>
        <w:spacing w:after="120"/>
        <w:ind w:firstLine="720"/>
        <w:jc w:val="both"/>
        <w:rPr>
          <w:rFonts w:ascii="Arial" w:hAnsi="Arial"/>
          <w:color w:val="212121"/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hi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th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n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và</w:t>
      </w:r>
      <w:r w:rsidRPr="00E61C47">
        <w:rPr>
          <w:rFonts w:ascii="Arial" w:hAnsi="Arial"/>
          <w:color w:val="212121"/>
          <w:sz w:val="28"/>
          <w:szCs w:val="28"/>
        </w:rPr>
        <w:t xml:space="preserve"> đư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các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chú ý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tiên,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có th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s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thư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>ng tích lũy (ho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n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p thêm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qua c</w:t>
      </w:r>
      <w:r w:rsidRPr="00E61C47">
        <w:rPr>
          <w:rFonts w:ascii="Arial" w:hAnsi="Arial"/>
          <w:color w:val="212121"/>
          <w:sz w:val="28"/>
          <w:szCs w:val="28"/>
        </w:rPr>
        <w:t>ổ</w:t>
      </w:r>
      <w:r w:rsidRPr="00E61C47">
        <w:rPr>
          <w:rFonts w:ascii="Arial" w:hAnsi="Arial"/>
          <w:color w:val="212121"/>
          <w:sz w:val="28"/>
          <w:szCs w:val="28"/>
        </w:rPr>
        <w:t>ng thanh toán liên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PayOS)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đăng ký các gói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ích sau:</w:t>
      </w:r>
    </w:p>
    <w:p w14:paraId="16436DAC" w14:textId="77777777" w:rsidR="00FE6912" w:rsidRPr="00E61C47" w:rsidRDefault="00FE6912" w:rsidP="00E61C47">
      <w:pPr>
        <w:spacing w:after="120"/>
        <w:ind w:firstLine="720"/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2592"/>
        <w:gridCol w:w="4176"/>
      </w:tblGrid>
      <w:tr w:rsidR="0033518B" w14:paraId="04C542B7" w14:textId="77777777">
        <w:trPr>
          <w:jc w:val="center"/>
        </w:trPr>
        <w:tc>
          <w:tcPr>
            <w:tcW w:w="2592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2E3020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lastRenderedPageBreak/>
              <w:t>Gói d</w:t>
            </w:r>
            <w:r>
              <w:rPr>
                <w:rFonts w:ascii="Arial" w:hAnsi="Arial"/>
                <w:b/>
                <w:color w:val="FFFFFF"/>
                <w:sz w:val="21"/>
              </w:rPr>
              <w:t>ị</w:t>
            </w:r>
            <w:r>
              <w:rPr>
                <w:rFonts w:ascii="Arial" w:hAnsi="Arial"/>
                <w:b/>
                <w:color w:val="FFFFFF"/>
                <w:sz w:val="21"/>
              </w:rPr>
              <w:t>ch v</w:t>
            </w:r>
            <w:r>
              <w:rPr>
                <w:rFonts w:ascii="Arial" w:hAnsi="Arial"/>
                <w:b/>
                <w:color w:val="FFFFFF"/>
                <w:sz w:val="21"/>
              </w:rPr>
              <w:t>ụ</w:t>
            </w:r>
            <w:r>
              <w:rPr>
                <w:rFonts w:ascii="Arial" w:hAnsi="Arial"/>
                <w:b/>
                <w:color w:val="FFFFFF"/>
                <w:sz w:val="21"/>
              </w:rPr>
              <w:t xml:space="preserve"> dành cho NLĐ</w:t>
            </w:r>
          </w:p>
        </w:tc>
        <w:tc>
          <w:tcPr>
            <w:tcW w:w="2592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F93B86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Chi phí (Đi</w:t>
            </w:r>
            <w:r>
              <w:rPr>
                <w:rFonts w:ascii="Arial" w:hAnsi="Arial"/>
                <w:b/>
                <w:color w:val="FFFFFF"/>
                <w:sz w:val="21"/>
              </w:rPr>
              <w:t>ể</w:t>
            </w:r>
            <w:r>
              <w:rPr>
                <w:rFonts w:ascii="Arial" w:hAnsi="Arial"/>
                <w:b/>
                <w:color w:val="FFFFFF"/>
                <w:sz w:val="21"/>
              </w:rPr>
              <w:t>m / VNĐ)</w:t>
            </w:r>
          </w:p>
        </w:tc>
        <w:tc>
          <w:tcPr>
            <w:tcW w:w="4176" w:type="dxa"/>
            <w:tcBorders>
              <w:top w:val="single" w:sz="4" w:space="0" w:color="1B5E20"/>
              <w:left w:val="single" w:sz="4" w:space="0" w:color="D3D3D3"/>
              <w:bottom w:val="single" w:sz="12" w:space="0" w:color="1B5E20"/>
              <w:right w:val="single" w:sz="4" w:space="0" w:color="D3D3D3"/>
            </w:tcBorders>
            <w:shd w:val="clear" w:color="auto" w:fill="1B5E2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6D8649" w14:textId="77777777" w:rsidR="0033518B" w:rsidRDefault="00B119E8">
            <w:pPr>
              <w:jc w:val="center"/>
            </w:pPr>
            <w:r>
              <w:rPr>
                <w:rFonts w:ascii="Arial" w:hAnsi="Arial"/>
                <w:b/>
                <w:color w:val="FFFFFF"/>
                <w:sz w:val="21"/>
              </w:rPr>
              <w:t>Các quy</w:t>
            </w:r>
            <w:r>
              <w:rPr>
                <w:rFonts w:ascii="Arial" w:hAnsi="Arial"/>
                <w:b/>
                <w:color w:val="FFFFFF"/>
                <w:sz w:val="21"/>
              </w:rPr>
              <w:t>ề</w:t>
            </w:r>
            <w:r>
              <w:rPr>
                <w:rFonts w:ascii="Arial" w:hAnsi="Arial"/>
                <w:b/>
                <w:color w:val="FFFFFF"/>
                <w:sz w:val="21"/>
              </w:rPr>
              <w:t>n l</w:t>
            </w:r>
            <w:r>
              <w:rPr>
                <w:rFonts w:ascii="Arial" w:hAnsi="Arial"/>
                <w:b/>
                <w:color w:val="FFFFFF"/>
                <w:sz w:val="21"/>
              </w:rPr>
              <w:t>ợ</w:t>
            </w:r>
            <w:r>
              <w:rPr>
                <w:rFonts w:ascii="Arial" w:hAnsi="Arial"/>
                <w:b/>
                <w:color w:val="FFFFFF"/>
                <w:sz w:val="21"/>
              </w:rPr>
              <w:t>i n</w:t>
            </w:r>
            <w:r>
              <w:rPr>
                <w:rFonts w:ascii="Arial" w:hAnsi="Arial"/>
                <w:b/>
                <w:color w:val="FFFFFF"/>
                <w:sz w:val="21"/>
              </w:rPr>
              <w:t>ổ</w:t>
            </w:r>
            <w:r>
              <w:rPr>
                <w:rFonts w:ascii="Arial" w:hAnsi="Arial"/>
                <w:b/>
                <w:color w:val="FFFFFF"/>
                <w:sz w:val="21"/>
              </w:rPr>
              <w:t>i b</w:t>
            </w:r>
            <w:r>
              <w:rPr>
                <w:rFonts w:ascii="Arial" w:hAnsi="Arial"/>
                <w:b/>
                <w:color w:val="FFFFFF"/>
                <w:sz w:val="21"/>
              </w:rPr>
              <w:t>ậ</w:t>
            </w:r>
            <w:r>
              <w:rPr>
                <w:rFonts w:ascii="Arial" w:hAnsi="Arial"/>
                <w:b/>
                <w:color w:val="FFFFFF"/>
                <w:sz w:val="21"/>
              </w:rPr>
              <w:t>t nh</w:t>
            </w:r>
            <w:r>
              <w:rPr>
                <w:rFonts w:ascii="Arial" w:hAnsi="Arial"/>
                <w:b/>
                <w:color w:val="FFFFFF"/>
                <w:sz w:val="21"/>
              </w:rPr>
              <w:t>ậ</w:t>
            </w:r>
            <w:r>
              <w:rPr>
                <w:rFonts w:ascii="Arial" w:hAnsi="Arial"/>
                <w:b/>
                <w:color w:val="FFFFFF"/>
                <w:sz w:val="21"/>
              </w:rPr>
              <w:t>n đư</w:t>
            </w:r>
            <w:r>
              <w:rPr>
                <w:rFonts w:ascii="Arial" w:hAnsi="Arial"/>
                <w:b/>
                <w:color w:val="FFFFFF"/>
                <w:sz w:val="21"/>
              </w:rPr>
              <w:t>ợ</w:t>
            </w:r>
            <w:r>
              <w:rPr>
                <w:rFonts w:ascii="Arial" w:hAnsi="Arial"/>
                <w:b/>
                <w:color w:val="FFFFFF"/>
                <w:sz w:val="21"/>
              </w:rPr>
              <w:t>c</w:t>
            </w:r>
          </w:p>
        </w:tc>
      </w:tr>
      <w:tr w:rsidR="0033518B" w14:paraId="60F1C73A" w14:textId="77777777">
        <w:trPr>
          <w:jc w:val="center"/>
        </w:trPr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E9D0FB2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Gói Cơ</w:t>
            </w:r>
            <w:r>
              <w:rPr>
                <w:rFonts w:ascii="Arial" w:hAnsi="Arial"/>
                <w:color w:val="212121"/>
                <w:sz w:val="20"/>
              </w:rPr>
              <w:t xml:space="preserve"> b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 (Starter Benefit)</w:t>
            </w:r>
          </w:p>
        </w:tc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6FDAE5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50.000đ ho</w:t>
            </w:r>
            <w:r>
              <w:rPr>
                <w:rFonts w:ascii="Arial" w:hAnsi="Arial"/>
                <w:color w:val="212121"/>
                <w:sz w:val="20"/>
              </w:rPr>
              <w:t>ặ</w:t>
            </w:r>
            <w:r>
              <w:rPr>
                <w:rFonts w:ascii="Arial" w:hAnsi="Arial"/>
                <w:color w:val="212121"/>
                <w:sz w:val="20"/>
              </w:rPr>
              <w:t>c đ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>i đi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m thư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41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02D325D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H</w:t>
            </w:r>
            <w:r>
              <w:rPr>
                <w:rFonts w:ascii="Arial" w:hAnsi="Arial"/>
                <w:color w:val="212121"/>
                <w:sz w:val="20"/>
              </w:rPr>
              <w:t>ồ</w:t>
            </w:r>
            <w:r>
              <w:rPr>
                <w:rFonts w:ascii="Arial" w:hAnsi="Arial"/>
                <w:color w:val="212121"/>
                <w:sz w:val="20"/>
              </w:rPr>
              <w:t xml:space="preserve"> sơ CV c</w:t>
            </w:r>
            <w:r>
              <w:rPr>
                <w:rFonts w:ascii="Arial" w:hAnsi="Arial"/>
                <w:color w:val="212121"/>
                <w:sz w:val="20"/>
              </w:rPr>
              <w:t>ủ</w:t>
            </w:r>
            <w:r>
              <w:rPr>
                <w:rFonts w:ascii="Arial" w:hAnsi="Arial"/>
                <w:color w:val="212121"/>
                <w:sz w:val="20"/>
              </w:rPr>
              <w:t>a b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 s</w:t>
            </w:r>
            <w:r>
              <w:rPr>
                <w:rFonts w:ascii="Arial" w:hAnsi="Arial"/>
                <w:color w:val="212121"/>
                <w:sz w:val="20"/>
              </w:rPr>
              <w:t>ẽ</w:t>
            </w:r>
            <w:r>
              <w:rPr>
                <w:rFonts w:ascii="Arial" w:hAnsi="Arial"/>
                <w:color w:val="212121"/>
                <w:sz w:val="20"/>
              </w:rPr>
              <w:t xml:space="preserve"> đư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c g</w:t>
            </w:r>
            <w:r>
              <w:rPr>
                <w:rFonts w:ascii="Arial" w:hAnsi="Arial"/>
                <w:color w:val="212121"/>
                <w:sz w:val="20"/>
              </w:rPr>
              <w:t>ắ</w:t>
            </w:r>
            <w:r>
              <w:rPr>
                <w:rFonts w:ascii="Arial" w:hAnsi="Arial"/>
                <w:color w:val="212121"/>
                <w:sz w:val="20"/>
              </w:rPr>
              <w:t>n huy 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u n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>i b</w:t>
            </w:r>
            <w:r>
              <w:rPr>
                <w:rFonts w:ascii="Arial" w:hAnsi="Arial"/>
                <w:color w:val="212121"/>
                <w:sz w:val="20"/>
              </w:rPr>
              <w:t>ậ</w:t>
            </w:r>
            <w:r>
              <w:rPr>
                <w:rFonts w:ascii="Arial" w:hAnsi="Arial"/>
                <w:color w:val="212121"/>
                <w:sz w:val="20"/>
              </w:rPr>
              <w:t>t.</w:t>
            </w:r>
            <w:r>
              <w:rPr>
                <w:rFonts w:ascii="Arial" w:hAnsi="Arial"/>
                <w:color w:val="212121"/>
                <w:sz w:val="20"/>
              </w:rPr>
              <w:br/>
              <w:t>T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 xml:space="preserve">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 hi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th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 xml:space="preserve"> s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 xml:space="preserve"> liên h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 xml:space="preserve"> cho nhà tuy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d</w:t>
            </w:r>
            <w:r>
              <w:rPr>
                <w:rFonts w:ascii="Arial" w:hAnsi="Arial"/>
                <w:color w:val="212121"/>
                <w:sz w:val="20"/>
              </w:rPr>
              <w:t>ụ</w:t>
            </w:r>
            <w:r>
              <w:rPr>
                <w:rFonts w:ascii="Arial" w:hAnsi="Arial"/>
                <w:color w:val="212121"/>
                <w:sz w:val="20"/>
              </w:rPr>
              <w:t>ng uy tín trong vòng 7 ngày.</w:t>
            </w:r>
          </w:p>
        </w:tc>
      </w:tr>
      <w:tr w:rsidR="0033518B" w14:paraId="094B5442" w14:textId="77777777">
        <w:trPr>
          <w:jc w:val="center"/>
        </w:trPr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74EF6D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Gói Nâng cao (Plus Benefit)</w:t>
            </w:r>
          </w:p>
        </w:tc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F11EFA1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150.000đ ho</w:t>
            </w:r>
            <w:r>
              <w:rPr>
                <w:rFonts w:ascii="Arial" w:hAnsi="Arial"/>
                <w:color w:val="212121"/>
                <w:sz w:val="20"/>
              </w:rPr>
              <w:t>ặ</w:t>
            </w:r>
            <w:r>
              <w:rPr>
                <w:rFonts w:ascii="Arial" w:hAnsi="Arial"/>
                <w:color w:val="212121"/>
                <w:sz w:val="20"/>
              </w:rPr>
              <w:t>c đ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>i đi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m thư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41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22D4D2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Bao g</w:t>
            </w:r>
            <w:r>
              <w:rPr>
                <w:rFonts w:ascii="Arial" w:hAnsi="Arial"/>
                <w:color w:val="212121"/>
                <w:sz w:val="20"/>
              </w:rPr>
              <w:t>ồ</w:t>
            </w:r>
            <w:r>
              <w:rPr>
                <w:rFonts w:ascii="Arial" w:hAnsi="Arial"/>
                <w:color w:val="212121"/>
                <w:sz w:val="20"/>
              </w:rPr>
              <w:t>m đ</w:t>
            </w:r>
            <w:r>
              <w:rPr>
                <w:rFonts w:ascii="Arial" w:hAnsi="Arial"/>
                <w:color w:val="212121"/>
                <w:sz w:val="20"/>
              </w:rPr>
              <w:t>ầ</w:t>
            </w:r>
            <w:r>
              <w:rPr>
                <w:rFonts w:ascii="Arial" w:hAnsi="Arial"/>
                <w:color w:val="212121"/>
                <w:sz w:val="20"/>
              </w:rPr>
              <w:t>y đ</w:t>
            </w:r>
            <w:r>
              <w:rPr>
                <w:rFonts w:ascii="Arial" w:hAnsi="Arial"/>
                <w:color w:val="212121"/>
                <w:sz w:val="20"/>
              </w:rPr>
              <w:t>ủ</w:t>
            </w:r>
            <w:r>
              <w:rPr>
                <w:rFonts w:ascii="Arial" w:hAnsi="Arial"/>
                <w:color w:val="212121"/>
                <w:sz w:val="20"/>
              </w:rPr>
              <w:t xml:space="preserve"> quy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n l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i </w:t>
            </w:r>
            <w:r>
              <w:rPr>
                <w:rFonts w:ascii="Arial" w:hAnsi="Arial"/>
                <w:color w:val="212121"/>
                <w:sz w:val="20"/>
              </w:rPr>
              <w:t>gói Cơ b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>n.</w:t>
            </w:r>
            <w:r>
              <w:rPr>
                <w:rFonts w:ascii="Arial" w:hAnsi="Arial"/>
                <w:color w:val="212121"/>
                <w:sz w:val="20"/>
              </w:rPr>
              <w:br/>
              <w:t>H</w:t>
            </w:r>
            <w:r>
              <w:rPr>
                <w:rFonts w:ascii="Arial" w:hAnsi="Arial"/>
                <w:color w:val="212121"/>
                <w:sz w:val="20"/>
              </w:rPr>
              <w:t>ồ</w:t>
            </w:r>
            <w:r>
              <w:rPr>
                <w:rFonts w:ascii="Arial" w:hAnsi="Arial"/>
                <w:color w:val="212121"/>
                <w:sz w:val="20"/>
              </w:rPr>
              <w:t xml:space="preserve"> sơ c</w:t>
            </w:r>
            <w:r>
              <w:rPr>
                <w:rFonts w:ascii="Arial" w:hAnsi="Arial"/>
                <w:color w:val="212121"/>
                <w:sz w:val="20"/>
              </w:rPr>
              <w:t>ủ</w:t>
            </w:r>
            <w:r>
              <w:rPr>
                <w:rFonts w:ascii="Arial" w:hAnsi="Arial"/>
                <w:color w:val="212121"/>
                <w:sz w:val="20"/>
              </w:rPr>
              <w:t>a b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 đư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c h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 xml:space="preserve"> th</w:t>
            </w:r>
            <w:r>
              <w:rPr>
                <w:rFonts w:ascii="Arial" w:hAnsi="Arial"/>
                <w:color w:val="212121"/>
                <w:sz w:val="20"/>
              </w:rPr>
              <w:t>ố</w:t>
            </w:r>
            <w:r>
              <w:rPr>
                <w:rFonts w:ascii="Arial" w:hAnsi="Arial"/>
                <w:color w:val="212121"/>
                <w:sz w:val="20"/>
              </w:rPr>
              <w:t>ng ưu tiên x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p hàng đ</w:t>
            </w:r>
            <w:r>
              <w:rPr>
                <w:rFonts w:ascii="Arial" w:hAnsi="Arial"/>
                <w:color w:val="212121"/>
                <w:sz w:val="20"/>
              </w:rPr>
              <w:t>ầ</w:t>
            </w:r>
            <w:r>
              <w:rPr>
                <w:rFonts w:ascii="Arial" w:hAnsi="Arial"/>
                <w:color w:val="212121"/>
                <w:sz w:val="20"/>
              </w:rPr>
              <w:t xml:space="preserve">u tiên trong danh sách 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ng tuy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c</w:t>
            </w:r>
            <w:r>
              <w:rPr>
                <w:rFonts w:ascii="Arial" w:hAnsi="Arial"/>
                <w:color w:val="212121"/>
                <w:sz w:val="20"/>
              </w:rPr>
              <w:t>ủ</w:t>
            </w:r>
            <w:r>
              <w:rPr>
                <w:rFonts w:ascii="Arial" w:hAnsi="Arial"/>
                <w:color w:val="212121"/>
                <w:sz w:val="20"/>
              </w:rPr>
              <w:t>a NTD trong 15 ngày.</w:t>
            </w:r>
          </w:p>
        </w:tc>
      </w:tr>
      <w:tr w:rsidR="0033518B" w14:paraId="4D67DE6A" w14:textId="77777777">
        <w:trPr>
          <w:jc w:val="center"/>
        </w:trPr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9EC24E5" w14:textId="77777777" w:rsidR="0033518B" w:rsidRDefault="00B119E8">
            <w:r>
              <w:rPr>
                <w:rFonts w:ascii="Arial" w:hAnsi="Arial"/>
                <w:color w:val="212121"/>
                <w:sz w:val="20"/>
              </w:rPr>
              <w:t>Gói Chuyên nghi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p (Pro Benefit)</w:t>
            </w:r>
          </w:p>
        </w:tc>
        <w:tc>
          <w:tcPr>
            <w:tcW w:w="2592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3503284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300.000đ ho</w:t>
            </w:r>
            <w:r>
              <w:rPr>
                <w:rFonts w:ascii="Arial" w:hAnsi="Arial"/>
                <w:color w:val="212121"/>
                <w:sz w:val="20"/>
              </w:rPr>
              <w:t>ặ</w:t>
            </w:r>
            <w:r>
              <w:rPr>
                <w:rFonts w:ascii="Arial" w:hAnsi="Arial"/>
                <w:color w:val="212121"/>
                <w:sz w:val="20"/>
              </w:rPr>
              <w:t>c đ</w:t>
            </w:r>
            <w:r>
              <w:rPr>
                <w:rFonts w:ascii="Arial" w:hAnsi="Arial"/>
                <w:color w:val="212121"/>
                <w:sz w:val="20"/>
              </w:rPr>
              <w:t>ổ</w:t>
            </w:r>
            <w:r>
              <w:rPr>
                <w:rFonts w:ascii="Arial" w:hAnsi="Arial"/>
                <w:color w:val="212121"/>
                <w:sz w:val="20"/>
              </w:rPr>
              <w:t>i đi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m thư</w:t>
            </w:r>
            <w:r>
              <w:rPr>
                <w:rFonts w:ascii="Arial" w:hAnsi="Arial"/>
                <w:color w:val="212121"/>
                <w:sz w:val="20"/>
              </w:rPr>
              <w:t>ở</w:t>
            </w:r>
            <w:r>
              <w:rPr>
                <w:rFonts w:ascii="Arial" w:hAnsi="Arial"/>
                <w:color w:val="212121"/>
                <w:sz w:val="20"/>
              </w:rPr>
              <w:t>ng</w:t>
            </w:r>
          </w:p>
        </w:tc>
        <w:tc>
          <w:tcPr>
            <w:tcW w:w="41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6AEDD2E" w14:textId="77777777" w:rsidR="0033518B" w:rsidRDefault="00B119E8">
            <w:pPr>
              <w:jc w:val="center"/>
            </w:pPr>
            <w:r>
              <w:rPr>
                <w:rFonts w:ascii="Arial" w:hAnsi="Arial"/>
                <w:color w:val="212121"/>
                <w:sz w:val="20"/>
              </w:rPr>
              <w:t>Bao g</w:t>
            </w:r>
            <w:r>
              <w:rPr>
                <w:rFonts w:ascii="Arial" w:hAnsi="Arial"/>
                <w:color w:val="212121"/>
                <w:sz w:val="20"/>
              </w:rPr>
              <w:t>ồ</w:t>
            </w:r>
            <w:r>
              <w:rPr>
                <w:rFonts w:ascii="Arial" w:hAnsi="Arial"/>
                <w:color w:val="212121"/>
                <w:sz w:val="20"/>
              </w:rPr>
              <w:t>m t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t c</w:t>
            </w:r>
            <w:r>
              <w:rPr>
                <w:rFonts w:ascii="Arial" w:hAnsi="Arial"/>
                <w:color w:val="212121"/>
                <w:sz w:val="20"/>
              </w:rPr>
              <w:t>ả</w:t>
            </w:r>
            <w:r>
              <w:rPr>
                <w:rFonts w:ascii="Arial" w:hAnsi="Arial"/>
                <w:color w:val="212121"/>
                <w:sz w:val="20"/>
              </w:rPr>
              <w:t xml:space="preserve"> quy</w:t>
            </w:r>
            <w:r>
              <w:rPr>
                <w:rFonts w:ascii="Arial" w:hAnsi="Arial"/>
                <w:color w:val="212121"/>
                <w:sz w:val="20"/>
              </w:rPr>
              <w:t>ề</w:t>
            </w:r>
            <w:r>
              <w:rPr>
                <w:rFonts w:ascii="Arial" w:hAnsi="Arial"/>
                <w:color w:val="212121"/>
                <w:sz w:val="20"/>
              </w:rPr>
              <w:t>n l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i trên.</w:t>
            </w:r>
            <w:r>
              <w:rPr>
                <w:rFonts w:ascii="Arial" w:hAnsi="Arial"/>
                <w:color w:val="212121"/>
                <w:sz w:val="20"/>
              </w:rPr>
              <w:br/>
              <w:t>G</w:t>
            </w:r>
            <w:r>
              <w:rPr>
                <w:rFonts w:ascii="Arial" w:hAnsi="Arial"/>
                <w:color w:val="212121"/>
                <w:sz w:val="20"/>
              </w:rPr>
              <w:t>ắ</w:t>
            </w:r>
            <w:r>
              <w:rPr>
                <w:rFonts w:ascii="Arial" w:hAnsi="Arial"/>
                <w:color w:val="212121"/>
                <w:sz w:val="20"/>
              </w:rPr>
              <w:t>n huy hi</w:t>
            </w:r>
            <w:r>
              <w:rPr>
                <w:rFonts w:ascii="Arial" w:hAnsi="Arial"/>
                <w:color w:val="212121"/>
                <w:sz w:val="20"/>
              </w:rPr>
              <w:t>ệ</w:t>
            </w:r>
            <w:r>
              <w:rPr>
                <w:rFonts w:ascii="Arial" w:hAnsi="Arial"/>
                <w:color w:val="212121"/>
                <w:sz w:val="20"/>
              </w:rPr>
              <w:t>u vàng '</w:t>
            </w:r>
            <w:r>
              <w:rPr>
                <w:rFonts w:ascii="Arial" w:hAnsi="Arial"/>
                <w:color w:val="212121"/>
                <w:sz w:val="20"/>
              </w:rPr>
              <w:t>Ứ</w:t>
            </w:r>
            <w:r>
              <w:rPr>
                <w:rFonts w:ascii="Arial" w:hAnsi="Arial"/>
                <w:color w:val="212121"/>
                <w:sz w:val="20"/>
              </w:rPr>
              <w:t>ng viên Pro' trên th</w:t>
            </w:r>
            <w:r>
              <w:rPr>
                <w:rFonts w:ascii="Arial" w:hAnsi="Arial"/>
                <w:color w:val="212121"/>
                <w:sz w:val="20"/>
              </w:rPr>
              <w:t>ẻ</w:t>
            </w:r>
            <w:r>
              <w:rPr>
                <w:rFonts w:ascii="Arial" w:hAnsi="Arial"/>
                <w:color w:val="212121"/>
                <w:sz w:val="20"/>
              </w:rPr>
              <w:t xml:space="preserve"> h</w:t>
            </w:r>
            <w:r>
              <w:rPr>
                <w:rFonts w:ascii="Arial" w:hAnsi="Arial"/>
                <w:color w:val="212121"/>
                <w:sz w:val="20"/>
              </w:rPr>
              <w:t>ồ</w:t>
            </w:r>
            <w:r>
              <w:rPr>
                <w:rFonts w:ascii="Arial" w:hAnsi="Arial"/>
                <w:color w:val="212121"/>
                <w:sz w:val="20"/>
              </w:rPr>
              <w:t xml:space="preserve"> sơ</w:t>
            </w:r>
            <w:r>
              <w:rPr>
                <w:rFonts w:ascii="Arial" w:hAnsi="Arial"/>
                <w:color w:val="212121"/>
                <w:sz w:val="20"/>
              </w:rPr>
              <w:t>.</w:t>
            </w:r>
            <w:r>
              <w:rPr>
                <w:rFonts w:ascii="Arial" w:hAnsi="Arial"/>
                <w:color w:val="212121"/>
                <w:sz w:val="20"/>
              </w:rPr>
              <w:br/>
              <w:t>Tr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 xml:space="preserve"> lý AI t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 xml:space="preserve"> đ</w:t>
            </w:r>
            <w:r>
              <w:rPr>
                <w:rFonts w:ascii="Arial" w:hAnsi="Arial"/>
                <w:color w:val="212121"/>
                <w:sz w:val="20"/>
              </w:rPr>
              <w:t>ộ</w:t>
            </w:r>
            <w:r>
              <w:rPr>
                <w:rFonts w:ascii="Arial" w:hAnsi="Arial"/>
                <w:color w:val="212121"/>
                <w:sz w:val="20"/>
              </w:rPr>
              <w:t>ng g</w:t>
            </w:r>
            <w:r>
              <w:rPr>
                <w:rFonts w:ascii="Arial" w:hAnsi="Arial"/>
                <w:color w:val="212121"/>
                <w:sz w:val="20"/>
              </w:rPr>
              <w:t>ợ</w:t>
            </w:r>
            <w:r>
              <w:rPr>
                <w:rFonts w:ascii="Arial" w:hAnsi="Arial"/>
                <w:color w:val="212121"/>
                <w:sz w:val="20"/>
              </w:rPr>
              <w:t>i ý và tr</w:t>
            </w:r>
            <w:r>
              <w:rPr>
                <w:rFonts w:ascii="Arial" w:hAnsi="Arial"/>
                <w:color w:val="212121"/>
                <w:sz w:val="20"/>
              </w:rPr>
              <w:t>ự</w:t>
            </w:r>
            <w:r>
              <w:rPr>
                <w:rFonts w:ascii="Arial" w:hAnsi="Arial"/>
                <w:color w:val="212121"/>
                <w:sz w:val="20"/>
              </w:rPr>
              <w:t>c ti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p g</w:t>
            </w:r>
            <w:r>
              <w:rPr>
                <w:rFonts w:ascii="Arial" w:hAnsi="Arial"/>
                <w:color w:val="212121"/>
                <w:sz w:val="20"/>
              </w:rPr>
              <w:t>ử</w:t>
            </w:r>
            <w:r>
              <w:rPr>
                <w:rFonts w:ascii="Arial" w:hAnsi="Arial"/>
                <w:color w:val="212121"/>
                <w:sz w:val="20"/>
              </w:rPr>
              <w:t>i CV c</w:t>
            </w:r>
            <w:r>
              <w:rPr>
                <w:rFonts w:ascii="Arial" w:hAnsi="Arial"/>
                <w:color w:val="212121"/>
                <w:sz w:val="20"/>
              </w:rPr>
              <w:t>ủ</w:t>
            </w:r>
            <w:r>
              <w:rPr>
                <w:rFonts w:ascii="Arial" w:hAnsi="Arial"/>
                <w:color w:val="212121"/>
                <w:sz w:val="20"/>
              </w:rPr>
              <w:t>a b</w:t>
            </w:r>
            <w:r>
              <w:rPr>
                <w:rFonts w:ascii="Arial" w:hAnsi="Arial"/>
                <w:color w:val="212121"/>
                <w:sz w:val="20"/>
              </w:rPr>
              <w:t>ạ</w:t>
            </w:r>
            <w:r>
              <w:rPr>
                <w:rFonts w:ascii="Arial" w:hAnsi="Arial"/>
                <w:color w:val="212121"/>
                <w:sz w:val="20"/>
              </w:rPr>
              <w:t>n đ</w:t>
            </w:r>
            <w:r>
              <w:rPr>
                <w:rFonts w:ascii="Arial" w:hAnsi="Arial"/>
                <w:color w:val="212121"/>
                <w:sz w:val="20"/>
              </w:rPr>
              <w:t>ế</w:t>
            </w:r>
            <w:r>
              <w:rPr>
                <w:rFonts w:ascii="Arial" w:hAnsi="Arial"/>
                <w:color w:val="212121"/>
                <w:sz w:val="20"/>
              </w:rPr>
              <w:t>n các nhà tuy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d</w:t>
            </w:r>
            <w:r>
              <w:rPr>
                <w:rFonts w:ascii="Arial" w:hAnsi="Arial"/>
                <w:color w:val="212121"/>
                <w:sz w:val="20"/>
              </w:rPr>
              <w:t>ụ</w:t>
            </w:r>
            <w:r>
              <w:rPr>
                <w:rFonts w:ascii="Arial" w:hAnsi="Arial"/>
                <w:color w:val="212121"/>
                <w:sz w:val="20"/>
              </w:rPr>
              <w:t>ng đang có nhu c</w:t>
            </w:r>
            <w:r>
              <w:rPr>
                <w:rFonts w:ascii="Arial" w:hAnsi="Arial"/>
                <w:color w:val="212121"/>
                <w:sz w:val="20"/>
              </w:rPr>
              <w:t>ầ</w:t>
            </w:r>
            <w:r>
              <w:rPr>
                <w:rFonts w:ascii="Arial" w:hAnsi="Arial"/>
                <w:color w:val="212121"/>
                <w:sz w:val="20"/>
              </w:rPr>
              <w:t>u tuy</w:t>
            </w:r>
            <w:r>
              <w:rPr>
                <w:rFonts w:ascii="Arial" w:hAnsi="Arial"/>
                <w:color w:val="212121"/>
                <w:sz w:val="20"/>
              </w:rPr>
              <w:t>ể</w:t>
            </w:r>
            <w:r>
              <w:rPr>
                <w:rFonts w:ascii="Arial" w:hAnsi="Arial"/>
                <w:color w:val="212121"/>
                <w:sz w:val="20"/>
              </w:rPr>
              <w:t>n g</w:t>
            </w:r>
            <w:r>
              <w:rPr>
                <w:rFonts w:ascii="Arial" w:hAnsi="Arial"/>
                <w:color w:val="212121"/>
                <w:sz w:val="20"/>
              </w:rPr>
              <w:t>ấ</w:t>
            </w:r>
            <w:r>
              <w:rPr>
                <w:rFonts w:ascii="Arial" w:hAnsi="Arial"/>
                <w:color w:val="212121"/>
                <w:sz w:val="20"/>
              </w:rPr>
              <w:t>p các v</w:t>
            </w:r>
            <w:r>
              <w:rPr>
                <w:rFonts w:ascii="Arial" w:hAnsi="Arial"/>
                <w:color w:val="212121"/>
                <w:sz w:val="20"/>
              </w:rPr>
              <w:t>ị</w:t>
            </w:r>
            <w:r>
              <w:rPr>
                <w:rFonts w:ascii="Arial" w:hAnsi="Arial"/>
                <w:color w:val="212121"/>
                <w:sz w:val="20"/>
              </w:rPr>
              <w:t xml:space="preserve"> trí tương đương trong vòng 30 ngày.</w:t>
            </w:r>
          </w:p>
        </w:tc>
      </w:tr>
    </w:tbl>
    <w:p w14:paraId="24CC64E5" w14:textId="77777777" w:rsidR="0033518B" w:rsidRDefault="0033518B">
      <w:pPr>
        <w:spacing w:after="240"/>
      </w:pPr>
    </w:p>
    <w:p w14:paraId="757EBDE9" w14:textId="71581288" w:rsidR="00E61C47" w:rsidRPr="00FE6912" w:rsidRDefault="00B119E8" w:rsidP="00FE6912">
      <w:pPr>
        <w:jc w:val="center"/>
      </w:pPr>
      <w:r>
        <w:rPr>
          <w:rFonts w:ascii="Arial" w:hAnsi="Arial"/>
          <w:b/>
          <w:color w:val="1B5E20"/>
          <w:sz w:val="32"/>
        </w:rPr>
        <w:t>CHƯƠNG 10:</w:t>
      </w:r>
    </w:p>
    <w:p w14:paraId="61AA8A09" w14:textId="3CB13659" w:rsidR="0033518B" w:rsidRDefault="00B119E8" w:rsidP="00E61C47">
      <w:pPr>
        <w:keepNext/>
        <w:spacing w:after="0"/>
        <w:jc w:val="center"/>
      </w:pPr>
      <w:r>
        <w:rPr>
          <w:rFonts w:ascii="Arial" w:hAnsi="Arial"/>
          <w:b/>
          <w:color w:val="1B5E20"/>
          <w:sz w:val="32"/>
        </w:rPr>
        <w:t xml:space="preserve"> CÁC LƯU Ý QUAN TR</w:t>
      </w:r>
      <w:r>
        <w:rPr>
          <w:rFonts w:ascii="Arial" w:hAnsi="Arial"/>
          <w:b/>
          <w:color w:val="1B5E20"/>
          <w:sz w:val="32"/>
        </w:rPr>
        <w:t>Ọ</w:t>
      </w:r>
      <w:r>
        <w:rPr>
          <w:rFonts w:ascii="Arial" w:hAnsi="Arial"/>
          <w:b/>
          <w:color w:val="1B5E20"/>
          <w:sz w:val="32"/>
        </w:rPr>
        <w:t>NG V</w:t>
      </w:r>
      <w:r>
        <w:rPr>
          <w:rFonts w:ascii="Arial" w:hAnsi="Arial"/>
          <w:b/>
          <w:color w:val="1B5E20"/>
          <w:sz w:val="32"/>
        </w:rPr>
        <w:t>Ề</w:t>
      </w:r>
      <w:r>
        <w:rPr>
          <w:rFonts w:ascii="Arial" w:hAnsi="Arial"/>
          <w:b/>
          <w:color w:val="1B5E20"/>
          <w:sz w:val="32"/>
        </w:rPr>
        <w:t xml:space="preserve"> AN TOÀN VÀ B</w:t>
      </w:r>
      <w:r>
        <w:rPr>
          <w:rFonts w:ascii="Arial" w:hAnsi="Arial"/>
          <w:b/>
          <w:color w:val="1B5E20"/>
          <w:sz w:val="32"/>
        </w:rPr>
        <w:t>Ả</w:t>
      </w:r>
      <w:r>
        <w:rPr>
          <w:rFonts w:ascii="Arial" w:hAnsi="Arial"/>
          <w:b/>
          <w:color w:val="1B5E20"/>
          <w:sz w:val="32"/>
        </w:rPr>
        <w:t>O M</w:t>
      </w:r>
      <w:r>
        <w:rPr>
          <w:rFonts w:ascii="Arial" w:hAnsi="Arial"/>
          <w:b/>
          <w:color w:val="1B5E20"/>
          <w:sz w:val="32"/>
        </w:rPr>
        <w:t>Ậ</w:t>
      </w:r>
      <w:r>
        <w:rPr>
          <w:rFonts w:ascii="Arial" w:hAnsi="Arial"/>
          <w:b/>
          <w:color w:val="1B5E20"/>
          <w:sz w:val="32"/>
        </w:rPr>
        <w:t>T</w:t>
      </w:r>
    </w:p>
    <w:p w14:paraId="0B9EE066" w14:textId="77777777" w:rsidR="00E61C47" w:rsidRDefault="00E61C47">
      <w:pPr>
        <w:spacing w:after="120"/>
        <w:rPr>
          <w:rFonts w:ascii="Arial" w:hAnsi="Arial"/>
          <w:color w:val="212121"/>
        </w:rPr>
      </w:pPr>
    </w:p>
    <w:p w14:paraId="667E563B" w14:textId="35AEBD3F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đ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m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an toàn tuy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t đ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và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quy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thân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các th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 xml:space="preserve"> đo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l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>a đ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tinh vi,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khuy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n ngh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luôn ghi nh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 xml:space="preserve"> và th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>c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các nguyên t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c b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 m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sau:</w:t>
      </w:r>
    </w:p>
    <w:p w14:paraId="17BF02E8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t>10.1. C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nh giác trư</w:t>
      </w:r>
      <w:r w:rsidRPr="00E61C47">
        <w:rPr>
          <w:rFonts w:ascii="Arial" w:hAnsi="Arial"/>
          <w:b/>
          <w:color w:val="37474F"/>
          <w:sz w:val="28"/>
          <w:szCs w:val="28"/>
        </w:rPr>
        <w:t>ớ</w:t>
      </w:r>
      <w:r w:rsidRPr="00E61C47">
        <w:rPr>
          <w:rFonts w:ascii="Arial" w:hAnsi="Arial"/>
          <w:b/>
          <w:color w:val="37474F"/>
          <w:sz w:val="28"/>
          <w:szCs w:val="28"/>
        </w:rPr>
        <w:t>c các d</w:t>
      </w:r>
      <w:r w:rsidRPr="00E61C47">
        <w:rPr>
          <w:rFonts w:ascii="Arial" w:hAnsi="Arial"/>
          <w:b/>
          <w:color w:val="37474F"/>
          <w:sz w:val="28"/>
          <w:szCs w:val="28"/>
        </w:rPr>
        <w:t>ấ</w:t>
      </w:r>
      <w:r w:rsidRPr="00E61C47">
        <w:rPr>
          <w:rFonts w:ascii="Arial" w:hAnsi="Arial"/>
          <w:b/>
          <w:color w:val="37474F"/>
          <w:sz w:val="28"/>
          <w:szCs w:val="28"/>
        </w:rPr>
        <w:t>u hi</w:t>
      </w:r>
      <w:r w:rsidRPr="00E61C47">
        <w:rPr>
          <w:rFonts w:ascii="Arial" w:hAnsi="Arial"/>
          <w:b/>
          <w:color w:val="37474F"/>
          <w:sz w:val="28"/>
          <w:szCs w:val="28"/>
        </w:rPr>
        <w:t>ệ</w:t>
      </w:r>
      <w:r w:rsidRPr="00E61C47">
        <w:rPr>
          <w:rFonts w:ascii="Arial" w:hAnsi="Arial"/>
          <w:b/>
          <w:color w:val="37474F"/>
          <w:sz w:val="28"/>
          <w:szCs w:val="28"/>
        </w:rPr>
        <w:t>u l</w:t>
      </w:r>
      <w:r w:rsidRPr="00E61C47">
        <w:rPr>
          <w:rFonts w:ascii="Arial" w:hAnsi="Arial"/>
          <w:b/>
          <w:color w:val="37474F"/>
          <w:sz w:val="28"/>
          <w:szCs w:val="28"/>
        </w:rPr>
        <w:t>ừ</w:t>
      </w:r>
      <w:r w:rsidRPr="00E61C47">
        <w:rPr>
          <w:rFonts w:ascii="Arial" w:hAnsi="Arial"/>
          <w:b/>
          <w:color w:val="37474F"/>
          <w:sz w:val="28"/>
          <w:szCs w:val="28"/>
        </w:rPr>
        <w:t>a đ</w:t>
      </w:r>
      <w:r w:rsidRPr="00E61C47">
        <w:rPr>
          <w:rFonts w:ascii="Arial" w:hAnsi="Arial"/>
          <w:b/>
          <w:color w:val="37474F"/>
          <w:sz w:val="28"/>
          <w:szCs w:val="28"/>
        </w:rPr>
        <w:t>ả</w:t>
      </w:r>
      <w:r w:rsidRPr="00E61C47">
        <w:rPr>
          <w:rFonts w:ascii="Arial" w:hAnsi="Arial"/>
          <w:b/>
          <w:color w:val="37474F"/>
          <w:sz w:val="28"/>
          <w:szCs w:val="28"/>
        </w:rPr>
        <w:t>o tuy</w:t>
      </w:r>
      <w:r w:rsidRPr="00E61C47">
        <w:rPr>
          <w:rFonts w:ascii="Arial" w:hAnsi="Arial"/>
          <w:b/>
          <w:color w:val="37474F"/>
          <w:sz w:val="28"/>
          <w:szCs w:val="28"/>
        </w:rPr>
        <w:t>ể</w:t>
      </w:r>
      <w:r w:rsidRPr="00E61C47">
        <w:rPr>
          <w:rFonts w:ascii="Arial" w:hAnsi="Arial"/>
          <w:b/>
          <w:color w:val="37474F"/>
          <w:sz w:val="28"/>
          <w:szCs w:val="28"/>
        </w:rPr>
        <w:t>n d</w:t>
      </w:r>
      <w:r w:rsidRPr="00E61C47">
        <w:rPr>
          <w:rFonts w:ascii="Arial" w:hAnsi="Arial"/>
          <w:b/>
          <w:color w:val="37474F"/>
          <w:sz w:val="28"/>
          <w:szCs w:val="28"/>
        </w:rPr>
        <w:t>ụ</w:t>
      </w:r>
      <w:r w:rsidRPr="00E61C47">
        <w:rPr>
          <w:rFonts w:ascii="Arial" w:hAnsi="Arial"/>
          <w:b/>
          <w:color w:val="37474F"/>
          <w:sz w:val="28"/>
          <w:szCs w:val="28"/>
        </w:rPr>
        <w:t>ng</w:t>
      </w:r>
    </w:p>
    <w:p w14:paraId="15DF4039" w14:textId="77777777" w:rsidR="0033518B" w:rsidRPr="00E61C47" w:rsidRDefault="00B119E8" w:rsidP="00E61C47">
      <w:pPr>
        <w:pStyle w:val="ListBullet"/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Tuy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>t đ</w:t>
      </w:r>
      <w:r w:rsidRPr="00E61C47">
        <w:rPr>
          <w:rFonts w:ascii="Arial" w:hAnsi="Arial"/>
          <w:b/>
          <w:color w:val="212121"/>
          <w:sz w:val="28"/>
          <w:szCs w:val="28"/>
        </w:rPr>
        <w:t>ố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i không đóng phí: </w:t>
      </w:r>
      <w:r w:rsidRPr="00E61C47">
        <w:rPr>
          <w:rFonts w:ascii="Arial" w:hAnsi="Arial"/>
          <w:color w:val="212121"/>
          <w:sz w:val="28"/>
          <w:szCs w:val="28"/>
        </w:rPr>
        <w:t>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nghiêm túc không bao g</w:t>
      </w:r>
      <w:r w:rsidRPr="00E61C47">
        <w:rPr>
          <w:rFonts w:ascii="Arial" w:hAnsi="Arial"/>
          <w:color w:val="212121"/>
          <w:sz w:val="28"/>
          <w:szCs w:val="28"/>
        </w:rPr>
        <w:t>i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 xml:space="preserve"> thu ti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t c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c gi</w:t>
      </w:r>
      <w:r w:rsidRPr="00E61C47">
        <w:rPr>
          <w:rFonts w:ascii="Arial" w:hAnsi="Arial"/>
          <w:color w:val="212121"/>
          <w:sz w:val="28"/>
          <w:szCs w:val="28"/>
        </w:rPr>
        <w:t>ữ</w:t>
      </w:r>
      <w:r w:rsidRPr="00E61C47">
        <w:rPr>
          <w:rFonts w:ascii="Arial" w:hAnsi="Arial"/>
          <w:color w:val="212121"/>
          <w:sz w:val="28"/>
          <w:szCs w:val="28"/>
        </w:rPr>
        <w:t xml:space="preserve"> ch</w:t>
      </w:r>
      <w:r w:rsidRPr="00E61C47">
        <w:rPr>
          <w:rFonts w:ascii="Arial" w:hAnsi="Arial"/>
          <w:color w:val="212121"/>
          <w:sz w:val="28"/>
          <w:szCs w:val="28"/>
        </w:rPr>
        <w:t>ỗ</w:t>
      </w:r>
      <w:r w:rsidRPr="00E61C47">
        <w:rPr>
          <w:rFonts w:ascii="Arial" w:hAnsi="Arial"/>
          <w:color w:val="212121"/>
          <w:sz w:val="28"/>
          <w:szCs w:val="28"/>
        </w:rPr>
        <w:t>, phí h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 xml:space="preserve"> sơ, phí mua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ph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c, phí làm th</w:t>
      </w:r>
      <w:r w:rsidRPr="00E61C47">
        <w:rPr>
          <w:rFonts w:ascii="Arial" w:hAnsi="Arial"/>
          <w:color w:val="212121"/>
          <w:sz w:val="28"/>
          <w:szCs w:val="28"/>
        </w:rPr>
        <w:t>ẻ</w:t>
      </w:r>
      <w:r w:rsidRPr="00E61C47">
        <w:rPr>
          <w:rFonts w:ascii="Arial" w:hAnsi="Arial"/>
          <w:color w:val="212121"/>
          <w:sz w:val="28"/>
          <w:szCs w:val="28"/>
        </w:rPr>
        <w:t xml:space="preserve"> nhân viên,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mua tài li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u ôn t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khi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c.</w:t>
      </w:r>
    </w:p>
    <w:p w14:paraId="30AF7831" w14:textId="77777777" w:rsidR="0033518B" w:rsidRPr="00E61C47" w:rsidRDefault="00B119E8" w:rsidP="00E61C47">
      <w:pPr>
        <w:pStyle w:val="ListBullet"/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C</w:t>
      </w:r>
      <w:r w:rsidRPr="00E61C47">
        <w:rPr>
          <w:rFonts w:ascii="Arial" w:hAnsi="Arial"/>
          <w:b/>
          <w:color w:val="212121"/>
          <w:sz w:val="28"/>
          <w:szCs w:val="28"/>
        </w:rPr>
        <w:t>ầ</w:t>
      </w:r>
      <w:r w:rsidRPr="00E61C47">
        <w:rPr>
          <w:rFonts w:ascii="Arial" w:hAnsi="Arial"/>
          <w:b/>
          <w:color w:val="212121"/>
          <w:sz w:val="28"/>
          <w:szCs w:val="28"/>
        </w:rPr>
        <w:t>n th</w:t>
      </w:r>
      <w:r w:rsidRPr="00E61C47">
        <w:rPr>
          <w:rFonts w:ascii="Arial" w:hAnsi="Arial"/>
          <w:b/>
          <w:color w:val="212121"/>
          <w:sz w:val="28"/>
          <w:szCs w:val="28"/>
        </w:rPr>
        <w:t>ậ</w:t>
      </w:r>
      <w:r w:rsidRPr="00E61C47">
        <w:rPr>
          <w:rFonts w:ascii="Arial" w:hAnsi="Arial"/>
          <w:b/>
          <w:color w:val="212121"/>
          <w:sz w:val="28"/>
          <w:szCs w:val="28"/>
        </w:rPr>
        <w:t>n v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>i thông tin nh</w:t>
      </w:r>
      <w:r w:rsidRPr="00E61C47">
        <w:rPr>
          <w:rFonts w:ascii="Arial" w:hAnsi="Arial"/>
          <w:b/>
          <w:color w:val="212121"/>
          <w:sz w:val="28"/>
          <w:szCs w:val="28"/>
        </w:rPr>
        <w:t>ạ</w:t>
      </w:r>
      <w:r w:rsidRPr="00E61C47">
        <w:rPr>
          <w:rFonts w:ascii="Arial" w:hAnsi="Arial"/>
          <w:b/>
          <w:color w:val="212121"/>
          <w:sz w:val="28"/>
          <w:szCs w:val="28"/>
        </w:rPr>
        <w:t>y c</w:t>
      </w:r>
      <w:r w:rsidRPr="00E61C47">
        <w:rPr>
          <w:rFonts w:ascii="Arial" w:hAnsi="Arial"/>
          <w:b/>
          <w:color w:val="212121"/>
          <w:sz w:val="28"/>
          <w:szCs w:val="28"/>
        </w:rPr>
        <w:t>ả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m: </w:t>
      </w:r>
      <w:r w:rsidRPr="00E61C47">
        <w:rPr>
          <w:rFonts w:ascii="Arial" w:hAnsi="Arial"/>
          <w:color w:val="212121"/>
          <w:sz w:val="28"/>
          <w:szCs w:val="28"/>
        </w:rPr>
        <w:t>Không cung c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p mã OTP ngân hàng, m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kh</w:t>
      </w:r>
      <w:r w:rsidRPr="00E61C47">
        <w:rPr>
          <w:rFonts w:ascii="Arial" w:hAnsi="Arial"/>
          <w:color w:val="212121"/>
          <w:sz w:val="28"/>
          <w:szCs w:val="28"/>
        </w:rPr>
        <w:t>ẩ</w:t>
      </w:r>
      <w:r w:rsidRPr="00E61C47">
        <w:rPr>
          <w:rFonts w:ascii="Arial" w:hAnsi="Arial"/>
          <w:color w:val="212121"/>
          <w:sz w:val="28"/>
          <w:szCs w:val="28"/>
        </w:rPr>
        <w:t>u tài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internet banking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i 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nh ch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p 2 m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t th</w:t>
      </w:r>
      <w:r w:rsidRPr="00E61C47">
        <w:rPr>
          <w:rFonts w:ascii="Arial" w:hAnsi="Arial"/>
          <w:color w:val="212121"/>
          <w:sz w:val="28"/>
          <w:szCs w:val="28"/>
        </w:rPr>
        <w:t>ẻ</w:t>
      </w:r>
      <w:r w:rsidRPr="00E61C47">
        <w:rPr>
          <w:rFonts w:ascii="Arial" w:hAnsi="Arial"/>
          <w:color w:val="212121"/>
          <w:sz w:val="28"/>
          <w:szCs w:val="28"/>
        </w:rPr>
        <w:t xml:space="preserve"> ngân hàng, căn cư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công dân cho b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k</w:t>
      </w:r>
      <w:r w:rsidRPr="00E61C47">
        <w:rPr>
          <w:rFonts w:ascii="Arial" w:hAnsi="Arial"/>
          <w:color w:val="212121"/>
          <w:sz w:val="28"/>
          <w:szCs w:val="28"/>
        </w:rPr>
        <w:t>ỳ</w:t>
      </w:r>
      <w:r w:rsidRPr="00E61C47">
        <w:rPr>
          <w:rFonts w:ascii="Arial" w:hAnsi="Arial"/>
          <w:color w:val="212121"/>
          <w:sz w:val="28"/>
          <w:szCs w:val="28"/>
        </w:rPr>
        <w:t xml:space="preserve"> ai qua chat đ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 xml:space="preserve"> tránh b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l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i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m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 xml:space="preserve"> tài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n 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o.</w:t>
      </w:r>
    </w:p>
    <w:p w14:paraId="56A2AD17" w14:textId="77777777" w:rsidR="0033518B" w:rsidRPr="00E61C47" w:rsidRDefault="00B119E8" w:rsidP="00E61C47">
      <w:pPr>
        <w:pStyle w:val="ListBullet"/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C</w:t>
      </w:r>
      <w:r w:rsidRPr="00E61C47">
        <w:rPr>
          <w:rFonts w:ascii="Arial" w:hAnsi="Arial"/>
          <w:b/>
          <w:color w:val="212121"/>
          <w:sz w:val="28"/>
          <w:szCs w:val="28"/>
        </w:rPr>
        <w:t>ả</w:t>
      </w:r>
      <w:r w:rsidRPr="00E61C47">
        <w:rPr>
          <w:rFonts w:ascii="Arial" w:hAnsi="Arial"/>
          <w:b/>
          <w:color w:val="212121"/>
          <w:sz w:val="28"/>
          <w:szCs w:val="28"/>
        </w:rPr>
        <w:t>nh giác vi</w:t>
      </w:r>
      <w:r w:rsidRPr="00E61C47">
        <w:rPr>
          <w:rFonts w:ascii="Arial" w:hAnsi="Arial"/>
          <w:b/>
          <w:color w:val="212121"/>
          <w:sz w:val="28"/>
          <w:szCs w:val="28"/>
        </w:rPr>
        <w:t>ệ</w:t>
      </w:r>
      <w:r w:rsidRPr="00E61C47">
        <w:rPr>
          <w:rFonts w:ascii="Arial" w:hAnsi="Arial"/>
          <w:b/>
          <w:color w:val="212121"/>
          <w:sz w:val="28"/>
          <w:szCs w:val="28"/>
        </w:rPr>
        <w:t>c nh</w:t>
      </w:r>
      <w:r w:rsidRPr="00E61C47">
        <w:rPr>
          <w:rFonts w:ascii="Arial" w:hAnsi="Arial"/>
          <w:b/>
          <w:color w:val="212121"/>
          <w:sz w:val="28"/>
          <w:szCs w:val="28"/>
        </w:rPr>
        <w:t>ẹ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 lương cao: </w:t>
      </w:r>
      <w:r w:rsidRPr="00E61C47">
        <w:rPr>
          <w:rFonts w:ascii="Arial" w:hAnsi="Arial"/>
          <w:color w:val="212121"/>
          <w:sz w:val="28"/>
          <w:szCs w:val="28"/>
        </w:rPr>
        <w:t>Tránh xa các l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m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i làm nhi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m v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 xml:space="preserve"> online n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p ti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gi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 đơn hàng hoàn xu, xem video tiktok ki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m ti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n,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 xml:space="preserve">c các 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tin T</w:t>
      </w:r>
      <w:r w:rsidRPr="00E61C47">
        <w:rPr>
          <w:rFonts w:ascii="Arial" w:hAnsi="Arial"/>
          <w:color w:val="212121"/>
          <w:sz w:val="28"/>
          <w:szCs w:val="28"/>
        </w:rPr>
        <w:t>elegram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đ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tư tài chính.</w:t>
      </w:r>
    </w:p>
    <w:p w14:paraId="39D73B86" w14:textId="77777777" w:rsidR="0033518B" w:rsidRPr="00E61C47" w:rsidRDefault="00B119E8" w:rsidP="00E61C47">
      <w:pPr>
        <w:keepNext/>
        <w:spacing w:before="280"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37474F"/>
          <w:sz w:val="28"/>
          <w:szCs w:val="28"/>
        </w:rPr>
        <w:lastRenderedPageBreak/>
        <w:t>10.2. Cách s</w:t>
      </w:r>
      <w:r w:rsidRPr="00E61C47">
        <w:rPr>
          <w:rFonts w:ascii="Arial" w:hAnsi="Arial"/>
          <w:b/>
          <w:color w:val="37474F"/>
          <w:sz w:val="28"/>
          <w:szCs w:val="28"/>
        </w:rPr>
        <w:t>ử</w:t>
      </w:r>
      <w:r w:rsidRPr="00E61C47">
        <w:rPr>
          <w:rFonts w:ascii="Arial" w:hAnsi="Arial"/>
          <w:b/>
          <w:color w:val="37474F"/>
          <w:sz w:val="28"/>
          <w:szCs w:val="28"/>
        </w:rPr>
        <w:t xml:space="preserve"> d</w:t>
      </w:r>
      <w:r w:rsidRPr="00E61C47">
        <w:rPr>
          <w:rFonts w:ascii="Arial" w:hAnsi="Arial"/>
          <w:b/>
          <w:color w:val="37474F"/>
          <w:sz w:val="28"/>
          <w:szCs w:val="28"/>
        </w:rPr>
        <w:t>ụ</w:t>
      </w:r>
      <w:r w:rsidRPr="00E61C47">
        <w:rPr>
          <w:rFonts w:ascii="Arial" w:hAnsi="Arial"/>
          <w:b/>
          <w:color w:val="37474F"/>
          <w:sz w:val="28"/>
          <w:szCs w:val="28"/>
        </w:rPr>
        <w:t>ng tính năng Báo cáo vi ph</w:t>
      </w:r>
      <w:r w:rsidRPr="00E61C47">
        <w:rPr>
          <w:rFonts w:ascii="Arial" w:hAnsi="Arial"/>
          <w:b/>
          <w:color w:val="37474F"/>
          <w:sz w:val="28"/>
          <w:szCs w:val="28"/>
        </w:rPr>
        <w:t>ạ</w:t>
      </w:r>
      <w:r w:rsidRPr="00E61C47">
        <w:rPr>
          <w:rFonts w:ascii="Arial" w:hAnsi="Arial"/>
          <w:b/>
          <w:color w:val="37474F"/>
          <w:sz w:val="28"/>
          <w:szCs w:val="28"/>
        </w:rPr>
        <w:t>m (Report)</w:t>
      </w:r>
    </w:p>
    <w:p w14:paraId="11135A4D" w14:textId="77777777" w:rsidR="0033518B" w:rsidRPr="00E61C47" w:rsidRDefault="00B119E8" w:rsidP="00E61C47">
      <w:pPr>
        <w:spacing w:after="12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color w:val="212121"/>
          <w:sz w:val="28"/>
          <w:szCs w:val="28"/>
        </w:rPr>
        <w:t>H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ng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cam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lo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b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 xml:space="preserve"> các tin đăng l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>a đ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o. 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phát hi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n b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t k</w:t>
      </w:r>
      <w:r w:rsidRPr="00E61C47">
        <w:rPr>
          <w:rFonts w:ascii="Arial" w:hAnsi="Arial"/>
          <w:color w:val="212121"/>
          <w:sz w:val="28"/>
          <w:szCs w:val="28"/>
        </w:rPr>
        <w:t>ỳ</w:t>
      </w:r>
      <w:r w:rsidRPr="00E61C47">
        <w:rPr>
          <w:rFonts w:ascii="Arial" w:hAnsi="Arial"/>
          <w:color w:val="212121"/>
          <w:sz w:val="28"/>
          <w:szCs w:val="28"/>
        </w:rPr>
        <w:t xml:space="preserve">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nào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đóng phí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có hành vi không lành m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nh, hãy báo cáo n</w:t>
      </w:r>
      <w:r w:rsidRPr="00E61C47">
        <w:rPr>
          <w:rFonts w:ascii="Arial" w:hAnsi="Arial"/>
          <w:color w:val="212121"/>
          <w:sz w:val="28"/>
          <w:szCs w:val="28"/>
        </w:rPr>
        <w:t>gay cho ban qu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tr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>:</w:t>
      </w:r>
    </w:p>
    <w:p w14:paraId="2E7BEE8D" w14:textId="77777777" w:rsidR="0033518B" w:rsidRPr="00E61C47" w:rsidRDefault="00B119E8" w:rsidP="00C20FC3">
      <w:pPr>
        <w:pStyle w:val="ListBullet"/>
        <w:numPr>
          <w:ilvl w:val="0"/>
          <w:numId w:val="0"/>
        </w:numPr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1: </w:t>
      </w:r>
      <w:r w:rsidRPr="00E61C47">
        <w:rPr>
          <w:rFonts w:ascii="Arial" w:hAnsi="Arial"/>
          <w:color w:val="212121"/>
          <w:sz w:val="28"/>
          <w:szCs w:val="28"/>
        </w:rPr>
        <w:t>T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i góc trên bên ph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i c</w:t>
      </w:r>
      <w:r w:rsidRPr="00E61C47">
        <w:rPr>
          <w:rFonts w:ascii="Arial" w:hAnsi="Arial"/>
          <w:color w:val="212121"/>
          <w:sz w:val="28"/>
          <w:szCs w:val="28"/>
        </w:rPr>
        <w:t>ủ</w:t>
      </w:r>
      <w:r w:rsidRPr="00E61C47">
        <w:rPr>
          <w:rFonts w:ascii="Arial" w:hAnsi="Arial"/>
          <w:color w:val="212121"/>
          <w:sz w:val="28"/>
          <w:szCs w:val="28"/>
        </w:rPr>
        <w:t>a trang chi ti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t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ho</w:t>
      </w:r>
      <w:r w:rsidRPr="00E61C47">
        <w:rPr>
          <w:rFonts w:ascii="Arial" w:hAnsi="Arial"/>
          <w:color w:val="212121"/>
          <w:sz w:val="28"/>
          <w:szCs w:val="28"/>
        </w:rPr>
        <w:t>ặ</w:t>
      </w:r>
      <w:r w:rsidRPr="00E61C47">
        <w:rPr>
          <w:rFonts w:ascii="Arial" w:hAnsi="Arial"/>
          <w:color w:val="212121"/>
          <w:sz w:val="28"/>
          <w:szCs w:val="28"/>
        </w:rPr>
        <w:t>c trang công ty, 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vào nút 'Báo cáo vi ph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m' (bi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u tư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ng hình lá c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).</w:t>
      </w:r>
    </w:p>
    <w:p w14:paraId="637B6200" w14:textId="77777777" w:rsidR="0033518B" w:rsidRPr="00E61C47" w:rsidRDefault="00B119E8" w:rsidP="00C20FC3">
      <w:pPr>
        <w:pStyle w:val="ListBullet"/>
        <w:numPr>
          <w:ilvl w:val="0"/>
          <w:numId w:val="0"/>
        </w:numPr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2: </w:t>
      </w:r>
      <w:r w:rsidRPr="00E61C47">
        <w:rPr>
          <w:rFonts w:ascii="Arial" w:hAnsi="Arial"/>
          <w:color w:val="212121"/>
          <w:sz w:val="28"/>
          <w:szCs w:val="28"/>
        </w:rPr>
        <w:t>Ch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lý do báo cáo thích h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p: L</w:t>
      </w:r>
      <w:r w:rsidRPr="00E61C47">
        <w:rPr>
          <w:rFonts w:ascii="Arial" w:hAnsi="Arial"/>
          <w:color w:val="212121"/>
          <w:sz w:val="28"/>
          <w:szCs w:val="28"/>
        </w:rPr>
        <w:t>ừ</w:t>
      </w:r>
      <w:r w:rsidRPr="00E61C47">
        <w:rPr>
          <w:rFonts w:ascii="Arial" w:hAnsi="Arial"/>
          <w:color w:val="212121"/>
          <w:sz w:val="28"/>
          <w:szCs w:val="28"/>
        </w:rPr>
        <w:t>a đ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o/Đóng phí, Thông tin sai s</w:t>
      </w:r>
      <w:r w:rsidRPr="00E61C47">
        <w:rPr>
          <w:rFonts w:ascii="Arial" w:hAnsi="Arial"/>
          <w:color w:val="212121"/>
          <w:sz w:val="28"/>
          <w:szCs w:val="28"/>
        </w:rPr>
        <w:t>ự</w:t>
      </w:r>
      <w:r w:rsidRPr="00E61C47">
        <w:rPr>
          <w:rFonts w:ascii="Arial" w:hAnsi="Arial"/>
          <w:color w:val="212121"/>
          <w:sz w:val="28"/>
          <w:szCs w:val="28"/>
        </w:rPr>
        <w:t xml:space="preserve"> th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t, Qu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y r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i/Hành vi x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u,</w:t>
      </w:r>
      <w:r w:rsidRPr="00E61C47">
        <w:rPr>
          <w:rFonts w:ascii="Arial" w:hAnsi="Arial"/>
          <w:color w:val="212121"/>
          <w:sz w:val="28"/>
          <w:szCs w:val="28"/>
        </w:rPr>
        <w:t xml:space="preserve"> Khác.</w:t>
      </w:r>
    </w:p>
    <w:p w14:paraId="0F6B7E7B" w14:textId="77777777" w:rsidR="0033518B" w:rsidRPr="00E61C47" w:rsidRDefault="00B119E8" w:rsidP="00C20FC3">
      <w:pPr>
        <w:pStyle w:val="ListBullet"/>
        <w:numPr>
          <w:ilvl w:val="0"/>
          <w:numId w:val="0"/>
        </w:numPr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3: </w:t>
      </w: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mô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 ng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g</w:t>
      </w:r>
      <w:r w:rsidRPr="00E61C47">
        <w:rPr>
          <w:rFonts w:ascii="Arial" w:hAnsi="Arial"/>
          <w:color w:val="212121"/>
          <w:sz w:val="28"/>
          <w:szCs w:val="28"/>
        </w:rPr>
        <w:t>ọ</w:t>
      </w:r>
      <w:r w:rsidRPr="00E61C47">
        <w:rPr>
          <w:rFonts w:ascii="Arial" w:hAnsi="Arial"/>
          <w:color w:val="212121"/>
          <w:sz w:val="28"/>
          <w:szCs w:val="28"/>
        </w:rPr>
        <w:t>n n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i dung vi ph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m (Ví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: 'NTD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tin yêu c</w:t>
      </w:r>
      <w:r w:rsidRPr="00E61C47">
        <w:rPr>
          <w:rFonts w:ascii="Arial" w:hAnsi="Arial"/>
          <w:color w:val="212121"/>
          <w:sz w:val="28"/>
          <w:szCs w:val="28"/>
        </w:rPr>
        <w:t>ầ</w:t>
      </w:r>
      <w:r w:rsidRPr="00E61C47">
        <w:rPr>
          <w:rFonts w:ascii="Arial" w:hAnsi="Arial"/>
          <w:color w:val="212121"/>
          <w:sz w:val="28"/>
          <w:szCs w:val="28"/>
        </w:rPr>
        <w:t>u tôi đóng 200k ti</w:t>
      </w:r>
      <w:r w:rsidRPr="00E61C47">
        <w:rPr>
          <w:rFonts w:ascii="Arial" w:hAnsi="Arial"/>
          <w:color w:val="212121"/>
          <w:sz w:val="28"/>
          <w:szCs w:val="28"/>
        </w:rPr>
        <w:t>ề</w:t>
      </w:r>
      <w:r w:rsidRPr="00E61C47">
        <w:rPr>
          <w:rFonts w:ascii="Arial" w:hAnsi="Arial"/>
          <w:color w:val="212121"/>
          <w:sz w:val="28"/>
          <w:szCs w:val="28"/>
        </w:rPr>
        <w:t>n đ</w:t>
      </w:r>
      <w:r w:rsidRPr="00E61C47">
        <w:rPr>
          <w:rFonts w:ascii="Arial" w:hAnsi="Arial"/>
          <w:color w:val="212121"/>
          <w:sz w:val="28"/>
          <w:szCs w:val="28"/>
        </w:rPr>
        <w:t>ồ</w:t>
      </w:r>
      <w:r w:rsidRPr="00E61C47">
        <w:rPr>
          <w:rFonts w:ascii="Arial" w:hAnsi="Arial"/>
          <w:color w:val="212121"/>
          <w:sz w:val="28"/>
          <w:szCs w:val="28"/>
        </w:rPr>
        <w:t>ng ph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c trư</w:t>
      </w:r>
      <w:r w:rsidRPr="00E61C47">
        <w:rPr>
          <w:rFonts w:ascii="Arial" w:hAnsi="Arial"/>
          <w:color w:val="212121"/>
          <w:sz w:val="28"/>
          <w:szCs w:val="28"/>
        </w:rPr>
        <w:t>ớ</w:t>
      </w:r>
      <w:r w:rsidRPr="00E61C47">
        <w:rPr>
          <w:rFonts w:ascii="Arial" w:hAnsi="Arial"/>
          <w:color w:val="212121"/>
          <w:sz w:val="28"/>
          <w:szCs w:val="28"/>
        </w:rPr>
        <w:t>c khi ph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>ng v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n') và t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 xml:space="preserve">i lên hình 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nh ch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p màn hình tin nh</w:t>
      </w:r>
      <w:r w:rsidRPr="00E61C47">
        <w:rPr>
          <w:rFonts w:ascii="Arial" w:hAnsi="Arial"/>
          <w:color w:val="212121"/>
          <w:sz w:val="28"/>
          <w:szCs w:val="28"/>
        </w:rPr>
        <w:t>ắ</w:t>
      </w:r>
      <w:r w:rsidRPr="00E61C47">
        <w:rPr>
          <w:rFonts w:ascii="Arial" w:hAnsi="Arial"/>
          <w:color w:val="212121"/>
          <w:sz w:val="28"/>
          <w:szCs w:val="28"/>
        </w:rPr>
        <w:t>n làm minh ch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ng.</w:t>
      </w:r>
    </w:p>
    <w:p w14:paraId="29DFFE6A" w14:textId="77777777" w:rsidR="0033518B" w:rsidRPr="00E61C47" w:rsidRDefault="00B119E8" w:rsidP="00C20FC3">
      <w:pPr>
        <w:pStyle w:val="ListBullet"/>
        <w:numPr>
          <w:ilvl w:val="0"/>
          <w:numId w:val="0"/>
        </w:numPr>
        <w:spacing w:after="80"/>
        <w:ind w:firstLine="720"/>
        <w:jc w:val="both"/>
        <w:rPr>
          <w:sz w:val="28"/>
          <w:szCs w:val="28"/>
        </w:rPr>
      </w:pPr>
      <w:r w:rsidRPr="00E61C47">
        <w:rPr>
          <w:rFonts w:ascii="Arial" w:hAnsi="Arial"/>
          <w:b/>
          <w:color w:val="212121"/>
          <w:sz w:val="28"/>
          <w:szCs w:val="28"/>
        </w:rPr>
        <w:t>Bư</w:t>
      </w:r>
      <w:r w:rsidRPr="00E61C47">
        <w:rPr>
          <w:rFonts w:ascii="Arial" w:hAnsi="Arial"/>
          <w:b/>
          <w:color w:val="212121"/>
          <w:sz w:val="28"/>
          <w:szCs w:val="28"/>
        </w:rPr>
        <w:t>ớ</w:t>
      </w:r>
      <w:r w:rsidRPr="00E61C47">
        <w:rPr>
          <w:rFonts w:ascii="Arial" w:hAnsi="Arial"/>
          <w:b/>
          <w:color w:val="212121"/>
          <w:sz w:val="28"/>
          <w:szCs w:val="28"/>
        </w:rPr>
        <w:t xml:space="preserve">c 4: </w:t>
      </w:r>
      <w:r w:rsidRPr="00E61C47">
        <w:rPr>
          <w:rFonts w:ascii="Arial" w:hAnsi="Arial"/>
          <w:color w:val="212121"/>
          <w:sz w:val="28"/>
          <w:szCs w:val="28"/>
        </w:rPr>
        <w:t>Nh</w:t>
      </w:r>
      <w:r w:rsidRPr="00E61C47">
        <w:rPr>
          <w:rFonts w:ascii="Arial" w:hAnsi="Arial"/>
          <w:color w:val="212121"/>
          <w:sz w:val="28"/>
          <w:szCs w:val="28"/>
        </w:rPr>
        <w:t>ấ</w:t>
      </w:r>
      <w:r w:rsidRPr="00E61C47">
        <w:rPr>
          <w:rFonts w:ascii="Arial" w:hAnsi="Arial"/>
          <w:color w:val="212121"/>
          <w:sz w:val="28"/>
          <w:szCs w:val="28"/>
        </w:rPr>
        <w:t>n 'G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>i báo cáo'. Ban qu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tr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Vi</w:t>
      </w:r>
      <w:r w:rsidRPr="00E61C47">
        <w:rPr>
          <w:rFonts w:ascii="Arial" w:hAnsi="Arial"/>
          <w:color w:val="212121"/>
          <w:sz w:val="28"/>
          <w:szCs w:val="28"/>
        </w:rPr>
        <w:t>ệ</w:t>
      </w:r>
      <w:r w:rsidRPr="00E61C47">
        <w:rPr>
          <w:rFonts w:ascii="Arial" w:hAnsi="Arial"/>
          <w:color w:val="212121"/>
          <w:sz w:val="28"/>
          <w:szCs w:val="28"/>
        </w:rPr>
        <w:t>c Làm Xanh cam k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 xml:space="preserve">t </w:t>
      </w:r>
      <w:r w:rsidRPr="00E61C47">
        <w:rPr>
          <w:rFonts w:ascii="Arial" w:hAnsi="Arial"/>
          <w:color w:val="212121"/>
          <w:sz w:val="28"/>
          <w:szCs w:val="28"/>
        </w:rPr>
        <w:t>rà soát và x</w:t>
      </w:r>
      <w:r w:rsidRPr="00E61C47">
        <w:rPr>
          <w:rFonts w:ascii="Arial" w:hAnsi="Arial"/>
          <w:color w:val="212121"/>
          <w:sz w:val="28"/>
          <w:szCs w:val="28"/>
        </w:rPr>
        <w:t>ử</w:t>
      </w:r>
      <w:r w:rsidRPr="00E61C47">
        <w:rPr>
          <w:rFonts w:ascii="Arial" w:hAnsi="Arial"/>
          <w:color w:val="212121"/>
          <w:sz w:val="28"/>
          <w:szCs w:val="28"/>
        </w:rPr>
        <w:t xml:space="preserve"> lý các báo cáo vi ph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m trong vòng t</w:t>
      </w:r>
      <w:r w:rsidRPr="00E61C47">
        <w:rPr>
          <w:rFonts w:ascii="Arial" w:hAnsi="Arial"/>
          <w:color w:val="212121"/>
          <w:sz w:val="28"/>
          <w:szCs w:val="28"/>
        </w:rPr>
        <w:t>ố</w:t>
      </w:r>
      <w:r w:rsidRPr="00E61C47">
        <w:rPr>
          <w:rFonts w:ascii="Arial" w:hAnsi="Arial"/>
          <w:color w:val="212121"/>
          <w:sz w:val="28"/>
          <w:szCs w:val="28"/>
        </w:rPr>
        <w:t>i xa 24 gi</w:t>
      </w:r>
      <w:r w:rsidRPr="00E61C47">
        <w:rPr>
          <w:rFonts w:ascii="Arial" w:hAnsi="Arial"/>
          <w:color w:val="212121"/>
          <w:sz w:val="28"/>
          <w:szCs w:val="28"/>
        </w:rPr>
        <w:t>ờ</w:t>
      </w:r>
      <w:r w:rsidRPr="00E61C47">
        <w:rPr>
          <w:rFonts w:ascii="Arial" w:hAnsi="Arial"/>
          <w:color w:val="212121"/>
          <w:sz w:val="28"/>
          <w:szCs w:val="28"/>
        </w:rPr>
        <w:t>. N</w:t>
      </w:r>
      <w:r w:rsidRPr="00E61C47">
        <w:rPr>
          <w:rFonts w:ascii="Arial" w:hAnsi="Arial"/>
          <w:color w:val="212121"/>
          <w:sz w:val="28"/>
          <w:szCs w:val="28"/>
        </w:rPr>
        <w:t>ế</w:t>
      </w:r>
      <w:r w:rsidRPr="00E61C47">
        <w:rPr>
          <w:rFonts w:ascii="Arial" w:hAnsi="Arial"/>
          <w:color w:val="212121"/>
          <w:sz w:val="28"/>
          <w:szCs w:val="28"/>
        </w:rPr>
        <w:t>u báo cáo chính xác, tin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đó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g</w:t>
      </w:r>
      <w:r w:rsidRPr="00E61C47">
        <w:rPr>
          <w:rFonts w:ascii="Arial" w:hAnsi="Arial"/>
          <w:color w:val="212121"/>
          <w:sz w:val="28"/>
          <w:szCs w:val="28"/>
        </w:rPr>
        <w:t>ỡ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ỏ</w:t>
      </w:r>
      <w:r w:rsidRPr="00E61C47">
        <w:rPr>
          <w:rFonts w:ascii="Arial" w:hAnsi="Arial"/>
          <w:color w:val="212121"/>
          <w:sz w:val="28"/>
          <w:szCs w:val="28"/>
        </w:rPr>
        <w:t xml:space="preserve"> ngay l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p t</w:t>
      </w:r>
      <w:r w:rsidRPr="00E61C47">
        <w:rPr>
          <w:rFonts w:ascii="Arial" w:hAnsi="Arial"/>
          <w:color w:val="212121"/>
          <w:sz w:val="28"/>
          <w:szCs w:val="28"/>
        </w:rPr>
        <w:t>ứ</w:t>
      </w:r>
      <w:r w:rsidRPr="00E61C47">
        <w:rPr>
          <w:rFonts w:ascii="Arial" w:hAnsi="Arial"/>
          <w:color w:val="212121"/>
          <w:sz w:val="28"/>
          <w:szCs w:val="28"/>
        </w:rPr>
        <w:t>c, tài kho</w:t>
      </w:r>
      <w:r w:rsidRPr="00E61C47">
        <w:rPr>
          <w:rFonts w:ascii="Arial" w:hAnsi="Arial"/>
          <w:color w:val="212121"/>
          <w:sz w:val="28"/>
          <w:szCs w:val="28"/>
        </w:rPr>
        <w:t>ả</w:t>
      </w:r>
      <w:r w:rsidRPr="00E61C47">
        <w:rPr>
          <w:rFonts w:ascii="Arial" w:hAnsi="Arial"/>
          <w:color w:val="212121"/>
          <w:sz w:val="28"/>
          <w:szCs w:val="28"/>
        </w:rPr>
        <w:t>n nhà tuy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n d</w:t>
      </w:r>
      <w:r w:rsidRPr="00E61C47">
        <w:rPr>
          <w:rFonts w:ascii="Arial" w:hAnsi="Arial"/>
          <w:color w:val="212121"/>
          <w:sz w:val="28"/>
          <w:szCs w:val="28"/>
        </w:rPr>
        <w:t>ụ</w:t>
      </w:r>
      <w:r w:rsidRPr="00E61C47">
        <w:rPr>
          <w:rFonts w:ascii="Arial" w:hAnsi="Arial"/>
          <w:color w:val="212121"/>
          <w:sz w:val="28"/>
          <w:szCs w:val="28"/>
        </w:rPr>
        <w:t>ng vi ph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m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b</w:t>
      </w:r>
      <w:r w:rsidRPr="00E61C47">
        <w:rPr>
          <w:rFonts w:ascii="Arial" w:hAnsi="Arial"/>
          <w:color w:val="212121"/>
          <w:sz w:val="28"/>
          <w:szCs w:val="28"/>
        </w:rPr>
        <w:t>ị</w:t>
      </w:r>
      <w:r w:rsidRPr="00E61C47">
        <w:rPr>
          <w:rFonts w:ascii="Arial" w:hAnsi="Arial"/>
          <w:color w:val="212121"/>
          <w:sz w:val="28"/>
          <w:szCs w:val="28"/>
        </w:rPr>
        <w:t xml:space="preserve"> khóa vĩnh vi</w:t>
      </w:r>
      <w:r w:rsidRPr="00E61C47">
        <w:rPr>
          <w:rFonts w:ascii="Arial" w:hAnsi="Arial"/>
          <w:color w:val="212121"/>
          <w:sz w:val="28"/>
          <w:szCs w:val="28"/>
        </w:rPr>
        <w:t>ễ</w:t>
      </w:r>
      <w:r w:rsidRPr="00E61C47">
        <w:rPr>
          <w:rFonts w:ascii="Arial" w:hAnsi="Arial"/>
          <w:color w:val="212121"/>
          <w:sz w:val="28"/>
          <w:szCs w:val="28"/>
        </w:rPr>
        <w:t>n và b</w:t>
      </w:r>
      <w:r w:rsidRPr="00E61C47">
        <w:rPr>
          <w:rFonts w:ascii="Arial" w:hAnsi="Arial"/>
          <w:color w:val="212121"/>
          <w:sz w:val="28"/>
          <w:szCs w:val="28"/>
        </w:rPr>
        <w:t>ạ</w:t>
      </w:r>
      <w:r w:rsidRPr="00E61C47">
        <w:rPr>
          <w:rFonts w:ascii="Arial" w:hAnsi="Arial"/>
          <w:color w:val="212121"/>
          <w:sz w:val="28"/>
          <w:szCs w:val="28"/>
        </w:rPr>
        <w:t>n s</w:t>
      </w:r>
      <w:r w:rsidRPr="00E61C47">
        <w:rPr>
          <w:rFonts w:ascii="Arial" w:hAnsi="Arial"/>
          <w:color w:val="212121"/>
          <w:sz w:val="28"/>
          <w:szCs w:val="28"/>
        </w:rPr>
        <w:t>ẽ</w:t>
      </w:r>
      <w:r w:rsidRPr="00E61C47">
        <w:rPr>
          <w:rFonts w:ascii="Arial" w:hAnsi="Arial"/>
          <w:color w:val="212121"/>
          <w:sz w:val="28"/>
          <w:szCs w:val="28"/>
        </w:rPr>
        <w:t xml:space="preserve"> nh</w:t>
      </w:r>
      <w:r w:rsidRPr="00E61C47">
        <w:rPr>
          <w:rFonts w:ascii="Arial" w:hAnsi="Arial"/>
          <w:color w:val="212121"/>
          <w:sz w:val="28"/>
          <w:szCs w:val="28"/>
        </w:rPr>
        <w:t>ậ</w:t>
      </w:r>
      <w:r w:rsidRPr="00E61C47">
        <w:rPr>
          <w:rFonts w:ascii="Arial" w:hAnsi="Arial"/>
          <w:color w:val="212121"/>
          <w:sz w:val="28"/>
          <w:szCs w:val="28"/>
        </w:rPr>
        <w:t>n đư</w:t>
      </w:r>
      <w:r w:rsidRPr="00E61C47">
        <w:rPr>
          <w:rFonts w:ascii="Arial" w:hAnsi="Arial"/>
          <w:color w:val="212121"/>
          <w:sz w:val="28"/>
          <w:szCs w:val="28"/>
        </w:rPr>
        <w:t>ợ</w:t>
      </w:r>
      <w:r w:rsidRPr="00E61C47">
        <w:rPr>
          <w:rFonts w:ascii="Arial" w:hAnsi="Arial"/>
          <w:color w:val="212121"/>
          <w:sz w:val="28"/>
          <w:szCs w:val="28"/>
        </w:rPr>
        <w:t>c đi</w:t>
      </w:r>
      <w:r w:rsidRPr="00E61C47">
        <w:rPr>
          <w:rFonts w:ascii="Arial" w:hAnsi="Arial"/>
          <w:color w:val="212121"/>
          <w:sz w:val="28"/>
          <w:szCs w:val="28"/>
        </w:rPr>
        <w:t>ể</w:t>
      </w:r>
      <w:r w:rsidRPr="00E61C47">
        <w:rPr>
          <w:rFonts w:ascii="Arial" w:hAnsi="Arial"/>
          <w:color w:val="212121"/>
          <w:sz w:val="28"/>
          <w:szCs w:val="28"/>
        </w:rPr>
        <w:t>m thư</w:t>
      </w:r>
      <w:r w:rsidRPr="00E61C47">
        <w:rPr>
          <w:rFonts w:ascii="Arial" w:hAnsi="Arial"/>
          <w:color w:val="212121"/>
          <w:sz w:val="28"/>
          <w:szCs w:val="28"/>
        </w:rPr>
        <w:t>ở</w:t>
      </w:r>
      <w:r w:rsidRPr="00E61C47">
        <w:rPr>
          <w:rFonts w:ascii="Arial" w:hAnsi="Arial"/>
          <w:color w:val="212121"/>
          <w:sz w:val="28"/>
          <w:szCs w:val="28"/>
        </w:rPr>
        <w:t>ng uy tín c</w:t>
      </w:r>
      <w:r w:rsidRPr="00E61C47">
        <w:rPr>
          <w:rFonts w:ascii="Arial" w:hAnsi="Arial"/>
          <w:color w:val="212121"/>
          <w:sz w:val="28"/>
          <w:szCs w:val="28"/>
        </w:rPr>
        <w:t>ộ</w:t>
      </w:r>
      <w:r w:rsidRPr="00E61C47">
        <w:rPr>
          <w:rFonts w:ascii="Arial" w:hAnsi="Arial"/>
          <w:color w:val="212121"/>
          <w:sz w:val="28"/>
          <w:szCs w:val="28"/>
        </w:rPr>
        <w:t>ng th</w:t>
      </w:r>
      <w:r w:rsidRPr="00E61C47">
        <w:rPr>
          <w:rFonts w:ascii="Arial" w:hAnsi="Arial"/>
          <w:color w:val="212121"/>
          <w:sz w:val="28"/>
          <w:szCs w:val="28"/>
        </w:rPr>
        <w:t>ẳ</w:t>
      </w:r>
      <w:r w:rsidRPr="00E61C47">
        <w:rPr>
          <w:rFonts w:ascii="Arial" w:hAnsi="Arial"/>
          <w:color w:val="212121"/>
          <w:sz w:val="28"/>
          <w:szCs w:val="28"/>
        </w:rPr>
        <w:t>ng vào ví cá nhân.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33518B" w:rsidRPr="00603E9F" w14:paraId="784FF397" w14:textId="77777777">
        <w:trPr>
          <w:jc w:val="center"/>
        </w:trPr>
        <w:tc>
          <w:tcPr>
            <w:tcW w:w="9360" w:type="dxa"/>
            <w:tcBorders>
              <w:top w:val="nil"/>
              <w:left w:val="single" w:sz="24" w:space="0" w:color="F44336"/>
              <w:bottom w:val="nil"/>
              <w:right w:val="nil"/>
            </w:tcBorders>
            <w:shd w:val="clear" w:color="auto" w:fill="FFEBEE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12FF829" w14:textId="77777777" w:rsidR="0033518B" w:rsidRPr="00603E9F" w:rsidRDefault="00B119E8">
            <w:pPr>
              <w:spacing w:before="80" w:after="80"/>
              <w:rPr>
                <w:sz w:val="28"/>
                <w:szCs w:val="28"/>
              </w:rPr>
            </w:pP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>⚠</w:t>
            </w: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>️</w:t>
            </w: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 C</w:t>
            </w: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>Ả</w:t>
            </w: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>N</w:t>
            </w:r>
            <w:r w:rsidRPr="00603E9F">
              <w:rPr>
                <w:rFonts w:ascii="Arial" w:hAnsi="Arial"/>
                <w:b/>
                <w:color w:val="F44336"/>
                <w:sz w:val="28"/>
                <w:szCs w:val="28"/>
              </w:rPr>
              <w:t xml:space="preserve">H BÁO AN TOÀN: 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th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Vi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c Làm Xanh luôn n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ỗ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l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c t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o d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ự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m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t môi trư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tuy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 d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ụ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minh b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ch, lành m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ạ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nh và hi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u qu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nh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t cho Ngư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i Lao Đ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ng. Hãy báo cáo ngay n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ế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u g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ặ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p b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t k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ỳ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d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ấ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u hi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u nghi ng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ờ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nào đ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b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ả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o v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c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ộ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đ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ồ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và nh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ậ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 đi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ể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m thư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ở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 t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ừ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ệ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 xml:space="preserve"> th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ố</w:t>
            </w:r>
            <w:r w:rsidRPr="00603E9F">
              <w:rPr>
                <w:rFonts w:ascii="Arial" w:hAnsi="Arial"/>
                <w:color w:val="212121"/>
                <w:sz w:val="28"/>
                <w:szCs w:val="28"/>
              </w:rPr>
              <w:t>ng.</w:t>
            </w:r>
          </w:p>
        </w:tc>
      </w:tr>
    </w:tbl>
    <w:p w14:paraId="2E40D8A0" w14:textId="77777777" w:rsidR="0033518B" w:rsidRDefault="0033518B">
      <w:pPr>
        <w:spacing w:after="120"/>
      </w:pPr>
    </w:p>
    <w:sectPr w:rsidR="0033518B" w:rsidSect="00BD5B6D">
      <w:pgSz w:w="11907" w:h="16840" w:code="9"/>
      <w:pgMar w:top="1077" w:right="907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2582B"/>
    <w:rsid w:val="0015074B"/>
    <w:rsid w:val="001B3E77"/>
    <w:rsid w:val="001D616F"/>
    <w:rsid w:val="0029639D"/>
    <w:rsid w:val="00326F90"/>
    <w:rsid w:val="0033518B"/>
    <w:rsid w:val="00390F66"/>
    <w:rsid w:val="004D336E"/>
    <w:rsid w:val="00505EF0"/>
    <w:rsid w:val="00603E9F"/>
    <w:rsid w:val="00884CF8"/>
    <w:rsid w:val="00A63FEB"/>
    <w:rsid w:val="00AA1D8D"/>
    <w:rsid w:val="00B119E8"/>
    <w:rsid w:val="00B47730"/>
    <w:rsid w:val="00BD5B6D"/>
    <w:rsid w:val="00C20FC3"/>
    <w:rsid w:val="00CB0664"/>
    <w:rsid w:val="00CB0B3C"/>
    <w:rsid w:val="00E61C47"/>
    <w:rsid w:val="00E738E6"/>
    <w:rsid w:val="00FC693F"/>
    <w:rsid w:val="00FE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CB4A8F"/>
  <w14:defaultImageDpi w14:val="300"/>
  <w15:docId w15:val="{E73709FD-95AD-4CBB-A58B-60273ECE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C2729C-82AA-471E-9CF2-8029F1064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17</Pages>
  <Words>3697</Words>
  <Characters>21077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24725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13</cp:revision>
  <dcterms:created xsi:type="dcterms:W3CDTF">2026-07-29T04:05:00Z</dcterms:created>
  <dcterms:modified xsi:type="dcterms:W3CDTF">2026-07-29T06:36:00Z</dcterms:modified>
  <cp:category/>
</cp:coreProperties>
</file>